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900"/>
        <w:gridCol w:w="6900"/>
      </w:tblGrid>
      <w:tr w:rsidR="0084307A" w:rsidRPr="009769C0" w14:paraId="6A8DDA11" w14:textId="77777777">
        <w:tc>
          <w:tcPr>
            <w:tcW w:w="2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877EA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noProof/>
                <w:lang w:val="fr-FR"/>
              </w:rPr>
              <w:drawing>
                <wp:inline distT="0" distB="0" distL="0" distR="0" wp14:anchorId="566C850A" wp14:editId="1C38A9BA">
                  <wp:extent cx="1261872" cy="1261872"/>
                  <wp:effectExtent l="0" t="0" r="0" b="0"/>
                  <wp:docPr id="1" name="Picture 1" descr="Préfet de la Martiniq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ch-image3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D088E" w14:textId="77777777" w:rsidR="0084307A" w:rsidRPr="009769C0" w:rsidRDefault="00C2275B">
            <w:pPr>
              <w:spacing w:after="0"/>
              <w:jc w:val="right"/>
              <w:rPr>
                <w:lang w:val="fr-FR"/>
              </w:rPr>
            </w:pPr>
            <w:r w:rsidRPr="009769C0">
              <w:rPr>
                <w:b/>
                <w:color w:val="15513B"/>
                <w:sz w:val="21"/>
                <w:lang w:val="fr-FR"/>
              </w:rPr>
              <w:t>Direction de l’Alimentation, de l’Agriculture</w:t>
            </w:r>
            <w:r w:rsidRPr="009769C0">
              <w:rPr>
                <w:b/>
                <w:color w:val="15513B"/>
                <w:sz w:val="21"/>
                <w:lang w:val="fr-FR"/>
              </w:rPr>
              <w:br/>
              <w:t>et de la Forêt de la Martinique</w:t>
            </w:r>
          </w:p>
        </w:tc>
      </w:tr>
    </w:tbl>
    <w:p w14:paraId="5EF3BE00" w14:textId="77777777" w:rsidR="0084307A" w:rsidRPr="009769C0" w:rsidRDefault="00C2275B">
      <w:pPr>
        <w:spacing w:before="480" w:after="80"/>
        <w:jc w:val="center"/>
        <w:rPr>
          <w:lang w:val="fr-FR"/>
        </w:rPr>
      </w:pPr>
      <w:r w:rsidRPr="009769C0">
        <w:rPr>
          <w:b/>
          <w:color w:val="5F6B66"/>
          <w:sz w:val="22"/>
          <w:lang w:val="fr-FR"/>
        </w:rPr>
        <w:t>DOSSIER À DÉPOSER DANS SAFRAN</w:t>
      </w:r>
    </w:p>
    <w:p w14:paraId="47CD018E" w14:textId="77777777" w:rsidR="0084307A" w:rsidRPr="009769C0" w:rsidRDefault="00C2275B">
      <w:pPr>
        <w:pStyle w:val="Titre"/>
        <w:spacing w:before="240" w:after="120"/>
        <w:jc w:val="center"/>
        <w:rPr>
          <w:lang w:val="fr-FR"/>
        </w:rPr>
      </w:pPr>
      <w:r w:rsidRPr="009769C0">
        <w:rPr>
          <w:rFonts w:ascii="Calibri" w:hAnsi="Calibri"/>
          <w:lang w:val="fr-FR"/>
        </w:rPr>
        <w:t>Formulaire unique de candidature</w:t>
      </w:r>
    </w:p>
    <w:p w14:paraId="1EC19295" w14:textId="77777777" w:rsidR="0084307A" w:rsidRPr="009769C0" w:rsidRDefault="00C2275B">
      <w:pPr>
        <w:pStyle w:val="Sous-titre"/>
        <w:jc w:val="center"/>
        <w:rPr>
          <w:lang w:val="fr-FR"/>
        </w:rPr>
      </w:pPr>
      <w:r w:rsidRPr="009769C0">
        <w:rPr>
          <w:rFonts w:ascii="Calibri" w:hAnsi="Calibri"/>
          <w:lang w:val="fr-FR"/>
        </w:rPr>
        <w:t>Appel à projets 2026 – Animation MAEC 2027</w:t>
      </w: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00"/>
      </w:tblGrid>
      <w:tr w:rsidR="0084307A" w:rsidRPr="009769C0" w14:paraId="61C12246" w14:textId="77777777">
        <w:tc>
          <w:tcPr>
            <w:tcW w:w="9800" w:type="dxa"/>
            <w:shd w:val="clear" w:color="auto" w:fill="EAF6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212A7C" w14:textId="77777777" w:rsidR="0084307A" w:rsidRPr="009769C0" w:rsidRDefault="00C2275B">
            <w:pPr>
              <w:spacing w:after="60"/>
              <w:rPr>
                <w:lang w:val="fr-FR"/>
              </w:rPr>
            </w:pPr>
            <w:r w:rsidRPr="009769C0">
              <w:rPr>
                <w:b/>
                <w:color w:val="15513B"/>
                <w:sz w:val="21"/>
                <w:lang w:val="fr-FR"/>
              </w:rPr>
              <w:t>Mode d’emploi</w:t>
            </w:r>
          </w:p>
          <w:p w14:paraId="2A678E0C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Compléter les zones vert pâle, joindre le classeur « Budget, actions et indicateurs », puis déposer l’ensemble dans SAFRAN. Les informations déjà à jour dans SAFRAN ne sont pas demandées une seconde fois.</w:t>
            </w:r>
          </w:p>
        </w:tc>
      </w:tr>
    </w:tbl>
    <w:p w14:paraId="494CC5F3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00"/>
      </w:tblGrid>
      <w:tr w:rsidR="0084307A" w:rsidRPr="009769C0" w14:paraId="0150D6E0" w14:textId="77777777">
        <w:tc>
          <w:tcPr>
            <w:tcW w:w="9800" w:type="dxa"/>
            <w:shd w:val="clear" w:color="auto" w:fill="237A5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52D20C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color w:val="FFFFFF"/>
                <w:sz w:val="23"/>
                <w:lang w:val="fr-FR"/>
              </w:rPr>
              <w:t>1. IDENTIFICATION</w:t>
            </w:r>
          </w:p>
        </w:tc>
      </w:tr>
    </w:tbl>
    <w:p w14:paraId="155011EA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7100"/>
      </w:tblGrid>
      <w:tr w:rsidR="0084307A" w:rsidRPr="009769C0" w14:paraId="6D49CEB9" w14:textId="77777777">
        <w:tc>
          <w:tcPr>
            <w:tcW w:w="27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CBFCE0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Numéro de dossier SAFRAN</w:t>
            </w:r>
          </w:p>
        </w:tc>
        <w:tc>
          <w:tcPr>
            <w:tcW w:w="7100" w:type="dxa"/>
            <w:shd w:val="clear" w:color="auto" w:fill="F5FB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B0EB91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514F297D" w14:textId="77777777">
        <w:tc>
          <w:tcPr>
            <w:tcW w:w="27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8C8020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Intitulé du projet</w:t>
            </w:r>
          </w:p>
        </w:tc>
        <w:tc>
          <w:tcPr>
            <w:tcW w:w="7100" w:type="dxa"/>
            <w:shd w:val="clear" w:color="auto" w:fill="F5FB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1C1B47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197742D7" w14:textId="77777777">
        <w:tc>
          <w:tcPr>
            <w:tcW w:w="27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F7912D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Porteur – raison sociale</w:t>
            </w:r>
          </w:p>
        </w:tc>
        <w:tc>
          <w:tcPr>
            <w:tcW w:w="7100" w:type="dxa"/>
            <w:shd w:val="clear" w:color="auto" w:fill="F5FB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8961BD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6E9CA278" w14:textId="77777777">
        <w:tc>
          <w:tcPr>
            <w:tcW w:w="27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4BE7E8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SIRET / statut juridique</w:t>
            </w:r>
          </w:p>
        </w:tc>
        <w:tc>
          <w:tcPr>
            <w:tcW w:w="7100" w:type="dxa"/>
            <w:shd w:val="clear" w:color="auto" w:fill="F5FB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0C72CA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67E3E5EA" w14:textId="77777777">
        <w:tc>
          <w:tcPr>
            <w:tcW w:w="27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11D5CD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Représentant légal</w:t>
            </w:r>
          </w:p>
        </w:tc>
        <w:tc>
          <w:tcPr>
            <w:tcW w:w="7100" w:type="dxa"/>
            <w:shd w:val="clear" w:color="auto" w:fill="F5FB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43C4DB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6C298A3B" w14:textId="77777777">
        <w:tc>
          <w:tcPr>
            <w:tcW w:w="27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F8327A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Animateur référent</w:t>
            </w:r>
          </w:p>
        </w:tc>
        <w:tc>
          <w:tcPr>
            <w:tcW w:w="7100" w:type="dxa"/>
            <w:shd w:val="clear" w:color="auto" w:fill="F5FB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B53E72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22A7C663" w14:textId="77777777">
        <w:tc>
          <w:tcPr>
            <w:tcW w:w="27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A8EC14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Téléphone et courriel</w:t>
            </w:r>
          </w:p>
        </w:tc>
        <w:tc>
          <w:tcPr>
            <w:tcW w:w="7100" w:type="dxa"/>
            <w:shd w:val="clear" w:color="auto" w:fill="F5FB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756B72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4DDD2594" w14:textId="77777777">
        <w:tc>
          <w:tcPr>
            <w:tcW w:w="27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7292DE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Récupération de la TVA</w:t>
            </w:r>
          </w:p>
        </w:tc>
        <w:tc>
          <w:tcPr>
            <w:tcW w:w="7100" w:type="dxa"/>
            <w:shd w:val="clear" w:color="auto" w:fill="F5FB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790C63" w14:textId="77777777" w:rsidR="0084307A" w:rsidRPr="009769C0" w:rsidRDefault="00C2275B">
            <w:pPr>
              <w:spacing w:after="0"/>
              <w:rPr>
                <w:lang w:val="fr-FR"/>
              </w:rPr>
            </w:pPr>
            <w:proofErr w:type="gramStart"/>
            <w:r w:rsidRPr="009769C0">
              <w:rPr>
                <w:color w:val="5F6B66"/>
                <w:sz w:val="19"/>
                <w:lang w:val="fr-FR"/>
              </w:rPr>
              <w:t>[ ]</w:t>
            </w:r>
            <w:proofErr w:type="gramEnd"/>
            <w:r w:rsidRPr="009769C0">
              <w:rPr>
                <w:color w:val="5F6B66"/>
                <w:sz w:val="19"/>
                <w:lang w:val="fr-FR"/>
              </w:rPr>
              <w:t xml:space="preserve"> Oui     [ ] Non     [ ] Partiellement</w:t>
            </w:r>
          </w:p>
        </w:tc>
      </w:tr>
    </w:tbl>
    <w:p w14:paraId="37F78305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00"/>
      </w:tblGrid>
      <w:tr w:rsidR="0084307A" w:rsidRPr="009769C0" w14:paraId="5E0D2C60" w14:textId="77777777">
        <w:tc>
          <w:tcPr>
            <w:tcW w:w="9800" w:type="dxa"/>
            <w:shd w:val="clear" w:color="auto" w:fill="237A5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6A3201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color w:val="FFFFFF"/>
                <w:sz w:val="23"/>
                <w:lang w:val="fr-FR"/>
              </w:rPr>
              <w:t>2. SYNTHÈSE DU PROJET</w:t>
            </w:r>
          </w:p>
        </w:tc>
      </w:tr>
    </w:tbl>
    <w:p w14:paraId="3A6C3AD0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7100"/>
      </w:tblGrid>
      <w:tr w:rsidR="0084307A" w:rsidRPr="009769C0" w14:paraId="35C714DA" w14:textId="77777777">
        <w:tc>
          <w:tcPr>
            <w:tcW w:w="27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191287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Date prévisionnelle de début</w:t>
            </w:r>
          </w:p>
        </w:tc>
        <w:tc>
          <w:tcPr>
            <w:tcW w:w="7100" w:type="dxa"/>
            <w:shd w:val="clear" w:color="auto" w:fill="F5FB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E8C480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0FD14672" w14:textId="77777777">
        <w:tc>
          <w:tcPr>
            <w:tcW w:w="27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77CB6F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Date prévisionnelle de fin</w:t>
            </w:r>
          </w:p>
        </w:tc>
        <w:tc>
          <w:tcPr>
            <w:tcW w:w="7100" w:type="dxa"/>
            <w:shd w:val="clear" w:color="auto" w:fill="F5FB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C42BCD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1ACA0B58" w14:textId="77777777">
        <w:tc>
          <w:tcPr>
            <w:tcW w:w="27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883743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Territoire / communes</w:t>
            </w:r>
          </w:p>
        </w:tc>
        <w:tc>
          <w:tcPr>
            <w:tcW w:w="7100" w:type="dxa"/>
            <w:shd w:val="clear" w:color="auto" w:fill="F5FB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BCF9DB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22BD849E" w14:textId="77777777">
        <w:tc>
          <w:tcPr>
            <w:tcW w:w="27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21FF11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MAEC 2027 visées</w:t>
            </w:r>
          </w:p>
        </w:tc>
        <w:tc>
          <w:tcPr>
            <w:tcW w:w="7100" w:type="dxa"/>
            <w:shd w:val="clear" w:color="auto" w:fill="F5FB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430FAF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i/>
                <w:color w:val="5F6B66"/>
                <w:sz w:val="19"/>
                <w:lang w:val="fr-FR"/>
              </w:rPr>
              <w:t>(</w:t>
            </w:r>
            <w:proofErr w:type="gramStart"/>
            <w:r w:rsidRPr="009769C0">
              <w:rPr>
                <w:i/>
                <w:color w:val="5F6B66"/>
                <w:sz w:val="19"/>
                <w:lang w:val="fr-FR"/>
              </w:rPr>
              <w:t>codes</w:t>
            </w:r>
            <w:proofErr w:type="gramEnd"/>
            <w:r w:rsidRPr="009769C0">
              <w:rPr>
                <w:i/>
                <w:color w:val="5F6B66"/>
                <w:sz w:val="19"/>
                <w:lang w:val="fr-FR"/>
              </w:rPr>
              <w:t xml:space="preserve"> et intitulés, selon la publication DAAF)</w:t>
            </w:r>
          </w:p>
        </w:tc>
      </w:tr>
      <w:tr w:rsidR="0084307A" w:rsidRPr="009769C0" w14:paraId="071A26CF" w14:textId="77777777">
        <w:tc>
          <w:tcPr>
            <w:tcW w:w="27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956548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Exploitations ciblées</w:t>
            </w:r>
          </w:p>
        </w:tc>
        <w:tc>
          <w:tcPr>
            <w:tcW w:w="7100" w:type="dxa"/>
            <w:shd w:val="clear" w:color="auto" w:fill="F5FB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5B6ABA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50AB44E4" w14:textId="77777777">
        <w:tc>
          <w:tcPr>
            <w:tcW w:w="27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4F8062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lastRenderedPageBreak/>
              <w:t>Coût total prévisionnel</w:t>
            </w:r>
          </w:p>
        </w:tc>
        <w:tc>
          <w:tcPr>
            <w:tcW w:w="7100" w:type="dxa"/>
            <w:shd w:val="clear" w:color="auto" w:fill="F5FB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FCF762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7FEABB05" w14:textId="77777777">
        <w:tc>
          <w:tcPr>
            <w:tcW w:w="27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7EB3F2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Aide DAAF sollicitée</w:t>
            </w:r>
          </w:p>
        </w:tc>
        <w:tc>
          <w:tcPr>
            <w:tcW w:w="7100" w:type="dxa"/>
            <w:shd w:val="clear" w:color="auto" w:fill="F5FB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CA31F0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</w:tbl>
    <w:p w14:paraId="6B15B250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00"/>
      </w:tblGrid>
      <w:tr w:rsidR="0084307A" w:rsidRPr="009769C0" w14:paraId="0DE9BBF0" w14:textId="77777777">
        <w:tc>
          <w:tcPr>
            <w:tcW w:w="98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669EE0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 xml:space="preserve">Résumé du </w:t>
            </w:r>
            <w:proofErr w:type="gramStart"/>
            <w:r w:rsidRPr="009769C0">
              <w:rPr>
                <w:b/>
                <w:sz w:val="19"/>
                <w:lang w:val="fr-FR"/>
              </w:rPr>
              <w:t>projet</w:t>
            </w:r>
            <w:r w:rsidRPr="009769C0">
              <w:rPr>
                <w:i/>
                <w:color w:val="5F6B66"/>
                <w:sz w:val="17"/>
                <w:lang w:val="fr-FR"/>
              </w:rPr>
              <w:t xml:space="preserve">  (</w:t>
            </w:r>
            <w:proofErr w:type="gramEnd"/>
            <w:r w:rsidRPr="009769C0">
              <w:rPr>
                <w:i/>
                <w:color w:val="5F6B66"/>
                <w:sz w:val="17"/>
                <w:lang w:val="fr-FR"/>
              </w:rPr>
              <w:t>besoin, actions, publics et résultats attendus – 1 500 caractères maximum)</w:t>
            </w:r>
          </w:p>
        </w:tc>
      </w:tr>
      <w:tr w:rsidR="0084307A" w:rsidRPr="009769C0" w14:paraId="7C32FABF" w14:textId="77777777">
        <w:tc>
          <w:tcPr>
            <w:tcW w:w="98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DBA161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36CAF31C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22DD5017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1F5650CF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4D66CF7E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</w:tbl>
    <w:p w14:paraId="4ACA79C2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00"/>
      </w:tblGrid>
      <w:tr w:rsidR="0084307A" w:rsidRPr="009769C0" w14:paraId="2B484D84" w14:textId="77777777">
        <w:tc>
          <w:tcPr>
            <w:tcW w:w="9800" w:type="dxa"/>
            <w:shd w:val="clear" w:color="auto" w:fill="237A5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ADD16E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color w:val="FFFFFF"/>
                <w:sz w:val="23"/>
                <w:lang w:val="fr-FR"/>
              </w:rPr>
              <w:t>3. CONTEXTE, PUBLIC CIBLE ET OBJECTIFS</w:t>
            </w:r>
          </w:p>
        </w:tc>
      </w:tr>
    </w:tbl>
    <w:p w14:paraId="0FD291A7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00"/>
      </w:tblGrid>
      <w:tr w:rsidR="0084307A" w:rsidRPr="009769C0" w14:paraId="255E7E9A" w14:textId="77777777">
        <w:tc>
          <w:tcPr>
            <w:tcW w:w="98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2A7F33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Diagnostic territorial et besoins identifiés</w:t>
            </w:r>
          </w:p>
        </w:tc>
      </w:tr>
      <w:tr w:rsidR="0084307A" w:rsidRPr="009769C0" w14:paraId="5D69C2A0" w14:textId="77777777">
        <w:tc>
          <w:tcPr>
            <w:tcW w:w="98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2BA0D4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65C5B869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6D40745A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5CBC8339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47031C84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</w:tbl>
    <w:p w14:paraId="3D5C69B0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00"/>
      </w:tblGrid>
      <w:tr w:rsidR="0084307A" w:rsidRPr="009769C0" w14:paraId="08EB2A5B" w14:textId="77777777">
        <w:tc>
          <w:tcPr>
            <w:tcW w:w="98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4F5E8E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 xml:space="preserve">Méthode d’identification et de mobilisation des </w:t>
            </w:r>
            <w:proofErr w:type="gramStart"/>
            <w:r w:rsidRPr="009769C0">
              <w:rPr>
                <w:b/>
                <w:sz w:val="19"/>
                <w:lang w:val="fr-FR"/>
              </w:rPr>
              <w:t>exploitants</w:t>
            </w:r>
            <w:r w:rsidRPr="009769C0">
              <w:rPr>
                <w:i/>
                <w:color w:val="5F6B66"/>
                <w:sz w:val="17"/>
                <w:lang w:val="fr-FR"/>
              </w:rPr>
              <w:t xml:space="preserve">  (</w:t>
            </w:r>
            <w:proofErr w:type="gramEnd"/>
            <w:r w:rsidRPr="009769C0">
              <w:rPr>
                <w:i/>
                <w:color w:val="5F6B66"/>
                <w:sz w:val="17"/>
                <w:lang w:val="fr-FR"/>
              </w:rPr>
              <w:t>sources, partenaires, ciblage des nouveaux entrants et gestion des contacts)</w:t>
            </w:r>
          </w:p>
        </w:tc>
      </w:tr>
      <w:tr w:rsidR="0084307A" w:rsidRPr="009769C0" w14:paraId="65B9B937" w14:textId="77777777">
        <w:tc>
          <w:tcPr>
            <w:tcW w:w="98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C4A473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52E59CE1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4DC03A0E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62800E84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</w:tbl>
    <w:p w14:paraId="210355F7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500"/>
        <w:gridCol w:w="1500"/>
        <w:gridCol w:w="2500"/>
        <w:gridCol w:w="3300"/>
      </w:tblGrid>
      <w:tr w:rsidR="0084307A" w:rsidRPr="009769C0" w14:paraId="634C2E01" w14:textId="77777777">
        <w:trPr>
          <w:tblHeader/>
        </w:trPr>
        <w:tc>
          <w:tcPr>
            <w:tcW w:w="25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059630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Public cible</w:t>
            </w:r>
          </w:p>
        </w:tc>
        <w:tc>
          <w:tcPr>
            <w:tcW w:w="15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5F5E6B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Nombre visé</w:t>
            </w:r>
          </w:p>
        </w:tc>
        <w:tc>
          <w:tcPr>
            <w:tcW w:w="25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B60470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Dont jamais engagé en MAEC</w:t>
            </w:r>
          </w:p>
        </w:tc>
        <w:tc>
          <w:tcPr>
            <w:tcW w:w="33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D52729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Territoire / filière</w:t>
            </w:r>
          </w:p>
        </w:tc>
      </w:tr>
      <w:tr w:rsidR="0084307A" w:rsidRPr="009769C0" w14:paraId="4E9E6180" w14:textId="77777777"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8DBB98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Exploitations</w:t>
            </w:r>
          </w:p>
        </w:tc>
        <w:tc>
          <w:tcPr>
            <w:tcW w:w="15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62B140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5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36C7FB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33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A2B8F6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5EAC0824" w14:textId="77777777"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0F44D1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Autre public</w:t>
            </w:r>
          </w:p>
        </w:tc>
        <w:tc>
          <w:tcPr>
            <w:tcW w:w="15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CFCD2F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5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FF53F2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33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445CE1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</w:tbl>
    <w:p w14:paraId="08C13635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00"/>
      </w:tblGrid>
      <w:tr w:rsidR="0084307A" w:rsidRPr="009769C0" w14:paraId="4FA8FC15" w14:textId="77777777">
        <w:tc>
          <w:tcPr>
            <w:tcW w:w="98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493CA8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Objectif général</w:t>
            </w:r>
          </w:p>
        </w:tc>
      </w:tr>
      <w:tr w:rsidR="0084307A" w:rsidRPr="009769C0" w14:paraId="0A3B34E9" w14:textId="77777777">
        <w:tc>
          <w:tcPr>
            <w:tcW w:w="98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DB7FA2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1FBC20B4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0F3F4B5F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</w:tbl>
    <w:p w14:paraId="1C69875E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00"/>
      </w:tblGrid>
      <w:tr w:rsidR="0084307A" w:rsidRPr="009769C0" w14:paraId="611E8E8F" w14:textId="77777777">
        <w:tc>
          <w:tcPr>
            <w:tcW w:w="98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7AE7E2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Objectifs opérationnels mesurables</w:t>
            </w:r>
          </w:p>
        </w:tc>
      </w:tr>
      <w:tr w:rsidR="0084307A" w:rsidRPr="009769C0" w14:paraId="38CF1D75" w14:textId="77777777">
        <w:tc>
          <w:tcPr>
            <w:tcW w:w="98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4FEC66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512CE6D6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42A07B3B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21A457F5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</w:tbl>
    <w:p w14:paraId="7CA9E7F8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00"/>
      </w:tblGrid>
      <w:tr w:rsidR="0084307A" w:rsidRPr="009769C0" w14:paraId="1645AFF7" w14:textId="77777777">
        <w:tc>
          <w:tcPr>
            <w:tcW w:w="9800" w:type="dxa"/>
            <w:shd w:val="clear" w:color="auto" w:fill="237A5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350676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color w:val="FFFFFF"/>
                <w:sz w:val="23"/>
                <w:lang w:val="fr-FR"/>
              </w:rPr>
              <w:t>4. PLAN D’ACTIONS</w:t>
            </w:r>
          </w:p>
        </w:tc>
      </w:tr>
    </w:tbl>
    <w:p w14:paraId="0A7C5B12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50"/>
        <w:gridCol w:w="1400"/>
        <w:gridCol w:w="2500"/>
        <w:gridCol w:w="1300"/>
        <w:gridCol w:w="1400"/>
        <w:gridCol w:w="1100"/>
        <w:gridCol w:w="1650"/>
      </w:tblGrid>
      <w:tr w:rsidR="0084307A" w:rsidRPr="009769C0" w14:paraId="05E52046" w14:textId="77777777">
        <w:trPr>
          <w:tblHeader/>
        </w:trPr>
        <w:tc>
          <w:tcPr>
            <w:tcW w:w="45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BE67D3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N°</w:t>
            </w:r>
          </w:p>
        </w:tc>
        <w:tc>
          <w:tcPr>
            <w:tcW w:w="14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A202E3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Type</w:t>
            </w:r>
          </w:p>
        </w:tc>
        <w:tc>
          <w:tcPr>
            <w:tcW w:w="25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559442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Contenu</w:t>
            </w:r>
          </w:p>
        </w:tc>
        <w:tc>
          <w:tcPr>
            <w:tcW w:w="13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2580FD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Responsable</w:t>
            </w:r>
          </w:p>
        </w:tc>
        <w:tc>
          <w:tcPr>
            <w:tcW w:w="14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D26205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Public / volume</w:t>
            </w:r>
          </w:p>
        </w:tc>
        <w:tc>
          <w:tcPr>
            <w:tcW w:w="11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073A2D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Période</w:t>
            </w:r>
          </w:p>
        </w:tc>
        <w:tc>
          <w:tcPr>
            <w:tcW w:w="165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4F9A74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Livrable</w:t>
            </w:r>
          </w:p>
        </w:tc>
      </w:tr>
      <w:tr w:rsidR="0084307A" w:rsidRPr="009769C0" w14:paraId="78D33246" w14:textId="77777777">
        <w:tc>
          <w:tcPr>
            <w:tcW w:w="45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13BF86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A743F6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5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E6E465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3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D4E117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CC067F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22197D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65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38CB12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3FC40E4F" w14:textId="77777777">
        <w:tc>
          <w:tcPr>
            <w:tcW w:w="45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3CA53C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9BC7BE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5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4A6871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3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95752B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BCBC5B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929859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65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EB4508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5F20B731" w14:textId="77777777">
        <w:tc>
          <w:tcPr>
            <w:tcW w:w="45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65D4B3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9DB55C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5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437E90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3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5B229E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4BEC1A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AD8014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65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1768EB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51FF72A2" w14:textId="77777777">
        <w:tc>
          <w:tcPr>
            <w:tcW w:w="45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20B902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662BE9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5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AF6D9A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3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0C6C43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A20C7A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C55865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65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DCFDBF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144A6A79" w14:textId="77777777">
        <w:tc>
          <w:tcPr>
            <w:tcW w:w="45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DDA092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65D437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5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8AE6EB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3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C9B444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1567F3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41A78C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65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C590A1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2E2BF8F9" w14:textId="77777777">
        <w:tc>
          <w:tcPr>
            <w:tcW w:w="45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E372B6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B45FED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5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D0B639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3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EBB295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2EAAB6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57E4E1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65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F460A3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77751690" w14:textId="77777777">
        <w:tc>
          <w:tcPr>
            <w:tcW w:w="45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FB454B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9E2A1C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5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C2422D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3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716F32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C3A981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4A999F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65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F447D9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713AF34D" w14:textId="77777777">
        <w:tc>
          <w:tcPr>
            <w:tcW w:w="45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EF7E22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C6C6E1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5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C86820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3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4F6AEB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C5844C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714A07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65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31B008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</w:tbl>
    <w:p w14:paraId="7D94CD5A" w14:textId="77777777" w:rsidR="0084307A" w:rsidRPr="009769C0" w:rsidRDefault="0084307A">
      <w:pPr>
        <w:spacing w:after="0"/>
        <w:rPr>
          <w:lang w:val="fr-FR"/>
        </w:rPr>
      </w:pPr>
    </w:p>
    <w:p w14:paraId="5096E39D" w14:textId="29ACE66E" w:rsidR="0084307A" w:rsidRPr="009769C0" w:rsidRDefault="00C2275B">
      <w:pPr>
        <w:pStyle w:val="Smallnote"/>
        <w:rPr>
          <w:lang w:val="fr-FR"/>
        </w:rPr>
      </w:pPr>
      <w:r w:rsidRPr="009769C0">
        <w:rPr>
          <w:rFonts w:ascii="Calibri" w:hAnsi="Calibri"/>
          <w:i/>
          <w:lang w:val="fr-FR"/>
        </w:rPr>
        <w:t xml:space="preserve">Types à utiliser : information collective ; accompagnement individuel ; diagnostic ; appui technique ; formation ; </w:t>
      </w:r>
      <w:r w:rsidR="00D379F9" w:rsidRPr="009769C0">
        <w:rPr>
          <w:rFonts w:ascii="Calibri" w:hAnsi="Calibri"/>
          <w:i/>
          <w:lang w:val="fr-FR"/>
        </w:rPr>
        <w:t>concertation / coordination territoriale</w:t>
      </w:r>
      <w:r w:rsidRPr="009769C0">
        <w:rPr>
          <w:rFonts w:ascii="Calibri" w:hAnsi="Calibri"/>
          <w:i/>
          <w:lang w:val="fr-FR"/>
        </w:rPr>
        <w:t xml:space="preserve"> ; suivi/évaluation. Le socle individuel est obligatoire.</w:t>
      </w: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00"/>
      </w:tblGrid>
      <w:tr w:rsidR="0084307A" w:rsidRPr="009769C0" w14:paraId="69665F02" w14:textId="77777777">
        <w:tc>
          <w:tcPr>
            <w:tcW w:w="98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A6E9DB" w14:textId="51ED5A2F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 xml:space="preserve">Déroulé de l’accompagnement </w:t>
            </w:r>
            <w:proofErr w:type="gramStart"/>
            <w:r w:rsidRPr="009769C0">
              <w:rPr>
                <w:b/>
                <w:sz w:val="19"/>
                <w:lang w:val="fr-FR"/>
              </w:rPr>
              <w:t>individuel</w:t>
            </w:r>
            <w:r w:rsidRPr="009769C0">
              <w:rPr>
                <w:i/>
                <w:color w:val="5F6B66"/>
                <w:sz w:val="17"/>
                <w:lang w:val="fr-FR"/>
              </w:rPr>
              <w:t xml:space="preserve">  (</w:t>
            </w:r>
            <w:proofErr w:type="gramEnd"/>
            <w:r w:rsidRPr="009769C0">
              <w:rPr>
                <w:i/>
                <w:color w:val="5F6B66"/>
                <w:sz w:val="17"/>
                <w:lang w:val="fr-FR"/>
              </w:rPr>
              <w:t>prise de contact, analyse, visite</w:t>
            </w:r>
            <w:r w:rsidR="00D379F9" w:rsidRPr="009769C0">
              <w:rPr>
                <w:i/>
                <w:color w:val="5F6B66"/>
                <w:sz w:val="17"/>
                <w:lang w:val="fr-FR"/>
              </w:rPr>
              <w:t xml:space="preserve"> si nécessaire</w:t>
            </w:r>
            <w:r w:rsidRPr="009769C0">
              <w:rPr>
                <w:i/>
                <w:color w:val="5F6B66"/>
                <w:sz w:val="17"/>
                <w:lang w:val="fr-FR"/>
              </w:rPr>
              <w:t>, préconisations, contractualisation et suivi)</w:t>
            </w:r>
          </w:p>
        </w:tc>
      </w:tr>
      <w:tr w:rsidR="0084307A" w:rsidRPr="009769C0" w14:paraId="65F02053" w14:textId="77777777">
        <w:tc>
          <w:tcPr>
            <w:tcW w:w="98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57B183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1A41A3A4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632F9521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337908ED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45584231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</w:tbl>
    <w:p w14:paraId="4814F7C7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00"/>
      </w:tblGrid>
      <w:tr w:rsidR="0084307A" w:rsidRPr="009769C0" w14:paraId="2C1EE730" w14:textId="77777777">
        <w:tc>
          <w:tcPr>
            <w:tcW w:w="98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726F26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Adaptation aux MAEC visées et aux cahiers des charges 2027</w:t>
            </w:r>
          </w:p>
        </w:tc>
      </w:tr>
      <w:tr w:rsidR="0084307A" w:rsidRPr="009769C0" w14:paraId="58210B17" w14:textId="77777777">
        <w:tc>
          <w:tcPr>
            <w:tcW w:w="98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97E2DF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35E754F6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06B333F1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23DC5E79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</w:tbl>
    <w:p w14:paraId="06B367F9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00"/>
      </w:tblGrid>
      <w:tr w:rsidR="0084307A" w:rsidRPr="009769C0" w14:paraId="750B5725" w14:textId="77777777">
        <w:tc>
          <w:tcPr>
            <w:tcW w:w="98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A85D2D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lastRenderedPageBreak/>
              <w:t>Organisation, calendrier et coordination</w:t>
            </w:r>
          </w:p>
        </w:tc>
      </w:tr>
      <w:tr w:rsidR="0084307A" w:rsidRPr="009769C0" w14:paraId="6D5D28FA" w14:textId="77777777">
        <w:tc>
          <w:tcPr>
            <w:tcW w:w="98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1B1170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5C78DE36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23F1A65E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08883B72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</w:tbl>
    <w:p w14:paraId="29F9F13D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00"/>
      </w:tblGrid>
      <w:tr w:rsidR="0084307A" w:rsidRPr="009769C0" w14:paraId="7D45FA92" w14:textId="77777777">
        <w:tc>
          <w:tcPr>
            <w:tcW w:w="9800" w:type="dxa"/>
            <w:shd w:val="clear" w:color="auto" w:fill="237A5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A872B8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color w:val="FFFFFF"/>
                <w:sz w:val="23"/>
                <w:lang w:val="fr-FR"/>
              </w:rPr>
              <w:t>5. ÉQUIPE ET COMPÉTENCES</w:t>
            </w:r>
          </w:p>
        </w:tc>
      </w:tr>
    </w:tbl>
    <w:p w14:paraId="00AAAB74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900"/>
        <w:gridCol w:w="2600"/>
        <w:gridCol w:w="2400"/>
        <w:gridCol w:w="1400"/>
        <w:gridCol w:w="1500"/>
      </w:tblGrid>
      <w:tr w:rsidR="0084307A" w:rsidRPr="009769C0" w14:paraId="7792A333" w14:textId="77777777">
        <w:trPr>
          <w:tblHeader/>
        </w:trPr>
        <w:tc>
          <w:tcPr>
            <w:tcW w:w="19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8030B9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Nom / fonction</w:t>
            </w:r>
          </w:p>
        </w:tc>
        <w:tc>
          <w:tcPr>
            <w:tcW w:w="26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D9E9CD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Qualification / expérience</w:t>
            </w:r>
          </w:p>
        </w:tc>
        <w:tc>
          <w:tcPr>
            <w:tcW w:w="24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EB0C1D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Rôle</w:t>
            </w:r>
          </w:p>
        </w:tc>
        <w:tc>
          <w:tcPr>
            <w:tcW w:w="14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3CA44B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Temps prévu (h)</w:t>
            </w:r>
          </w:p>
        </w:tc>
        <w:tc>
          <w:tcPr>
            <w:tcW w:w="15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7794C2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Pièce jointe</w:t>
            </w:r>
          </w:p>
        </w:tc>
      </w:tr>
      <w:tr w:rsidR="0084307A" w:rsidRPr="009769C0" w14:paraId="11EE8C7F" w14:textId="77777777">
        <w:tc>
          <w:tcPr>
            <w:tcW w:w="19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8BDBBB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6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7966AE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650192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FA0824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5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173F92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137E1F63" w14:textId="77777777">
        <w:tc>
          <w:tcPr>
            <w:tcW w:w="19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90B06B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6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CCA8E6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7869F4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858CC9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5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76B804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54CC780F" w14:textId="77777777">
        <w:tc>
          <w:tcPr>
            <w:tcW w:w="19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86D9B3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6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5AA5D6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98B53E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6DF5B2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5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779644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111F42D8" w14:textId="77777777">
        <w:tc>
          <w:tcPr>
            <w:tcW w:w="19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26AA9F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6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6C6111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D491B6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E6A000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5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94F245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2F5445AD" w14:textId="77777777">
        <w:tc>
          <w:tcPr>
            <w:tcW w:w="19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542305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6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D06CC0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E8FE5B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72C597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5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133E92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</w:tbl>
    <w:p w14:paraId="4F01C122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00"/>
      </w:tblGrid>
      <w:tr w:rsidR="0084307A" w:rsidRPr="009769C0" w14:paraId="6E0954F8" w14:textId="77777777">
        <w:tc>
          <w:tcPr>
            <w:tcW w:w="98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5B138A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Capacité de suivi et continuité de service</w:t>
            </w:r>
          </w:p>
        </w:tc>
      </w:tr>
      <w:tr w:rsidR="0084307A" w:rsidRPr="009769C0" w14:paraId="679373B3" w14:textId="77777777">
        <w:tc>
          <w:tcPr>
            <w:tcW w:w="98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0DA500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617FFB64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05DC180E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</w:tbl>
    <w:p w14:paraId="1ECA9716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00"/>
      </w:tblGrid>
      <w:tr w:rsidR="0084307A" w:rsidRPr="009769C0" w14:paraId="383CD4CA" w14:textId="77777777">
        <w:tc>
          <w:tcPr>
            <w:tcW w:w="9800" w:type="dxa"/>
            <w:shd w:val="clear" w:color="auto" w:fill="237A5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12E089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color w:val="FFFFFF"/>
                <w:sz w:val="23"/>
                <w:lang w:val="fr-FR"/>
              </w:rPr>
              <w:t>6. PARTENAIRES ET SOUS-TRAITANTS</w:t>
            </w:r>
          </w:p>
        </w:tc>
      </w:tr>
    </w:tbl>
    <w:p w14:paraId="10BC2E3D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000"/>
        <w:gridCol w:w="2100"/>
        <w:gridCol w:w="2400"/>
        <w:gridCol w:w="1700"/>
        <w:gridCol w:w="1600"/>
      </w:tblGrid>
      <w:tr w:rsidR="0084307A" w:rsidRPr="009769C0" w14:paraId="10581F85" w14:textId="77777777">
        <w:trPr>
          <w:tblHeader/>
        </w:trPr>
        <w:tc>
          <w:tcPr>
            <w:tcW w:w="20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46A05F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Structure</w:t>
            </w:r>
          </w:p>
        </w:tc>
        <w:tc>
          <w:tcPr>
            <w:tcW w:w="21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83178F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Statut</w:t>
            </w:r>
          </w:p>
        </w:tc>
        <w:tc>
          <w:tcPr>
            <w:tcW w:w="24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2B8185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Rôle</w:t>
            </w:r>
          </w:p>
        </w:tc>
        <w:tc>
          <w:tcPr>
            <w:tcW w:w="17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14AA7A" w14:textId="26B592D8" w:rsidR="0084307A" w:rsidRPr="009769C0" w:rsidRDefault="00D379F9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Modalité financière</w:t>
            </w:r>
          </w:p>
        </w:tc>
        <w:tc>
          <w:tcPr>
            <w:tcW w:w="16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DCD806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Preuve jointe</w:t>
            </w:r>
          </w:p>
        </w:tc>
      </w:tr>
      <w:tr w:rsidR="0084307A" w:rsidRPr="009769C0" w14:paraId="43EE6482" w14:textId="77777777">
        <w:tc>
          <w:tcPr>
            <w:tcW w:w="20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BDF3C8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3E0E8E" w14:textId="77777777" w:rsidR="0084307A" w:rsidRPr="009769C0" w:rsidRDefault="00C2275B">
            <w:pPr>
              <w:spacing w:after="20"/>
              <w:rPr>
                <w:lang w:val="fr-FR"/>
              </w:rPr>
            </w:pPr>
            <w:proofErr w:type="gramStart"/>
            <w:r w:rsidRPr="009769C0">
              <w:rPr>
                <w:sz w:val="16"/>
                <w:lang w:val="fr-FR"/>
              </w:rPr>
              <w:t>[ ]</w:t>
            </w:r>
            <w:proofErr w:type="gramEnd"/>
            <w:r w:rsidRPr="009769C0">
              <w:rPr>
                <w:sz w:val="16"/>
                <w:lang w:val="fr-FR"/>
              </w:rPr>
              <w:t xml:space="preserve"> Partenaire  [ ] Prestataire</w:t>
            </w:r>
          </w:p>
        </w:tc>
        <w:tc>
          <w:tcPr>
            <w:tcW w:w="2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C141B1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7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01F08D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6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76357B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566E8A07" w14:textId="77777777">
        <w:tc>
          <w:tcPr>
            <w:tcW w:w="20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92AB3D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C01F19" w14:textId="77777777" w:rsidR="0084307A" w:rsidRPr="009769C0" w:rsidRDefault="00C2275B">
            <w:pPr>
              <w:spacing w:after="20"/>
              <w:rPr>
                <w:lang w:val="fr-FR"/>
              </w:rPr>
            </w:pPr>
            <w:proofErr w:type="gramStart"/>
            <w:r w:rsidRPr="009769C0">
              <w:rPr>
                <w:sz w:val="16"/>
                <w:lang w:val="fr-FR"/>
              </w:rPr>
              <w:t>[ ]</w:t>
            </w:r>
            <w:proofErr w:type="gramEnd"/>
            <w:r w:rsidRPr="009769C0">
              <w:rPr>
                <w:sz w:val="16"/>
                <w:lang w:val="fr-FR"/>
              </w:rPr>
              <w:t xml:space="preserve"> Partenaire  [ ] Prestataire</w:t>
            </w:r>
          </w:p>
        </w:tc>
        <w:tc>
          <w:tcPr>
            <w:tcW w:w="2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75D70D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7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C7E6D0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6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EE9247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5C93EC28" w14:textId="77777777">
        <w:tc>
          <w:tcPr>
            <w:tcW w:w="20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B21F62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6AE191" w14:textId="77777777" w:rsidR="0084307A" w:rsidRPr="009769C0" w:rsidRDefault="00C2275B">
            <w:pPr>
              <w:spacing w:after="20"/>
              <w:rPr>
                <w:lang w:val="fr-FR"/>
              </w:rPr>
            </w:pPr>
            <w:proofErr w:type="gramStart"/>
            <w:r w:rsidRPr="009769C0">
              <w:rPr>
                <w:sz w:val="16"/>
                <w:lang w:val="fr-FR"/>
              </w:rPr>
              <w:t>[ ]</w:t>
            </w:r>
            <w:proofErr w:type="gramEnd"/>
            <w:r w:rsidRPr="009769C0">
              <w:rPr>
                <w:sz w:val="16"/>
                <w:lang w:val="fr-FR"/>
              </w:rPr>
              <w:t xml:space="preserve"> Partenaire  [ ] Prestataire</w:t>
            </w:r>
          </w:p>
        </w:tc>
        <w:tc>
          <w:tcPr>
            <w:tcW w:w="2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5C7841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7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7E23C3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6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2EDAFC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58B83721" w14:textId="77777777">
        <w:tc>
          <w:tcPr>
            <w:tcW w:w="20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D7A90D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7D2E7E" w14:textId="77777777" w:rsidR="0084307A" w:rsidRPr="009769C0" w:rsidRDefault="00C2275B">
            <w:pPr>
              <w:spacing w:after="20"/>
              <w:rPr>
                <w:lang w:val="fr-FR"/>
              </w:rPr>
            </w:pPr>
            <w:proofErr w:type="gramStart"/>
            <w:r w:rsidRPr="009769C0">
              <w:rPr>
                <w:sz w:val="16"/>
                <w:lang w:val="fr-FR"/>
              </w:rPr>
              <w:t>[ ]</w:t>
            </w:r>
            <w:proofErr w:type="gramEnd"/>
            <w:r w:rsidRPr="009769C0">
              <w:rPr>
                <w:sz w:val="16"/>
                <w:lang w:val="fr-FR"/>
              </w:rPr>
              <w:t xml:space="preserve"> Partenaire  [ ] Prestataire</w:t>
            </w:r>
          </w:p>
        </w:tc>
        <w:tc>
          <w:tcPr>
            <w:tcW w:w="2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6D584A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7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E0D16C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6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CEDB19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5D4F0DB8" w14:textId="77777777">
        <w:tc>
          <w:tcPr>
            <w:tcW w:w="20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27E028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CF18FA" w14:textId="77777777" w:rsidR="0084307A" w:rsidRPr="009769C0" w:rsidRDefault="00C2275B">
            <w:pPr>
              <w:spacing w:after="20"/>
              <w:rPr>
                <w:lang w:val="fr-FR"/>
              </w:rPr>
            </w:pPr>
            <w:proofErr w:type="gramStart"/>
            <w:r w:rsidRPr="009769C0">
              <w:rPr>
                <w:sz w:val="16"/>
                <w:lang w:val="fr-FR"/>
              </w:rPr>
              <w:t>[ ]</w:t>
            </w:r>
            <w:proofErr w:type="gramEnd"/>
            <w:r w:rsidRPr="009769C0">
              <w:rPr>
                <w:sz w:val="16"/>
                <w:lang w:val="fr-FR"/>
              </w:rPr>
              <w:t xml:space="preserve"> Partenaire  [ ] Prestataire</w:t>
            </w:r>
          </w:p>
        </w:tc>
        <w:tc>
          <w:tcPr>
            <w:tcW w:w="24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FDFC60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7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C7A246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6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A9487F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</w:tbl>
    <w:p w14:paraId="3CCE4707" w14:textId="0755D414" w:rsidR="0084307A" w:rsidRPr="009769C0" w:rsidRDefault="0084307A">
      <w:pPr>
        <w:spacing w:after="0"/>
        <w:rPr>
          <w:lang w:val="fr-FR"/>
        </w:rPr>
      </w:pPr>
    </w:p>
    <w:p w14:paraId="0EC3591F" w14:textId="3B6A0A0B" w:rsidR="00D379F9" w:rsidRPr="009769C0" w:rsidRDefault="00D379F9" w:rsidP="00D379F9">
      <w:pPr>
        <w:pStyle w:val="Smallnote"/>
        <w:rPr>
          <w:rFonts w:ascii="Calibri" w:hAnsi="Calibri"/>
          <w:i/>
          <w:lang w:val="fr-FR"/>
        </w:rPr>
      </w:pPr>
      <w:r w:rsidRPr="009769C0">
        <w:rPr>
          <w:rFonts w:ascii="Calibri" w:hAnsi="Calibri"/>
          <w:i/>
          <w:lang w:val="fr-FR"/>
        </w:rPr>
        <w:t>Une structure partenaire supportant ses propres dépenses dépose une demande d’aide distincte. Les interventions facturées au porteur relèvent de la sous-traitance.</w:t>
      </w:r>
    </w:p>
    <w:p w14:paraId="6E101206" w14:textId="77777777" w:rsidR="00D379F9" w:rsidRPr="009769C0" w:rsidRDefault="00D379F9" w:rsidP="00D379F9">
      <w:pPr>
        <w:pStyle w:val="Smallnote"/>
        <w:rPr>
          <w:rFonts w:ascii="Calibri" w:hAnsi="Calibri"/>
          <w:i/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00"/>
      </w:tblGrid>
      <w:tr w:rsidR="0084307A" w:rsidRPr="009769C0" w14:paraId="7E79679E" w14:textId="77777777">
        <w:tc>
          <w:tcPr>
            <w:tcW w:w="98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87A2B2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lastRenderedPageBreak/>
              <w:t>Gouvernance et répartition des responsabilités</w:t>
            </w:r>
          </w:p>
        </w:tc>
      </w:tr>
      <w:tr w:rsidR="0084307A" w:rsidRPr="009769C0" w14:paraId="50862CD2" w14:textId="77777777">
        <w:tc>
          <w:tcPr>
            <w:tcW w:w="98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891A41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30C0DAD9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71988940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03D654F7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</w:tbl>
    <w:p w14:paraId="46724AC2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00"/>
      </w:tblGrid>
      <w:tr w:rsidR="0084307A" w:rsidRPr="009769C0" w14:paraId="1680A4B5" w14:textId="77777777">
        <w:tc>
          <w:tcPr>
            <w:tcW w:w="9800" w:type="dxa"/>
            <w:shd w:val="clear" w:color="auto" w:fill="237A5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AABF7B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color w:val="FFFFFF"/>
                <w:sz w:val="23"/>
                <w:lang w:val="fr-FR"/>
              </w:rPr>
              <w:t>7. LIVRABLES ET INDICATEURS</w:t>
            </w:r>
          </w:p>
        </w:tc>
      </w:tr>
    </w:tbl>
    <w:p w14:paraId="603B711E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600"/>
        <w:gridCol w:w="2100"/>
        <w:gridCol w:w="2000"/>
        <w:gridCol w:w="2100"/>
      </w:tblGrid>
      <w:tr w:rsidR="0084307A" w:rsidRPr="009769C0" w14:paraId="0DFE5A47" w14:textId="77777777">
        <w:trPr>
          <w:tblHeader/>
        </w:trPr>
        <w:tc>
          <w:tcPr>
            <w:tcW w:w="36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6F8308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Livrable</w:t>
            </w:r>
          </w:p>
        </w:tc>
        <w:tc>
          <w:tcPr>
            <w:tcW w:w="21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02C2C4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Format</w:t>
            </w:r>
          </w:p>
        </w:tc>
        <w:tc>
          <w:tcPr>
            <w:tcW w:w="20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F6B285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Échéance</w:t>
            </w:r>
          </w:p>
        </w:tc>
        <w:tc>
          <w:tcPr>
            <w:tcW w:w="21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2B5F94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Responsable</w:t>
            </w:r>
          </w:p>
        </w:tc>
      </w:tr>
      <w:tr w:rsidR="0084307A" w:rsidRPr="009769C0" w14:paraId="667F87D8" w14:textId="77777777">
        <w:tc>
          <w:tcPr>
            <w:tcW w:w="36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DA2165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400418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0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E9F5D8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89333C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12E4DBD3" w14:textId="77777777">
        <w:tc>
          <w:tcPr>
            <w:tcW w:w="36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8B5DD5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9B9198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0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2D2633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1F2BEC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55CB9200" w14:textId="77777777">
        <w:tc>
          <w:tcPr>
            <w:tcW w:w="36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D1D97C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914DDA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0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647BF1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F37490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6525AB0E" w14:textId="77777777">
        <w:tc>
          <w:tcPr>
            <w:tcW w:w="36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ACF418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1D44B6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0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E1EE08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7582C0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68C5DCC4" w14:textId="77777777">
        <w:tc>
          <w:tcPr>
            <w:tcW w:w="36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2037D6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0B0154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0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3EE5A2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FC43E8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457DA522" w14:textId="77777777">
        <w:tc>
          <w:tcPr>
            <w:tcW w:w="36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B341F8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F68236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0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EE3785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2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D4C45A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</w:tbl>
    <w:p w14:paraId="0034ED89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300"/>
        <w:gridCol w:w="1600"/>
        <w:gridCol w:w="1800"/>
        <w:gridCol w:w="3100"/>
      </w:tblGrid>
      <w:tr w:rsidR="0084307A" w:rsidRPr="009769C0" w14:paraId="6FA3A017" w14:textId="77777777">
        <w:trPr>
          <w:tblHeader/>
        </w:trPr>
        <w:tc>
          <w:tcPr>
            <w:tcW w:w="33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894EA1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Indicateur clé</w:t>
            </w:r>
          </w:p>
        </w:tc>
        <w:tc>
          <w:tcPr>
            <w:tcW w:w="16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9A3042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Situation initiale</w:t>
            </w:r>
          </w:p>
        </w:tc>
        <w:tc>
          <w:tcPr>
            <w:tcW w:w="18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3A3DEA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Objectif 2027</w:t>
            </w:r>
          </w:p>
        </w:tc>
        <w:tc>
          <w:tcPr>
            <w:tcW w:w="31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6624EE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Méthode / source</w:t>
            </w:r>
          </w:p>
        </w:tc>
      </w:tr>
      <w:tr w:rsidR="0084307A" w:rsidRPr="009769C0" w14:paraId="4B68B8DB" w14:textId="77777777">
        <w:tc>
          <w:tcPr>
            <w:tcW w:w="3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418631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Exploitations contactées</w:t>
            </w:r>
          </w:p>
        </w:tc>
        <w:tc>
          <w:tcPr>
            <w:tcW w:w="16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C5FF1C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8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D8B202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3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31D298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51AB7A93" w14:textId="77777777">
        <w:tc>
          <w:tcPr>
            <w:tcW w:w="3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8886C6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Exploitations accompagnées individuellement</w:t>
            </w:r>
          </w:p>
        </w:tc>
        <w:tc>
          <w:tcPr>
            <w:tcW w:w="16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A70BE9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8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80A30B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3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FB95B7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134FFEE1" w14:textId="77777777">
        <w:tc>
          <w:tcPr>
            <w:tcW w:w="3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8A453A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Dont jamais engagées en MAEC</w:t>
            </w:r>
          </w:p>
        </w:tc>
        <w:tc>
          <w:tcPr>
            <w:tcW w:w="16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8E8428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8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70D451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3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8DDC7A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4E8645F0" w14:textId="77777777">
        <w:tc>
          <w:tcPr>
            <w:tcW w:w="3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F1A6F2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Visites de terrain</w:t>
            </w:r>
          </w:p>
        </w:tc>
        <w:tc>
          <w:tcPr>
            <w:tcW w:w="16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9E8E5F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8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C8A11D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3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D99DC5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0B66C454" w14:textId="77777777">
        <w:tc>
          <w:tcPr>
            <w:tcW w:w="3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35EAF2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Diagnostics / plans réalisés</w:t>
            </w:r>
          </w:p>
        </w:tc>
        <w:tc>
          <w:tcPr>
            <w:tcW w:w="16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8308D2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8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F6685B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3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0E65DD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0E12B2E2" w14:textId="77777777">
        <w:tc>
          <w:tcPr>
            <w:tcW w:w="3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86735B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Intentions ou demandes de contractualisation</w:t>
            </w:r>
          </w:p>
        </w:tc>
        <w:tc>
          <w:tcPr>
            <w:tcW w:w="16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041D4F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18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E542D4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3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41B03B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</w:tbl>
    <w:p w14:paraId="7E654DB5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00"/>
      </w:tblGrid>
      <w:tr w:rsidR="0084307A" w:rsidRPr="009769C0" w14:paraId="6648B19E" w14:textId="77777777">
        <w:tc>
          <w:tcPr>
            <w:tcW w:w="9800" w:type="dxa"/>
            <w:shd w:val="clear" w:color="auto" w:fill="237A5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630F25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color w:val="FFFFFF"/>
                <w:sz w:val="23"/>
                <w:lang w:val="fr-FR"/>
              </w:rPr>
              <w:t>8. BUDGET ET FINANCEMENT</w:t>
            </w:r>
          </w:p>
        </w:tc>
      </w:tr>
    </w:tbl>
    <w:p w14:paraId="0DD2D690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7100"/>
      </w:tblGrid>
      <w:tr w:rsidR="0084307A" w:rsidRPr="009769C0" w14:paraId="019FBF15" w14:textId="77777777">
        <w:tc>
          <w:tcPr>
            <w:tcW w:w="27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7E15D2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Personnel direct</w:t>
            </w:r>
          </w:p>
        </w:tc>
        <w:tc>
          <w:tcPr>
            <w:tcW w:w="7100" w:type="dxa"/>
            <w:shd w:val="clear" w:color="auto" w:fill="F5FB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180C61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190FA275" w14:textId="77777777">
        <w:tc>
          <w:tcPr>
            <w:tcW w:w="27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7233EF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Autres dépenses directes</w:t>
            </w:r>
          </w:p>
        </w:tc>
        <w:tc>
          <w:tcPr>
            <w:tcW w:w="7100" w:type="dxa"/>
            <w:shd w:val="clear" w:color="auto" w:fill="F5FB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3F5795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4FD40F6C" w14:textId="77777777">
        <w:tc>
          <w:tcPr>
            <w:tcW w:w="27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D8263F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Frais indirects</w:t>
            </w:r>
          </w:p>
        </w:tc>
        <w:tc>
          <w:tcPr>
            <w:tcW w:w="7100" w:type="dxa"/>
            <w:shd w:val="clear" w:color="auto" w:fill="F5FB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3FE22A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11CF620D" w14:textId="77777777">
        <w:tc>
          <w:tcPr>
            <w:tcW w:w="27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608E0A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Dont information collective</w:t>
            </w:r>
          </w:p>
        </w:tc>
        <w:tc>
          <w:tcPr>
            <w:tcW w:w="7100" w:type="dxa"/>
            <w:shd w:val="clear" w:color="auto" w:fill="F5FB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35DF97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7A242541" w14:textId="77777777">
        <w:tc>
          <w:tcPr>
            <w:tcW w:w="27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F1370E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Coût total prévisionnel</w:t>
            </w:r>
          </w:p>
        </w:tc>
        <w:tc>
          <w:tcPr>
            <w:tcW w:w="7100" w:type="dxa"/>
            <w:shd w:val="clear" w:color="auto" w:fill="F5FB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DA05FA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3BCDB560" w14:textId="77777777">
        <w:tc>
          <w:tcPr>
            <w:tcW w:w="27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B61BDC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lastRenderedPageBreak/>
              <w:t>Aide DAAF sollicitée</w:t>
            </w:r>
          </w:p>
        </w:tc>
        <w:tc>
          <w:tcPr>
            <w:tcW w:w="7100" w:type="dxa"/>
            <w:shd w:val="clear" w:color="auto" w:fill="F5FB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579A79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40CE3F12" w14:textId="77777777">
        <w:tc>
          <w:tcPr>
            <w:tcW w:w="27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B3FE2A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Autres financements</w:t>
            </w:r>
          </w:p>
        </w:tc>
        <w:tc>
          <w:tcPr>
            <w:tcW w:w="7100" w:type="dxa"/>
            <w:shd w:val="clear" w:color="auto" w:fill="F5FB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2A74C3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5FB953B5" w14:textId="77777777">
        <w:tc>
          <w:tcPr>
            <w:tcW w:w="27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567466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sz w:val="19"/>
                <w:lang w:val="fr-FR"/>
              </w:rPr>
              <w:t>Autofinancement</w:t>
            </w:r>
          </w:p>
        </w:tc>
        <w:tc>
          <w:tcPr>
            <w:tcW w:w="7100" w:type="dxa"/>
            <w:shd w:val="clear" w:color="auto" w:fill="F5FB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BC453E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</w:tbl>
    <w:p w14:paraId="63CD2E14" w14:textId="77777777" w:rsidR="0084307A" w:rsidRPr="009769C0" w:rsidRDefault="0084307A">
      <w:pPr>
        <w:spacing w:after="0"/>
        <w:rPr>
          <w:lang w:val="fr-FR"/>
        </w:rPr>
      </w:pPr>
    </w:p>
    <w:p w14:paraId="516DA19C" w14:textId="77777777" w:rsidR="0084307A" w:rsidRPr="009769C0" w:rsidRDefault="00C2275B">
      <w:pPr>
        <w:pStyle w:val="Smallnote"/>
        <w:rPr>
          <w:lang w:val="fr-FR"/>
        </w:rPr>
      </w:pPr>
      <w:r w:rsidRPr="009769C0">
        <w:rPr>
          <w:rFonts w:ascii="Calibri" w:hAnsi="Calibri"/>
          <w:i/>
          <w:lang w:val="fr-FR"/>
        </w:rPr>
        <w:t>Les montants doivent correspondre à la feuille « Synthèse » du classeur. L’information collective est plafonnée à 5 % du coût total éligible et les frais indirects à 15 % des coûts directs de personnel.</w:t>
      </w: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00"/>
      </w:tblGrid>
      <w:tr w:rsidR="0084307A" w:rsidRPr="009769C0" w14:paraId="59960311" w14:textId="77777777">
        <w:tc>
          <w:tcPr>
            <w:tcW w:w="9800" w:type="dxa"/>
            <w:shd w:val="clear" w:color="auto" w:fill="EEF1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DDD089" w14:textId="77777777" w:rsidR="0084307A" w:rsidRPr="009769C0" w:rsidRDefault="00C2275B">
            <w:pPr>
              <w:spacing w:after="0"/>
              <w:rPr>
                <w:lang w:val="fr-FR"/>
              </w:rPr>
            </w:pPr>
            <w:proofErr w:type="spellStart"/>
            <w:r w:rsidRPr="009769C0">
              <w:rPr>
                <w:b/>
                <w:sz w:val="19"/>
                <w:lang w:val="fr-FR"/>
              </w:rPr>
              <w:t>Cofinanceurs</w:t>
            </w:r>
            <w:proofErr w:type="spellEnd"/>
            <w:r w:rsidRPr="009769C0">
              <w:rPr>
                <w:b/>
                <w:sz w:val="19"/>
                <w:lang w:val="fr-FR"/>
              </w:rPr>
              <w:t xml:space="preserve"> sollicités et état des démarches</w:t>
            </w:r>
          </w:p>
        </w:tc>
      </w:tr>
      <w:tr w:rsidR="0084307A" w:rsidRPr="009769C0" w14:paraId="41DE17C6" w14:textId="77777777">
        <w:tc>
          <w:tcPr>
            <w:tcW w:w="98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008135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0D69CCE3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2EE5D30B" w14:textId="77777777" w:rsidR="0084307A" w:rsidRPr="009769C0" w:rsidRDefault="00C2275B">
            <w:pPr>
              <w:spacing w:after="10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</w:tbl>
    <w:p w14:paraId="0042EB6A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00"/>
      </w:tblGrid>
      <w:tr w:rsidR="0084307A" w:rsidRPr="009769C0" w14:paraId="21523507" w14:textId="77777777">
        <w:tc>
          <w:tcPr>
            <w:tcW w:w="9800" w:type="dxa"/>
            <w:shd w:val="clear" w:color="auto" w:fill="237A5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4DE4E0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color w:val="FFFFFF"/>
                <w:sz w:val="23"/>
                <w:lang w:val="fr-FR"/>
              </w:rPr>
              <w:t>9. PIÈCES JOINTES</w:t>
            </w:r>
          </w:p>
        </w:tc>
      </w:tr>
    </w:tbl>
    <w:p w14:paraId="69C912A0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6100"/>
        <w:gridCol w:w="2600"/>
        <w:gridCol w:w="1100"/>
      </w:tblGrid>
      <w:tr w:rsidR="0084307A" w:rsidRPr="009769C0" w14:paraId="0D9CDA7F" w14:textId="77777777">
        <w:trPr>
          <w:tblHeader/>
        </w:trPr>
        <w:tc>
          <w:tcPr>
            <w:tcW w:w="61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DC7018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Pièce</w:t>
            </w:r>
          </w:p>
        </w:tc>
        <w:tc>
          <w:tcPr>
            <w:tcW w:w="26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C53F1B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Applicabilité</w:t>
            </w:r>
          </w:p>
        </w:tc>
        <w:tc>
          <w:tcPr>
            <w:tcW w:w="1100" w:type="dxa"/>
            <w:shd w:val="clear" w:color="auto" w:fill="009B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12C85A" w14:textId="77777777" w:rsidR="0084307A" w:rsidRPr="009769C0" w:rsidRDefault="00C2275B">
            <w:pPr>
              <w:spacing w:after="0"/>
              <w:jc w:val="center"/>
              <w:rPr>
                <w:lang w:val="fr-FR"/>
              </w:rPr>
            </w:pPr>
            <w:r w:rsidRPr="009769C0">
              <w:rPr>
                <w:b/>
                <w:color w:val="FFFFFF"/>
                <w:sz w:val="19"/>
                <w:lang w:val="fr-FR"/>
              </w:rPr>
              <w:t>Jointe</w:t>
            </w:r>
          </w:p>
        </w:tc>
      </w:tr>
      <w:tr w:rsidR="0084307A" w:rsidRPr="009769C0" w14:paraId="6154930F" w14:textId="77777777">
        <w:tc>
          <w:tcPr>
            <w:tcW w:w="6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76FDA5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Formulaire unique complété et signé</w:t>
            </w:r>
          </w:p>
        </w:tc>
        <w:tc>
          <w:tcPr>
            <w:tcW w:w="2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ED9608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Obligatoire</w:t>
            </w:r>
          </w:p>
        </w:tc>
        <w:tc>
          <w:tcPr>
            <w:tcW w:w="1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A18ABF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[ ]</w:t>
            </w:r>
          </w:p>
        </w:tc>
      </w:tr>
      <w:tr w:rsidR="0084307A" w:rsidRPr="009769C0" w14:paraId="429FABD4" w14:textId="77777777">
        <w:tc>
          <w:tcPr>
            <w:tcW w:w="6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9A7FD8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Classeur « Budget, actions et indicateurs »</w:t>
            </w:r>
          </w:p>
        </w:tc>
        <w:tc>
          <w:tcPr>
            <w:tcW w:w="2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272955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Obligatoire</w:t>
            </w:r>
          </w:p>
        </w:tc>
        <w:tc>
          <w:tcPr>
            <w:tcW w:w="1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696DA2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[ ]</w:t>
            </w:r>
          </w:p>
        </w:tc>
      </w:tr>
      <w:tr w:rsidR="0084307A" w:rsidRPr="009769C0" w14:paraId="24D592F1" w14:textId="77777777">
        <w:tc>
          <w:tcPr>
            <w:tcW w:w="6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8FC4E7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Justificatifs des dépenses prévisionnelles</w:t>
            </w:r>
          </w:p>
        </w:tc>
        <w:tc>
          <w:tcPr>
            <w:tcW w:w="2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818012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Obligatoire</w:t>
            </w:r>
          </w:p>
        </w:tc>
        <w:tc>
          <w:tcPr>
            <w:tcW w:w="1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1B2E8C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[ ]</w:t>
            </w:r>
          </w:p>
        </w:tc>
      </w:tr>
      <w:tr w:rsidR="0084307A" w:rsidRPr="009769C0" w14:paraId="6E751A6C" w14:textId="77777777">
        <w:tc>
          <w:tcPr>
            <w:tcW w:w="6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72F87A" w14:textId="03E7CCF7" w:rsidR="0084307A" w:rsidRPr="009769C0" w:rsidRDefault="00D379F9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Trame de compte rendu d’accompagnement individuel</w:t>
            </w:r>
          </w:p>
        </w:tc>
        <w:tc>
          <w:tcPr>
            <w:tcW w:w="2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B31A64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Obligatoire</w:t>
            </w:r>
          </w:p>
        </w:tc>
        <w:tc>
          <w:tcPr>
            <w:tcW w:w="1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083F68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[ ]</w:t>
            </w:r>
          </w:p>
        </w:tc>
      </w:tr>
      <w:tr w:rsidR="0084307A" w:rsidRPr="009769C0" w14:paraId="4F3B2B15" w14:textId="77777777">
        <w:tc>
          <w:tcPr>
            <w:tcW w:w="6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83906F" w14:textId="31AB1C88" w:rsidR="0084307A" w:rsidRPr="009769C0" w:rsidRDefault="00D379F9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Trame de compte rendu de visite</w:t>
            </w:r>
          </w:p>
        </w:tc>
        <w:tc>
          <w:tcPr>
            <w:tcW w:w="2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48ABCB" w14:textId="2F067792" w:rsidR="0084307A" w:rsidRPr="009769C0" w:rsidRDefault="00D379F9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Si des visites de terrain sont prévues</w:t>
            </w:r>
          </w:p>
        </w:tc>
        <w:tc>
          <w:tcPr>
            <w:tcW w:w="1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F370CD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[ ]</w:t>
            </w:r>
          </w:p>
        </w:tc>
      </w:tr>
      <w:tr w:rsidR="0084307A" w:rsidRPr="009769C0" w14:paraId="129ED5A0" w14:textId="77777777">
        <w:tc>
          <w:tcPr>
            <w:tcW w:w="6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F0B0D4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Éléments de mobilisation du public cible</w:t>
            </w:r>
          </w:p>
        </w:tc>
        <w:tc>
          <w:tcPr>
            <w:tcW w:w="2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BC7395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Obligatoire</w:t>
            </w:r>
          </w:p>
        </w:tc>
        <w:tc>
          <w:tcPr>
            <w:tcW w:w="1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AAE84F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[ ]</w:t>
            </w:r>
          </w:p>
        </w:tc>
      </w:tr>
      <w:tr w:rsidR="0084307A" w:rsidRPr="009769C0" w14:paraId="7F979347" w14:textId="77777777">
        <w:tc>
          <w:tcPr>
            <w:tcW w:w="6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761411" w14:textId="2E6D2118" w:rsidR="0084307A" w:rsidRPr="009769C0" w:rsidRDefault="009769C0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Fiche(s) d’engagement partenaire</w:t>
            </w:r>
          </w:p>
        </w:tc>
        <w:tc>
          <w:tcPr>
            <w:tcW w:w="2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ECD22D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Si partenariat</w:t>
            </w:r>
          </w:p>
        </w:tc>
        <w:tc>
          <w:tcPr>
            <w:tcW w:w="1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47E7E2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[ ]</w:t>
            </w:r>
          </w:p>
        </w:tc>
      </w:tr>
      <w:tr w:rsidR="009769C0" w:rsidRPr="009769C0" w14:paraId="75214A85" w14:textId="77777777">
        <w:tc>
          <w:tcPr>
            <w:tcW w:w="6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2938DC" w14:textId="0FEF8892" w:rsidR="009769C0" w:rsidRPr="009769C0" w:rsidRDefault="009769C0">
            <w:pPr>
              <w:spacing w:after="20"/>
              <w:rPr>
                <w:sz w:val="17"/>
                <w:lang w:val="fr-FR"/>
              </w:rPr>
            </w:pPr>
            <w:r w:rsidRPr="009769C0">
              <w:rPr>
                <w:sz w:val="17"/>
                <w:lang w:val="fr-FR"/>
              </w:rPr>
              <w:t>Convention de partenariat</w:t>
            </w:r>
          </w:p>
        </w:tc>
        <w:tc>
          <w:tcPr>
            <w:tcW w:w="2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771FCC" w14:textId="6EA0ADA3" w:rsidR="009769C0" w:rsidRPr="009769C0" w:rsidRDefault="009769C0">
            <w:pPr>
              <w:spacing w:after="20"/>
              <w:rPr>
                <w:sz w:val="17"/>
                <w:lang w:val="fr-FR"/>
              </w:rPr>
            </w:pPr>
            <w:r w:rsidRPr="009769C0">
              <w:rPr>
                <w:sz w:val="17"/>
                <w:lang w:val="fr-FR"/>
              </w:rPr>
              <w:t>Le cas échéant</w:t>
            </w:r>
          </w:p>
        </w:tc>
        <w:tc>
          <w:tcPr>
            <w:tcW w:w="1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0BA0B6" w14:textId="6C017122" w:rsidR="009769C0" w:rsidRPr="009769C0" w:rsidRDefault="009769C0">
            <w:pPr>
              <w:spacing w:after="20"/>
              <w:rPr>
                <w:sz w:val="17"/>
                <w:lang w:val="fr-FR"/>
              </w:rPr>
            </w:pPr>
            <w:r w:rsidRPr="009769C0">
              <w:rPr>
                <w:sz w:val="17"/>
                <w:lang w:val="fr-FR"/>
              </w:rPr>
              <w:t>[ ]</w:t>
            </w:r>
          </w:p>
        </w:tc>
      </w:tr>
      <w:tr w:rsidR="0084307A" w:rsidRPr="009769C0" w14:paraId="4148C218" w14:textId="77777777">
        <w:tc>
          <w:tcPr>
            <w:tcW w:w="6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FA0440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Attestation TVA et justification des frais indirects</w:t>
            </w:r>
          </w:p>
        </w:tc>
        <w:tc>
          <w:tcPr>
            <w:tcW w:w="2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81F606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Selon le budget</w:t>
            </w:r>
          </w:p>
        </w:tc>
        <w:tc>
          <w:tcPr>
            <w:tcW w:w="1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C817E0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[ ]</w:t>
            </w:r>
          </w:p>
        </w:tc>
      </w:tr>
      <w:tr w:rsidR="0084307A" w:rsidRPr="009769C0" w14:paraId="524FFD4E" w14:textId="77777777">
        <w:tc>
          <w:tcPr>
            <w:tcW w:w="6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4AE4C4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Pièces administratives demandées dans SAFRAN</w:t>
            </w:r>
          </w:p>
        </w:tc>
        <w:tc>
          <w:tcPr>
            <w:tcW w:w="2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370913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Si non disponibles ou expirées</w:t>
            </w:r>
          </w:p>
        </w:tc>
        <w:tc>
          <w:tcPr>
            <w:tcW w:w="11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3D786" w14:textId="77777777" w:rsidR="0084307A" w:rsidRPr="009769C0" w:rsidRDefault="00C2275B">
            <w:pPr>
              <w:spacing w:after="20"/>
              <w:rPr>
                <w:lang w:val="fr-FR"/>
              </w:rPr>
            </w:pPr>
            <w:r w:rsidRPr="009769C0">
              <w:rPr>
                <w:sz w:val="17"/>
                <w:lang w:val="fr-FR"/>
              </w:rPr>
              <w:t>[ ]</w:t>
            </w:r>
          </w:p>
        </w:tc>
      </w:tr>
    </w:tbl>
    <w:p w14:paraId="61B57A11" w14:textId="77777777" w:rsidR="0084307A" w:rsidRPr="009769C0" w:rsidRDefault="0084307A">
      <w:pPr>
        <w:spacing w:after="0"/>
        <w:rPr>
          <w:lang w:val="fr-FR"/>
        </w:rPr>
      </w:pP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00"/>
      </w:tblGrid>
      <w:tr w:rsidR="0084307A" w:rsidRPr="009769C0" w14:paraId="74354225" w14:textId="77777777">
        <w:tc>
          <w:tcPr>
            <w:tcW w:w="9800" w:type="dxa"/>
            <w:shd w:val="clear" w:color="auto" w:fill="237A5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18CB20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color w:val="FFFFFF"/>
                <w:sz w:val="23"/>
                <w:lang w:val="fr-FR"/>
              </w:rPr>
              <w:t>10. ENGAGEMENTS DU DEMANDEUR</w:t>
            </w:r>
          </w:p>
        </w:tc>
      </w:tr>
    </w:tbl>
    <w:p w14:paraId="3A377622" w14:textId="77777777" w:rsidR="0084307A" w:rsidRPr="009769C0" w:rsidRDefault="0084307A">
      <w:pPr>
        <w:spacing w:after="0"/>
        <w:rPr>
          <w:lang w:val="fr-FR"/>
        </w:rPr>
      </w:pPr>
    </w:p>
    <w:p w14:paraId="7CBBD761" w14:textId="77777777" w:rsidR="0084307A" w:rsidRPr="009769C0" w:rsidRDefault="00C2275B">
      <w:pPr>
        <w:rPr>
          <w:lang w:val="fr-FR"/>
        </w:rPr>
      </w:pPr>
      <w:r w:rsidRPr="009769C0">
        <w:rPr>
          <w:lang w:val="fr-FR"/>
        </w:rPr>
        <w:t>Le représentant légal certifie :</w:t>
      </w:r>
    </w:p>
    <w:p w14:paraId="4D42AD0F" w14:textId="77777777" w:rsidR="0084307A" w:rsidRPr="009769C0" w:rsidRDefault="00C2275B" w:rsidP="00D379F9">
      <w:pPr>
        <w:numPr>
          <w:ilvl w:val="0"/>
          <w:numId w:val="1"/>
        </w:numPr>
        <w:rPr>
          <w:lang w:val="fr-FR"/>
        </w:rPr>
      </w:pPr>
      <w:proofErr w:type="gramStart"/>
      <w:r w:rsidRPr="009769C0">
        <w:rPr>
          <w:sz w:val="22"/>
          <w:lang w:val="fr-FR"/>
        </w:rPr>
        <w:t>l’exactitude</w:t>
      </w:r>
      <w:proofErr w:type="gramEnd"/>
      <w:r w:rsidRPr="009769C0">
        <w:rPr>
          <w:sz w:val="22"/>
          <w:lang w:val="fr-FR"/>
        </w:rPr>
        <w:t xml:space="preserve"> des informations et pièces transmises ;</w:t>
      </w:r>
    </w:p>
    <w:p w14:paraId="11F5E601" w14:textId="77777777" w:rsidR="0084307A" w:rsidRPr="009769C0" w:rsidRDefault="00C2275B">
      <w:pPr>
        <w:numPr>
          <w:ilvl w:val="0"/>
          <w:numId w:val="1"/>
        </w:numPr>
        <w:rPr>
          <w:lang w:val="fr-FR"/>
        </w:rPr>
      </w:pPr>
      <w:proofErr w:type="gramStart"/>
      <w:r w:rsidRPr="009769C0">
        <w:rPr>
          <w:sz w:val="22"/>
          <w:lang w:val="fr-FR"/>
        </w:rPr>
        <w:t>que</w:t>
      </w:r>
      <w:proofErr w:type="gramEnd"/>
      <w:r w:rsidRPr="009769C0">
        <w:rPr>
          <w:sz w:val="22"/>
          <w:lang w:val="fr-FR"/>
        </w:rPr>
        <w:t xml:space="preserve"> le projet n’a pas commencé avant le dépôt dans SAFRAN ;</w:t>
      </w:r>
    </w:p>
    <w:p w14:paraId="218567C4" w14:textId="77777777" w:rsidR="0084307A" w:rsidRPr="009769C0" w:rsidRDefault="00C2275B">
      <w:pPr>
        <w:numPr>
          <w:ilvl w:val="0"/>
          <w:numId w:val="1"/>
        </w:numPr>
        <w:rPr>
          <w:lang w:val="fr-FR"/>
        </w:rPr>
      </w:pPr>
      <w:proofErr w:type="gramStart"/>
      <w:r w:rsidRPr="009769C0">
        <w:rPr>
          <w:sz w:val="22"/>
          <w:lang w:val="fr-FR"/>
        </w:rPr>
        <w:t>l’absence</w:t>
      </w:r>
      <w:proofErr w:type="gramEnd"/>
      <w:r w:rsidRPr="009769C0">
        <w:rPr>
          <w:sz w:val="22"/>
          <w:lang w:val="fr-FR"/>
        </w:rPr>
        <w:t xml:space="preserve"> de double financement des mêmes dépenses ;</w:t>
      </w:r>
    </w:p>
    <w:p w14:paraId="15EA94E9" w14:textId="77777777" w:rsidR="0084307A" w:rsidRPr="009769C0" w:rsidRDefault="00C2275B">
      <w:pPr>
        <w:numPr>
          <w:ilvl w:val="0"/>
          <w:numId w:val="1"/>
        </w:numPr>
        <w:rPr>
          <w:lang w:val="fr-FR"/>
        </w:rPr>
      </w:pPr>
      <w:proofErr w:type="gramStart"/>
      <w:r w:rsidRPr="009769C0">
        <w:rPr>
          <w:sz w:val="22"/>
          <w:lang w:val="fr-FR"/>
        </w:rPr>
        <w:t>que</w:t>
      </w:r>
      <w:proofErr w:type="gramEnd"/>
      <w:r w:rsidRPr="009769C0">
        <w:rPr>
          <w:sz w:val="22"/>
          <w:lang w:val="fr-FR"/>
        </w:rPr>
        <w:t xml:space="preserve"> les coûts présentés correspondent à des coûts réels et justifiables ;</w:t>
      </w:r>
    </w:p>
    <w:p w14:paraId="635F65CA" w14:textId="77777777" w:rsidR="0084307A" w:rsidRPr="009769C0" w:rsidRDefault="00C2275B">
      <w:pPr>
        <w:numPr>
          <w:ilvl w:val="0"/>
          <w:numId w:val="1"/>
        </w:numPr>
        <w:rPr>
          <w:lang w:val="fr-FR"/>
        </w:rPr>
      </w:pPr>
      <w:proofErr w:type="gramStart"/>
      <w:r w:rsidRPr="009769C0">
        <w:rPr>
          <w:sz w:val="22"/>
          <w:lang w:val="fr-FR"/>
        </w:rPr>
        <w:t>la</w:t>
      </w:r>
      <w:proofErr w:type="gramEnd"/>
      <w:r w:rsidRPr="009769C0">
        <w:rPr>
          <w:sz w:val="22"/>
          <w:lang w:val="fr-FR"/>
        </w:rPr>
        <w:t xml:space="preserve"> disponibilité des pièces, la conservation des documents et l’acceptation des contrôles ;</w:t>
      </w:r>
    </w:p>
    <w:p w14:paraId="5DD0EA98" w14:textId="77777777" w:rsidR="0084307A" w:rsidRPr="009769C0" w:rsidRDefault="00C2275B">
      <w:pPr>
        <w:numPr>
          <w:ilvl w:val="0"/>
          <w:numId w:val="1"/>
        </w:numPr>
        <w:rPr>
          <w:lang w:val="fr-FR"/>
        </w:rPr>
      </w:pPr>
      <w:proofErr w:type="gramStart"/>
      <w:r w:rsidRPr="009769C0">
        <w:rPr>
          <w:sz w:val="22"/>
          <w:lang w:val="fr-FR"/>
        </w:rPr>
        <w:lastRenderedPageBreak/>
        <w:t>l’information</w:t>
      </w:r>
      <w:proofErr w:type="gramEnd"/>
      <w:r w:rsidRPr="009769C0">
        <w:rPr>
          <w:sz w:val="22"/>
          <w:lang w:val="fr-FR"/>
        </w:rPr>
        <w:t xml:space="preserve"> immédiate de la DAAF en cas de modification du projet, du budget, du calendrier ou des partenaires.</w:t>
      </w:r>
    </w:p>
    <w:tbl>
      <w:tblPr>
        <w:tblW w:w="98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900"/>
        <w:gridCol w:w="4900"/>
      </w:tblGrid>
      <w:tr w:rsidR="0084307A" w:rsidRPr="009769C0" w14:paraId="21D71C17" w14:textId="77777777">
        <w:tc>
          <w:tcPr>
            <w:tcW w:w="49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C4BEDB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color w:val="5F6B66"/>
                <w:sz w:val="18"/>
                <w:lang w:val="fr-FR"/>
              </w:rPr>
              <w:t>Nom, prénom et qualité</w:t>
            </w:r>
          </w:p>
        </w:tc>
        <w:tc>
          <w:tcPr>
            <w:tcW w:w="49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DAB824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color w:val="5F6B66"/>
                <w:sz w:val="18"/>
                <w:lang w:val="fr-FR"/>
              </w:rPr>
              <w:t>Lieu et date</w:t>
            </w:r>
          </w:p>
        </w:tc>
      </w:tr>
      <w:tr w:rsidR="0084307A" w:rsidRPr="009769C0" w14:paraId="54640F3F" w14:textId="77777777">
        <w:tc>
          <w:tcPr>
            <w:tcW w:w="49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5D5E1E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1CF094D8" w14:textId="77777777" w:rsidR="0084307A" w:rsidRPr="009769C0" w:rsidRDefault="00C2275B">
            <w:pPr>
              <w:spacing w:after="8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548AE42E" w14:textId="77777777" w:rsidR="0084307A" w:rsidRPr="009769C0" w:rsidRDefault="00C2275B">
            <w:pPr>
              <w:spacing w:after="8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49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609E03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689AC91B" w14:textId="77777777" w:rsidR="0084307A" w:rsidRPr="009769C0" w:rsidRDefault="00C2275B">
            <w:pPr>
              <w:spacing w:after="8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1521FFEE" w14:textId="77777777" w:rsidR="0084307A" w:rsidRPr="009769C0" w:rsidRDefault="00C2275B">
            <w:pPr>
              <w:spacing w:after="8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189C9705" w14:textId="77777777">
        <w:tc>
          <w:tcPr>
            <w:tcW w:w="49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A9D029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color w:val="5F6B66"/>
                <w:sz w:val="18"/>
                <w:lang w:val="fr-FR"/>
              </w:rPr>
              <w:t>Signature</w:t>
            </w:r>
          </w:p>
        </w:tc>
        <w:tc>
          <w:tcPr>
            <w:tcW w:w="49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A37A6E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color w:val="5F6B66"/>
                <w:sz w:val="18"/>
                <w:lang w:val="fr-FR"/>
              </w:rPr>
              <w:t>Cachet de la structure</w:t>
            </w:r>
          </w:p>
        </w:tc>
      </w:tr>
      <w:tr w:rsidR="0084307A" w:rsidRPr="009769C0" w14:paraId="445AE586" w14:textId="77777777">
        <w:tc>
          <w:tcPr>
            <w:tcW w:w="49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5A521D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060CFE54" w14:textId="77777777" w:rsidR="0084307A" w:rsidRPr="009769C0" w:rsidRDefault="00C2275B">
            <w:pPr>
              <w:spacing w:after="8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3B857D2F" w14:textId="77777777" w:rsidR="0084307A" w:rsidRPr="009769C0" w:rsidRDefault="00C2275B">
            <w:pPr>
              <w:spacing w:after="8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  <w:tc>
          <w:tcPr>
            <w:tcW w:w="4900" w:type="dxa"/>
            <w:shd w:val="clear" w:color="auto" w:fill="F4F9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205569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72794EBF" w14:textId="77777777" w:rsidR="0084307A" w:rsidRPr="009769C0" w:rsidRDefault="00C2275B">
            <w:pPr>
              <w:spacing w:after="8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  <w:p w14:paraId="32CED8AB" w14:textId="77777777" w:rsidR="0084307A" w:rsidRPr="009769C0" w:rsidRDefault="00C2275B">
            <w:pPr>
              <w:spacing w:after="80"/>
              <w:rPr>
                <w:lang w:val="fr-FR"/>
              </w:rPr>
            </w:pPr>
            <w:r w:rsidRPr="009769C0">
              <w:rPr>
                <w:lang w:val="fr-FR"/>
              </w:rPr>
              <w:t> </w:t>
            </w:r>
          </w:p>
        </w:tc>
      </w:tr>
      <w:tr w:rsidR="0084307A" w:rsidRPr="009769C0" w14:paraId="78C07B2B" w14:textId="77777777">
        <w:tc>
          <w:tcPr>
            <w:tcW w:w="9800" w:type="dxa"/>
            <w:gridSpan w:val="2"/>
            <w:shd w:val="clear" w:color="auto" w:fill="237A5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241181" w14:textId="77777777" w:rsidR="0084307A" w:rsidRPr="009769C0" w:rsidRDefault="00C2275B">
            <w:pPr>
              <w:spacing w:after="0"/>
              <w:rPr>
                <w:lang w:val="fr-FR"/>
              </w:rPr>
            </w:pPr>
            <w:r w:rsidRPr="009769C0">
              <w:rPr>
                <w:b/>
                <w:color w:val="FFFFFF"/>
                <w:sz w:val="23"/>
                <w:lang w:val="fr-FR"/>
              </w:rPr>
              <w:t>11. PROTECTION DES DONNÉES</w:t>
            </w:r>
          </w:p>
        </w:tc>
      </w:tr>
    </w:tbl>
    <w:p w14:paraId="0B4223D3" w14:textId="77777777" w:rsidR="0084307A" w:rsidRPr="009769C0" w:rsidRDefault="0084307A">
      <w:pPr>
        <w:spacing w:after="0"/>
        <w:rPr>
          <w:lang w:val="fr-FR"/>
        </w:rPr>
      </w:pPr>
    </w:p>
    <w:p w14:paraId="03650B3B" w14:textId="77777777" w:rsidR="0084307A" w:rsidRPr="009769C0" w:rsidRDefault="00C2275B">
      <w:pPr>
        <w:pStyle w:val="Smallnote"/>
        <w:rPr>
          <w:lang w:val="fr-FR"/>
        </w:rPr>
      </w:pPr>
      <w:r w:rsidRPr="009769C0">
        <w:rPr>
          <w:rFonts w:ascii="Calibri" w:hAnsi="Calibri"/>
          <w:lang w:val="fr-FR"/>
        </w:rPr>
        <w:t>La DAAF de la Martinique traite ces données pour instruire, gérer, contrôler et évaluer la demande au titre d’une mission d’intérêt public. L’accès est limité aux personnes et organismes habilités ; la conservation suit les durées réglementaires. Les droits d’accès, de rectification et de limitation peuvent être exercés auprès de la DAAF ou de dpo@agriculture.gouv.fr. Une réclamation peut être adressée à la CNIL.</w:t>
      </w:r>
    </w:p>
    <w:sectPr w:rsidR="0084307A" w:rsidRPr="009769C0" w:rsidSect="00034616">
      <w:headerReference w:type="default" r:id="rId9"/>
      <w:footerReference w:type="default" r:id="rId10"/>
      <w:pgSz w:w="11909" w:h="16834"/>
      <w:pgMar w:top="979" w:right="1008" w:bottom="979" w:left="1008" w:header="432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205F5" w14:textId="77777777" w:rsidR="0023062B" w:rsidRDefault="00C2275B">
      <w:pPr>
        <w:spacing w:after="0" w:line="240" w:lineRule="auto"/>
      </w:pPr>
      <w:r>
        <w:separator/>
      </w:r>
    </w:p>
  </w:endnote>
  <w:endnote w:type="continuationSeparator" w:id="0">
    <w:p w14:paraId="5614BF19" w14:textId="77777777" w:rsidR="0023062B" w:rsidRDefault="00C22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534AA" w14:textId="77777777" w:rsidR="0084307A" w:rsidRDefault="00C2275B">
    <w:pPr>
      <w:pStyle w:val="Pieddepage"/>
      <w:jc w:val="center"/>
    </w:pPr>
    <w:r>
      <w:rPr>
        <w:color w:val="5F6B66"/>
        <w:sz w:val="17"/>
      </w:rPr>
      <w:t xml:space="preserve">Formulaire unique de candidature  •  </w:t>
    </w:r>
    <w:r>
      <w:rPr>
        <w:color w:val="5F6B66"/>
        <w:sz w:val="17"/>
      </w:rPr>
      <w:fldChar w:fldCharType="begin"/>
    </w:r>
    <w:r>
      <w:rPr>
        <w:color w:val="5F6B66"/>
        <w:sz w:val="17"/>
      </w:rPr>
      <w:instrText xml:space="preserve"> PAGE </w:instrText>
    </w:r>
    <w:r>
      <w:rPr>
        <w:color w:val="5F6B66"/>
        <w:sz w:val="17"/>
      </w:rPr>
      <w:fldChar w:fldCharType="separate"/>
    </w:r>
    <w:r w:rsidR="001343C4">
      <w:rPr>
        <w:noProof/>
        <w:color w:val="5F6B66"/>
        <w:sz w:val="17"/>
      </w:rPr>
      <w:t>1</w:t>
    </w:r>
    <w:r>
      <w:rPr>
        <w:color w:val="5F6B66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3F6EC" w14:textId="77777777" w:rsidR="0023062B" w:rsidRDefault="00C2275B">
      <w:pPr>
        <w:spacing w:after="0" w:line="240" w:lineRule="auto"/>
      </w:pPr>
      <w:r>
        <w:separator/>
      </w:r>
    </w:p>
  </w:footnote>
  <w:footnote w:type="continuationSeparator" w:id="0">
    <w:p w14:paraId="3536F5F0" w14:textId="77777777" w:rsidR="0023062B" w:rsidRDefault="00C22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E6D01" w14:textId="77777777" w:rsidR="0084307A" w:rsidRDefault="00C2275B">
    <w:pPr>
      <w:pStyle w:val="En-tte"/>
      <w:jc w:val="right"/>
    </w:pPr>
    <w:r>
      <w:rPr>
        <w:b/>
        <w:color w:val="5F6B66"/>
        <w:sz w:val="17"/>
      </w:rPr>
      <w:t>DAAF Martinique  |  Animation MAEC 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0152D76"/>
    <w:multiLevelType w:val="singleLevel"/>
    <w:tmpl w:val="040C0001"/>
    <w:lvl w:ilvl="0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</w:rPr>
    </w:lvl>
  </w:abstractNum>
  <w:abstractNum w:abstractNumId="10" w15:restartNumberingAfterBreak="0">
    <w:nsid w:val="40971038"/>
    <w:multiLevelType w:val="singleLevel"/>
    <w:tmpl w:val="D96453AC"/>
    <w:lvl w:ilvl="0">
      <w:start w:val="1"/>
      <w:numFmt w:val="bullet"/>
      <w:lvlText w:val="•"/>
      <w:lvlJc w:val="left"/>
      <w:pPr>
        <w:tabs>
          <w:tab w:val="num" w:pos="540"/>
        </w:tabs>
        <w:spacing w:after="80" w:line="280" w:lineRule="auto"/>
        <w:ind w:left="540" w:hanging="260"/>
      </w:pPr>
      <w:rPr>
        <w:rFonts w:ascii="Arial" w:hAnsi="Arial"/>
      </w:rPr>
    </w:lvl>
  </w:abstractNum>
  <w:num w:numId="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43C4"/>
    <w:rsid w:val="0015074B"/>
    <w:rsid w:val="0023062B"/>
    <w:rsid w:val="0029639D"/>
    <w:rsid w:val="00326F90"/>
    <w:rsid w:val="0084307A"/>
    <w:rsid w:val="009769C0"/>
    <w:rsid w:val="00AA1D8D"/>
    <w:rsid w:val="00B47730"/>
    <w:rsid w:val="00C2275B"/>
    <w:rsid w:val="00CB0664"/>
    <w:rsid w:val="00D379F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5B478"/>
  <w14:defaultImageDpi w14:val="300"/>
  <w15:docId w15:val="{FB17EC08-478F-4891-A5D2-BEADDC531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202421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/>
      <w:b/>
      <w:bCs/>
      <w:color w:val="15513B"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/>
      <w:b/>
      <w:bCs/>
      <w:color w:val="237A57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color w:val="15513B"/>
      <w:sz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b/>
      <w:color w:val="237A57"/>
      <w:spacing w:val="5"/>
      <w:kern w:val="28"/>
      <w:sz w:val="48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keepNext/>
      <w:numPr>
        <w:ilvl w:val="1"/>
      </w:numPr>
      <w:spacing w:after="360"/>
    </w:pPr>
    <w:rPr>
      <w:rFonts w:asciiTheme="majorHAnsi" w:eastAsiaTheme="majorEastAsia" w:hAnsiTheme="majorHAnsi" w:cstheme="majorBidi"/>
      <w:i/>
      <w:iCs/>
      <w:color w:val="5F6B66"/>
      <w:spacing w:val="15"/>
      <w:sz w:val="27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spacing w:after="80" w:line="280" w:lineRule="auto"/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80" w:line="252" w:lineRule="auto"/>
    </w:pPr>
    <w:rPr>
      <w:rFonts w:ascii="Arial" w:hAnsi="Arial"/>
      <w:color w:val="5F6B66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7</Pages>
  <Words>848</Words>
  <Characters>4670</Characters>
  <Application>Microsoft Office Word</Application>
  <DocSecurity>0</DocSecurity>
  <Lines>38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MARCHAL Samuel</dc:creator>
  <cp:keywords/>
  <dc:description/>
  <cp:lastModifiedBy>MARCHAL Samuel</cp:lastModifiedBy>
  <cp:revision>4</cp:revision>
  <dcterms:created xsi:type="dcterms:W3CDTF">2013-12-23T23:15:00Z</dcterms:created>
  <dcterms:modified xsi:type="dcterms:W3CDTF">2026-08-10T19:28:00Z</dcterms:modified>
  <cp:category/>
</cp:coreProperties>
</file>