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00" w:type="dxa"/>
        <w:tblInd w:w="120" w:type="dxa"/>
        <w:tblLayout w:type="fixed"/>
        <w:tblLook w:val="04A0" w:firstRow="1" w:lastRow="0" w:firstColumn="1" w:lastColumn="0" w:noHBand="0" w:noVBand="1"/>
      </w:tblPr>
      <w:tblGrid>
        <w:gridCol w:w="2900"/>
        <w:gridCol w:w="6900"/>
      </w:tblGrid>
      <w:tr w:rsidR="00A829EF" w:rsidRPr="004D2100" w14:paraId="54F2A3DC" w14:textId="77777777">
        <w:tc>
          <w:tcPr>
            <w:tcW w:w="2900" w:type="dxa"/>
            <w:tcMar>
              <w:top w:w="0" w:type="dxa"/>
              <w:left w:w="0" w:type="dxa"/>
              <w:bottom w:w="0" w:type="dxa"/>
              <w:right w:w="0" w:type="dxa"/>
            </w:tcMar>
            <w:vAlign w:val="center"/>
          </w:tcPr>
          <w:p w14:paraId="4D0DDCE4" w14:textId="77777777" w:rsidR="00A829EF" w:rsidRPr="004D2100" w:rsidRDefault="004D2100">
            <w:pPr>
              <w:spacing w:after="0"/>
              <w:rPr>
                <w:lang w:val="fr-FR"/>
              </w:rPr>
            </w:pPr>
            <w:r w:rsidRPr="004D2100">
              <w:rPr>
                <w:noProof/>
                <w:lang w:val="fr-FR"/>
              </w:rPr>
              <w:drawing>
                <wp:inline distT="0" distB="0" distL="0" distR="0" wp14:anchorId="490EB42D" wp14:editId="542303AE">
                  <wp:extent cx="1261872" cy="1261872"/>
                  <wp:effectExtent l="0" t="0" r="0" b="0"/>
                  <wp:docPr id="1" name="Picture 1" descr="Préfet de la Marti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h-image3.png"/>
                          <pic:cNvPicPr/>
                        </pic:nvPicPr>
                        <pic:blipFill>
                          <a:blip r:embed="rId8"/>
                          <a:stretch>
                            <a:fillRect/>
                          </a:stretch>
                        </pic:blipFill>
                        <pic:spPr>
                          <a:xfrm>
                            <a:off x="0" y="0"/>
                            <a:ext cx="1261872" cy="1261872"/>
                          </a:xfrm>
                          <a:prstGeom prst="rect">
                            <a:avLst/>
                          </a:prstGeom>
                        </pic:spPr>
                      </pic:pic>
                    </a:graphicData>
                  </a:graphic>
                </wp:inline>
              </w:drawing>
            </w:r>
          </w:p>
        </w:tc>
        <w:tc>
          <w:tcPr>
            <w:tcW w:w="6900" w:type="dxa"/>
            <w:tcMar>
              <w:top w:w="0" w:type="dxa"/>
              <w:left w:w="0" w:type="dxa"/>
              <w:bottom w:w="0" w:type="dxa"/>
              <w:right w:w="0" w:type="dxa"/>
            </w:tcMar>
            <w:vAlign w:val="center"/>
          </w:tcPr>
          <w:p w14:paraId="27DFEF78" w14:textId="77777777" w:rsidR="00A829EF" w:rsidRPr="004D2100" w:rsidRDefault="004D2100">
            <w:pPr>
              <w:spacing w:after="0"/>
              <w:jc w:val="right"/>
              <w:rPr>
                <w:lang w:val="fr-FR"/>
              </w:rPr>
            </w:pPr>
            <w:r w:rsidRPr="004D2100">
              <w:rPr>
                <w:b/>
                <w:color w:val="15513B"/>
                <w:sz w:val="21"/>
                <w:lang w:val="fr-FR"/>
              </w:rPr>
              <w:t>Direction de l’Alimentation, de l’Agriculture</w:t>
            </w:r>
            <w:r w:rsidRPr="004D2100">
              <w:rPr>
                <w:b/>
                <w:color w:val="15513B"/>
                <w:sz w:val="21"/>
                <w:lang w:val="fr-FR"/>
              </w:rPr>
              <w:br/>
              <w:t>et de la Forêt de la Martinique</w:t>
            </w:r>
          </w:p>
        </w:tc>
      </w:tr>
    </w:tbl>
    <w:p w14:paraId="7B8523E2" w14:textId="77777777" w:rsidR="00A829EF" w:rsidRPr="004D2100" w:rsidRDefault="004D2100">
      <w:pPr>
        <w:spacing w:before="480" w:after="80"/>
        <w:jc w:val="center"/>
        <w:rPr>
          <w:lang w:val="fr-FR"/>
        </w:rPr>
      </w:pPr>
      <w:r w:rsidRPr="004D2100">
        <w:rPr>
          <w:b/>
          <w:color w:val="5F6B66"/>
          <w:sz w:val="22"/>
          <w:lang w:val="fr-FR"/>
        </w:rPr>
        <w:t>À JOINDRE UNIQUEMENT EN CAS DE PARTENARIAT</w:t>
      </w:r>
    </w:p>
    <w:p w14:paraId="3DBE83B2" w14:textId="77777777" w:rsidR="00A829EF" w:rsidRPr="004D2100" w:rsidRDefault="004D2100">
      <w:pPr>
        <w:pStyle w:val="Titre"/>
        <w:spacing w:before="240" w:after="120"/>
        <w:jc w:val="center"/>
        <w:rPr>
          <w:lang w:val="fr-FR"/>
        </w:rPr>
      </w:pPr>
      <w:r w:rsidRPr="004D2100">
        <w:rPr>
          <w:rFonts w:ascii="Calibri" w:hAnsi="Calibri"/>
          <w:lang w:val="fr-FR"/>
        </w:rPr>
        <w:t>Fiche d’engagement partenaire</w:t>
      </w:r>
    </w:p>
    <w:p w14:paraId="50CF2166" w14:textId="77777777" w:rsidR="00A829EF" w:rsidRPr="004D2100" w:rsidRDefault="004D2100">
      <w:pPr>
        <w:pStyle w:val="Sous-titre"/>
        <w:jc w:val="center"/>
        <w:rPr>
          <w:lang w:val="fr-FR"/>
        </w:rPr>
      </w:pPr>
      <w:r w:rsidRPr="004D2100">
        <w:rPr>
          <w:rFonts w:ascii="Calibri" w:hAnsi="Calibri"/>
          <w:lang w:val="fr-FR"/>
        </w:rPr>
        <w:t>Appel à projets 2026 – Animation MAEC 2027</w:t>
      </w:r>
    </w:p>
    <w:tbl>
      <w:tblPr>
        <w:tblW w:w="9800" w:type="dxa"/>
        <w:tblInd w:w="120" w:type="dxa"/>
        <w:tblLayout w:type="fixed"/>
        <w:tblLook w:val="04A0" w:firstRow="1" w:lastRow="0" w:firstColumn="1" w:lastColumn="0" w:noHBand="0" w:noVBand="1"/>
      </w:tblPr>
      <w:tblGrid>
        <w:gridCol w:w="9800"/>
      </w:tblGrid>
      <w:tr w:rsidR="00A829EF" w:rsidRPr="004D2100" w14:paraId="4218E1AA" w14:textId="77777777">
        <w:tc>
          <w:tcPr>
            <w:tcW w:w="9800" w:type="dxa"/>
            <w:shd w:val="clear" w:color="auto" w:fill="EAF6EF"/>
            <w:tcMar>
              <w:top w:w="90" w:type="dxa"/>
              <w:left w:w="120" w:type="dxa"/>
              <w:bottom w:w="90" w:type="dxa"/>
              <w:right w:w="120" w:type="dxa"/>
            </w:tcMar>
            <w:vAlign w:val="center"/>
          </w:tcPr>
          <w:p w14:paraId="354128D0" w14:textId="77777777" w:rsidR="00A829EF" w:rsidRPr="004D2100" w:rsidRDefault="004D2100">
            <w:pPr>
              <w:spacing w:after="60"/>
              <w:rPr>
                <w:lang w:val="fr-FR"/>
              </w:rPr>
            </w:pPr>
            <w:r w:rsidRPr="004D2100">
              <w:rPr>
                <w:b/>
                <w:color w:val="15513B"/>
                <w:sz w:val="21"/>
                <w:lang w:val="fr-FR"/>
              </w:rPr>
              <w:t>Une fiche par partenaire</w:t>
            </w:r>
          </w:p>
          <w:p w14:paraId="1FC7767A" w14:textId="60DFA15B" w:rsidR="00A829EF" w:rsidRPr="004D2100" w:rsidRDefault="00246FD7">
            <w:pPr>
              <w:spacing w:after="0"/>
              <w:rPr>
                <w:lang w:val="fr-FR"/>
              </w:rPr>
            </w:pPr>
            <w:r w:rsidRPr="004D2100">
              <w:rPr>
                <w:lang w:val="fr-FR"/>
              </w:rPr>
              <w:t>Cette fiche précise le rôle, les moyens et les engagements du partenaire. Une structure partenaire supportant ses propres dépenses dépose une demande d’aide distincte. Les dépenses du partenaire ne peuvent pas être intégrées dans le dossier du porteur.</w:t>
            </w:r>
          </w:p>
        </w:tc>
      </w:tr>
    </w:tbl>
    <w:p w14:paraId="4F960B34" w14:textId="77777777"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9800"/>
      </w:tblGrid>
      <w:tr w:rsidR="00A829EF" w:rsidRPr="004D2100" w14:paraId="7841C1DF" w14:textId="77777777">
        <w:tc>
          <w:tcPr>
            <w:tcW w:w="9800" w:type="dxa"/>
            <w:shd w:val="clear" w:color="auto" w:fill="237A57"/>
            <w:tcMar>
              <w:top w:w="90" w:type="dxa"/>
              <w:left w:w="120" w:type="dxa"/>
              <w:bottom w:w="90" w:type="dxa"/>
              <w:right w:w="120" w:type="dxa"/>
            </w:tcMar>
            <w:vAlign w:val="center"/>
          </w:tcPr>
          <w:p w14:paraId="4A389891" w14:textId="77777777" w:rsidR="00A829EF" w:rsidRPr="004D2100" w:rsidRDefault="004D2100">
            <w:pPr>
              <w:spacing w:after="0"/>
              <w:rPr>
                <w:lang w:val="fr-FR"/>
              </w:rPr>
            </w:pPr>
            <w:r w:rsidRPr="004D2100">
              <w:rPr>
                <w:b/>
                <w:color w:val="FFFFFF"/>
                <w:sz w:val="23"/>
                <w:lang w:val="fr-FR"/>
              </w:rPr>
              <w:t>1. PROJET</w:t>
            </w:r>
          </w:p>
        </w:tc>
      </w:tr>
    </w:tbl>
    <w:p w14:paraId="0DB787FE" w14:textId="77777777"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2700"/>
        <w:gridCol w:w="7100"/>
      </w:tblGrid>
      <w:tr w:rsidR="00A829EF" w:rsidRPr="004D2100" w14:paraId="4C9DEC11" w14:textId="77777777">
        <w:tc>
          <w:tcPr>
            <w:tcW w:w="2700" w:type="dxa"/>
            <w:shd w:val="clear" w:color="auto" w:fill="EEF1F2"/>
            <w:tcMar>
              <w:top w:w="90" w:type="dxa"/>
              <w:left w:w="120" w:type="dxa"/>
              <w:bottom w:w="90" w:type="dxa"/>
              <w:right w:w="120" w:type="dxa"/>
            </w:tcMar>
            <w:vAlign w:val="center"/>
          </w:tcPr>
          <w:p w14:paraId="54E8D80A" w14:textId="77777777" w:rsidR="00A829EF" w:rsidRPr="004D2100" w:rsidRDefault="004D2100">
            <w:pPr>
              <w:spacing w:after="0"/>
              <w:rPr>
                <w:lang w:val="fr-FR"/>
              </w:rPr>
            </w:pPr>
            <w:r w:rsidRPr="004D2100">
              <w:rPr>
                <w:b/>
                <w:sz w:val="19"/>
                <w:lang w:val="fr-FR"/>
              </w:rPr>
              <w:t>Intitulé</w:t>
            </w:r>
          </w:p>
        </w:tc>
        <w:tc>
          <w:tcPr>
            <w:tcW w:w="7100" w:type="dxa"/>
            <w:shd w:val="clear" w:color="auto" w:fill="F5FBF7"/>
            <w:tcMar>
              <w:top w:w="90" w:type="dxa"/>
              <w:left w:w="120" w:type="dxa"/>
              <w:bottom w:w="90" w:type="dxa"/>
              <w:right w:w="120" w:type="dxa"/>
            </w:tcMar>
            <w:vAlign w:val="center"/>
          </w:tcPr>
          <w:p w14:paraId="03B4DD64" w14:textId="77777777" w:rsidR="00A829EF" w:rsidRPr="004D2100" w:rsidRDefault="004D2100">
            <w:pPr>
              <w:spacing w:after="0"/>
              <w:rPr>
                <w:lang w:val="fr-FR"/>
              </w:rPr>
            </w:pPr>
            <w:r w:rsidRPr="004D2100">
              <w:rPr>
                <w:lang w:val="fr-FR"/>
              </w:rPr>
              <w:t> </w:t>
            </w:r>
          </w:p>
        </w:tc>
      </w:tr>
      <w:tr w:rsidR="00A829EF" w:rsidRPr="004D2100" w14:paraId="48C0C527" w14:textId="77777777">
        <w:tc>
          <w:tcPr>
            <w:tcW w:w="2700" w:type="dxa"/>
            <w:shd w:val="clear" w:color="auto" w:fill="EEF1F2"/>
            <w:tcMar>
              <w:top w:w="90" w:type="dxa"/>
              <w:left w:w="120" w:type="dxa"/>
              <w:bottom w:w="90" w:type="dxa"/>
              <w:right w:w="120" w:type="dxa"/>
            </w:tcMar>
            <w:vAlign w:val="center"/>
          </w:tcPr>
          <w:p w14:paraId="61761E7E" w14:textId="77777777" w:rsidR="00A829EF" w:rsidRPr="004D2100" w:rsidRDefault="004D2100">
            <w:pPr>
              <w:spacing w:after="0"/>
              <w:rPr>
                <w:lang w:val="fr-FR"/>
              </w:rPr>
            </w:pPr>
            <w:r w:rsidRPr="004D2100">
              <w:rPr>
                <w:b/>
                <w:sz w:val="19"/>
                <w:lang w:val="fr-FR"/>
              </w:rPr>
              <w:t>Porteur</w:t>
            </w:r>
          </w:p>
        </w:tc>
        <w:tc>
          <w:tcPr>
            <w:tcW w:w="7100" w:type="dxa"/>
            <w:shd w:val="clear" w:color="auto" w:fill="F5FBF7"/>
            <w:tcMar>
              <w:top w:w="90" w:type="dxa"/>
              <w:left w:w="120" w:type="dxa"/>
              <w:bottom w:w="90" w:type="dxa"/>
              <w:right w:w="120" w:type="dxa"/>
            </w:tcMar>
            <w:vAlign w:val="center"/>
          </w:tcPr>
          <w:p w14:paraId="0B7CAB35" w14:textId="77777777" w:rsidR="00A829EF" w:rsidRPr="004D2100" w:rsidRDefault="004D2100">
            <w:pPr>
              <w:spacing w:after="0"/>
              <w:rPr>
                <w:lang w:val="fr-FR"/>
              </w:rPr>
            </w:pPr>
            <w:r w:rsidRPr="004D2100">
              <w:rPr>
                <w:lang w:val="fr-FR"/>
              </w:rPr>
              <w:t> </w:t>
            </w:r>
          </w:p>
        </w:tc>
      </w:tr>
      <w:tr w:rsidR="00A829EF" w:rsidRPr="004D2100" w14:paraId="30A61A1B" w14:textId="77777777">
        <w:tc>
          <w:tcPr>
            <w:tcW w:w="2700" w:type="dxa"/>
            <w:shd w:val="clear" w:color="auto" w:fill="EEF1F2"/>
            <w:tcMar>
              <w:top w:w="90" w:type="dxa"/>
              <w:left w:w="120" w:type="dxa"/>
              <w:bottom w:w="90" w:type="dxa"/>
              <w:right w:w="120" w:type="dxa"/>
            </w:tcMar>
            <w:vAlign w:val="center"/>
          </w:tcPr>
          <w:p w14:paraId="26584C26" w14:textId="77777777" w:rsidR="00A829EF" w:rsidRPr="004D2100" w:rsidRDefault="004D2100">
            <w:pPr>
              <w:spacing w:after="0"/>
              <w:rPr>
                <w:lang w:val="fr-FR"/>
              </w:rPr>
            </w:pPr>
            <w:r w:rsidRPr="004D2100">
              <w:rPr>
                <w:b/>
                <w:sz w:val="19"/>
                <w:lang w:val="fr-FR"/>
              </w:rPr>
              <w:t>N° SAFRAN</w:t>
            </w:r>
          </w:p>
        </w:tc>
        <w:tc>
          <w:tcPr>
            <w:tcW w:w="7100" w:type="dxa"/>
            <w:shd w:val="clear" w:color="auto" w:fill="F5FBF7"/>
            <w:tcMar>
              <w:top w:w="90" w:type="dxa"/>
              <w:left w:w="120" w:type="dxa"/>
              <w:bottom w:w="90" w:type="dxa"/>
              <w:right w:w="120" w:type="dxa"/>
            </w:tcMar>
            <w:vAlign w:val="center"/>
          </w:tcPr>
          <w:p w14:paraId="246E259F" w14:textId="77777777" w:rsidR="00A829EF" w:rsidRPr="004D2100" w:rsidRDefault="004D2100">
            <w:pPr>
              <w:spacing w:after="0"/>
              <w:rPr>
                <w:lang w:val="fr-FR"/>
              </w:rPr>
            </w:pPr>
            <w:r w:rsidRPr="004D2100">
              <w:rPr>
                <w:lang w:val="fr-FR"/>
              </w:rPr>
              <w:t> </w:t>
            </w:r>
          </w:p>
        </w:tc>
      </w:tr>
    </w:tbl>
    <w:p w14:paraId="6F445360" w14:textId="77777777"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9800"/>
      </w:tblGrid>
      <w:tr w:rsidR="00A829EF" w:rsidRPr="004D2100" w14:paraId="3C5F5884" w14:textId="77777777">
        <w:tc>
          <w:tcPr>
            <w:tcW w:w="9800" w:type="dxa"/>
            <w:shd w:val="clear" w:color="auto" w:fill="237A57"/>
            <w:tcMar>
              <w:top w:w="90" w:type="dxa"/>
              <w:left w:w="120" w:type="dxa"/>
              <w:bottom w:w="90" w:type="dxa"/>
              <w:right w:w="120" w:type="dxa"/>
            </w:tcMar>
            <w:vAlign w:val="center"/>
          </w:tcPr>
          <w:p w14:paraId="2B3F745A" w14:textId="77777777" w:rsidR="00A829EF" w:rsidRPr="004D2100" w:rsidRDefault="004D2100">
            <w:pPr>
              <w:spacing w:after="0"/>
              <w:rPr>
                <w:lang w:val="fr-FR"/>
              </w:rPr>
            </w:pPr>
            <w:r w:rsidRPr="004D2100">
              <w:rPr>
                <w:b/>
                <w:color w:val="FFFFFF"/>
                <w:sz w:val="23"/>
                <w:lang w:val="fr-FR"/>
              </w:rPr>
              <w:t>2. PARTENAIRE</w:t>
            </w:r>
          </w:p>
        </w:tc>
      </w:tr>
    </w:tbl>
    <w:p w14:paraId="30D3A628" w14:textId="77777777"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2700"/>
        <w:gridCol w:w="7100"/>
      </w:tblGrid>
      <w:tr w:rsidR="00A829EF" w:rsidRPr="004D2100" w14:paraId="00F68607" w14:textId="77777777">
        <w:tc>
          <w:tcPr>
            <w:tcW w:w="2700" w:type="dxa"/>
            <w:shd w:val="clear" w:color="auto" w:fill="EEF1F2"/>
            <w:tcMar>
              <w:top w:w="90" w:type="dxa"/>
              <w:left w:w="120" w:type="dxa"/>
              <w:bottom w:w="90" w:type="dxa"/>
              <w:right w:w="120" w:type="dxa"/>
            </w:tcMar>
            <w:vAlign w:val="center"/>
          </w:tcPr>
          <w:p w14:paraId="429A1D14" w14:textId="77777777" w:rsidR="00A829EF" w:rsidRPr="004D2100" w:rsidRDefault="004D2100">
            <w:pPr>
              <w:spacing w:after="0"/>
              <w:rPr>
                <w:lang w:val="fr-FR"/>
              </w:rPr>
            </w:pPr>
            <w:r w:rsidRPr="004D2100">
              <w:rPr>
                <w:b/>
                <w:sz w:val="19"/>
                <w:lang w:val="fr-FR"/>
              </w:rPr>
              <w:t xml:space="preserve">Raison </w:t>
            </w:r>
            <w:r w:rsidRPr="004D2100">
              <w:rPr>
                <w:b/>
                <w:sz w:val="19"/>
                <w:lang w:val="fr-FR"/>
              </w:rPr>
              <w:t>sociale</w:t>
            </w:r>
          </w:p>
        </w:tc>
        <w:tc>
          <w:tcPr>
            <w:tcW w:w="7100" w:type="dxa"/>
            <w:shd w:val="clear" w:color="auto" w:fill="F5FBF7"/>
            <w:tcMar>
              <w:top w:w="90" w:type="dxa"/>
              <w:left w:w="120" w:type="dxa"/>
              <w:bottom w:w="90" w:type="dxa"/>
              <w:right w:w="120" w:type="dxa"/>
            </w:tcMar>
            <w:vAlign w:val="center"/>
          </w:tcPr>
          <w:p w14:paraId="2D5A6C39" w14:textId="77777777" w:rsidR="00A829EF" w:rsidRPr="004D2100" w:rsidRDefault="004D2100">
            <w:pPr>
              <w:spacing w:after="0"/>
              <w:rPr>
                <w:lang w:val="fr-FR"/>
              </w:rPr>
            </w:pPr>
            <w:r w:rsidRPr="004D2100">
              <w:rPr>
                <w:lang w:val="fr-FR"/>
              </w:rPr>
              <w:t> </w:t>
            </w:r>
          </w:p>
        </w:tc>
      </w:tr>
      <w:tr w:rsidR="00A829EF" w:rsidRPr="004D2100" w14:paraId="5C48E20E" w14:textId="77777777">
        <w:tc>
          <w:tcPr>
            <w:tcW w:w="2700" w:type="dxa"/>
            <w:shd w:val="clear" w:color="auto" w:fill="EEF1F2"/>
            <w:tcMar>
              <w:top w:w="90" w:type="dxa"/>
              <w:left w:w="120" w:type="dxa"/>
              <w:bottom w:w="90" w:type="dxa"/>
              <w:right w:w="120" w:type="dxa"/>
            </w:tcMar>
            <w:vAlign w:val="center"/>
          </w:tcPr>
          <w:p w14:paraId="0C805A51" w14:textId="77777777" w:rsidR="00A829EF" w:rsidRPr="004D2100" w:rsidRDefault="004D2100">
            <w:pPr>
              <w:spacing w:after="0"/>
              <w:rPr>
                <w:lang w:val="fr-FR"/>
              </w:rPr>
            </w:pPr>
            <w:r w:rsidRPr="004D2100">
              <w:rPr>
                <w:b/>
                <w:sz w:val="19"/>
                <w:lang w:val="fr-FR"/>
              </w:rPr>
              <w:t>SIRET / statut</w:t>
            </w:r>
          </w:p>
        </w:tc>
        <w:tc>
          <w:tcPr>
            <w:tcW w:w="7100" w:type="dxa"/>
            <w:shd w:val="clear" w:color="auto" w:fill="F5FBF7"/>
            <w:tcMar>
              <w:top w:w="90" w:type="dxa"/>
              <w:left w:w="120" w:type="dxa"/>
              <w:bottom w:w="90" w:type="dxa"/>
              <w:right w:w="120" w:type="dxa"/>
            </w:tcMar>
            <w:vAlign w:val="center"/>
          </w:tcPr>
          <w:p w14:paraId="33158981" w14:textId="77777777" w:rsidR="00A829EF" w:rsidRPr="004D2100" w:rsidRDefault="004D2100">
            <w:pPr>
              <w:spacing w:after="0"/>
              <w:rPr>
                <w:lang w:val="fr-FR"/>
              </w:rPr>
            </w:pPr>
            <w:r w:rsidRPr="004D2100">
              <w:rPr>
                <w:lang w:val="fr-FR"/>
              </w:rPr>
              <w:t> </w:t>
            </w:r>
          </w:p>
        </w:tc>
      </w:tr>
      <w:tr w:rsidR="00A829EF" w:rsidRPr="004D2100" w14:paraId="26A84674" w14:textId="77777777">
        <w:tc>
          <w:tcPr>
            <w:tcW w:w="2700" w:type="dxa"/>
            <w:shd w:val="clear" w:color="auto" w:fill="EEF1F2"/>
            <w:tcMar>
              <w:top w:w="90" w:type="dxa"/>
              <w:left w:w="120" w:type="dxa"/>
              <w:bottom w:w="90" w:type="dxa"/>
              <w:right w:w="120" w:type="dxa"/>
            </w:tcMar>
            <w:vAlign w:val="center"/>
          </w:tcPr>
          <w:p w14:paraId="73152084" w14:textId="77777777" w:rsidR="00A829EF" w:rsidRPr="004D2100" w:rsidRDefault="004D2100">
            <w:pPr>
              <w:spacing w:after="0"/>
              <w:rPr>
                <w:lang w:val="fr-FR"/>
              </w:rPr>
            </w:pPr>
            <w:r w:rsidRPr="004D2100">
              <w:rPr>
                <w:b/>
                <w:sz w:val="19"/>
                <w:lang w:val="fr-FR"/>
              </w:rPr>
              <w:t>Adresse</w:t>
            </w:r>
          </w:p>
        </w:tc>
        <w:tc>
          <w:tcPr>
            <w:tcW w:w="7100" w:type="dxa"/>
            <w:shd w:val="clear" w:color="auto" w:fill="F5FBF7"/>
            <w:tcMar>
              <w:top w:w="90" w:type="dxa"/>
              <w:left w:w="120" w:type="dxa"/>
              <w:bottom w:w="90" w:type="dxa"/>
              <w:right w:w="120" w:type="dxa"/>
            </w:tcMar>
            <w:vAlign w:val="center"/>
          </w:tcPr>
          <w:p w14:paraId="0C8D5FFE" w14:textId="77777777" w:rsidR="00A829EF" w:rsidRPr="004D2100" w:rsidRDefault="004D2100">
            <w:pPr>
              <w:spacing w:after="0"/>
              <w:rPr>
                <w:lang w:val="fr-FR"/>
              </w:rPr>
            </w:pPr>
            <w:r w:rsidRPr="004D2100">
              <w:rPr>
                <w:lang w:val="fr-FR"/>
              </w:rPr>
              <w:t> </w:t>
            </w:r>
          </w:p>
        </w:tc>
      </w:tr>
      <w:tr w:rsidR="00A829EF" w:rsidRPr="004D2100" w14:paraId="51CB5C8A" w14:textId="77777777">
        <w:tc>
          <w:tcPr>
            <w:tcW w:w="2700" w:type="dxa"/>
            <w:shd w:val="clear" w:color="auto" w:fill="EEF1F2"/>
            <w:tcMar>
              <w:top w:w="90" w:type="dxa"/>
              <w:left w:w="120" w:type="dxa"/>
              <w:bottom w:w="90" w:type="dxa"/>
              <w:right w:w="120" w:type="dxa"/>
            </w:tcMar>
            <w:vAlign w:val="center"/>
          </w:tcPr>
          <w:p w14:paraId="20A385F1" w14:textId="77777777" w:rsidR="00A829EF" w:rsidRPr="004D2100" w:rsidRDefault="004D2100">
            <w:pPr>
              <w:spacing w:after="0"/>
              <w:rPr>
                <w:lang w:val="fr-FR"/>
              </w:rPr>
            </w:pPr>
            <w:r w:rsidRPr="004D2100">
              <w:rPr>
                <w:b/>
                <w:sz w:val="19"/>
                <w:lang w:val="fr-FR"/>
              </w:rPr>
              <w:t>Représentant légal</w:t>
            </w:r>
          </w:p>
        </w:tc>
        <w:tc>
          <w:tcPr>
            <w:tcW w:w="7100" w:type="dxa"/>
            <w:shd w:val="clear" w:color="auto" w:fill="F5FBF7"/>
            <w:tcMar>
              <w:top w:w="90" w:type="dxa"/>
              <w:left w:w="120" w:type="dxa"/>
              <w:bottom w:w="90" w:type="dxa"/>
              <w:right w:w="120" w:type="dxa"/>
            </w:tcMar>
            <w:vAlign w:val="center"/>
          </w:tcPr>
          <w:p w14:paraId="3C563210" w14:textId="77777777" w:rsidR="00A829EF" w:rsidRPr="004D2100" w:rsidRDefault="004D2100">
            <w:pPr>
              <w:spacing w:after="0"/>
              <w:rPr>
                <w:lang w:val="fr-FR"/>
              </w:rPr>
            </w:pPr>
            <w:r w:rsidRPr="004D2100">
              <w:rPr>
                <w:lang w:val="fr-FR"/>
              </w:rPr>
              <w:t> </w:t>
            </w:r>
          </w:p>
        </w:tc>
      </w:tr>
      <w:tr w:rsidR="00A829EF" w:rsidRPr="004D2100" w14:paraId="012AF062" w14:textId="77777777">
        <w:tc>
          <w:tcPr>
            <w:tcW w:w="2700" w:type="dxa"/>
            <w:shd w:val="clear" w:color="auto" w:fill="EEF1F2"/>
            <w:tcMar>
              <w:top w:w="90" w:type="dxa"/>
              <w:left w:w="120" w:type="dxa"/>
              <w:bottom w:w="90" w:type="dxa"/>
              <w:right w:w="120" w:type="dxa"/>
            </w:tcMar>
            <w:vAlign w:val="center"/>
          </w:tcPr>
          <w:p w14:paraId="01A9F3FA" w14:textId="77777777" w:rsidR="00A829EF" w:rsidRPr="004D2100" w:rsidRDefault="004D2100">
            <w:pPr>
              <w:spacing w:after="0"/>
              <w:rPr>
                <w:lang w:val="fr-FR"/>
              </w:rPr>
            </w:pPr>
            <w:r w:rsidRPr="004D2100">
              <w:rPr>
                <w:b/>
                <w:sz w:val="19"/>
                <w:lang w:val="fr-FR"/>
              </w:rPr>
              <w:t>Contact opérationnel</w:t>
            </w:r>
          </w:p>
        </w:tc>
        <w:tc>
          <w:tcPr>
            <w:tcW w:w="7100" w:type="dxa"/>
            <w:shd w:val="clear" w:color="auto" w:fill="F5FBF7"/>
            <w:tcMar>
              <w:top w:w="90" w:type="dxa"/>
              <w:left w:w="120" w:type="dxa"/>
              <w:bottom w:w="90" w:type="dxa"/>
              <w:right w:w="120" w:type="dxa"/>
            </w:tcMar>
            <w:vAlign w:val="center"/>
          </w:tcPr>
          <w:p w14:paraId="70016920" w14:textId="77777777" w:rsidR="00A829EF" w:rsidRPr="004D2100" w:rsidRDefault="004D2100">
            <w:pPr>
              <w:spacing w:after="0"/>
              <w:rPr>
                <w:lang w:val="fr-FR"/>
              </w:rPr>
            </w:pPr>
            <w:r w:rsidRPr="004D2100">
              <w:rPr>
                <w:lang w:val="fr-FR"/>
              </w:rPr>
              <w:t> </w:t>
            </w:r>
          </w:p>
        </w:tc>
      </w:tr>
      <w:tr w:rsidR="00A829EF" w:rsidRPr="004D2100" w14:paraId="07BDD70B" w14:textId="77777777">
        <w:tc>
          <w:tcPr>
            <w:tcW w:w="2700" w:type="dxa"/>
            <w:shd w:val="clear" w:color="auto" w:fill="EEF1F2"/>
            <w:tcMar>
              <w:top w:w="90" w:type="dxa"/>
              <w:left w:w="120" w:type="dxa"/>
              <w:bottom w:w="90" w:type="dxa"/>
              <w:right w:w="120" w:type="dxa"/>
            </w:tcMar>
            <w:vAlign w:val="center"/>
          </w:tcPr>
          <w:p w14:paraId="67549313" w14:textId="77777777" w:rsidR="00A829EF" w:rsidRPr="004D2100" w:rsidRDefault="004D2100">
            <w:pPr>
              <w:spacing w:after="0"/>
              <w:rPr>
                <w:lang w:val="fr-FR"/>
              </w:rPr>
            </w:pPr>
            <w:r w:rsidRPr="004D2100">
              <w:rPr>
                <w:b/>
                <w:sz w:val="19"/>
                <w:lang w:val="fr-FR"/>
              </w:rPr>
              <w:t>Téléphone / courriel</w:t>
            </w:r>
          </w:p>
        </w:tc>
        <w:tc>
          <w:tcPr>
            <w:tcW w:w="7100" w:type="dxa"/>
            <w:shd w:val="clear" w:color="auto" w:fill="F5FBF7"/>
            <w:tcMar>
              <w:top w:w="90" w:type="dxa"/>
              <w:left w:w="120" w:type="dxa"/>
              <w:bottom w:w="90" w:type="dxa"/>
              <w:right w:w="120" w:type="dxa"/>
            </w:tcMar>
            <w:vAlign w:val="center"/>
          </w:tcPr>
          <w:p w14:paraId="329B37F1" w14:textId="77777777" w:rsidR="00A829EF" w:rsidRPr="004D2100" w:rsidRDefault="004D2100">
            <w:pPr>
              <w:spacing w:after="0"/>
              <w:rPr>
                <w:lang w:val="fr-FR"/>
              </w:rPr>
            </w:pPr>
            <w:r w:rsidRPr="004D2100">
              <w:rPr>
                <w:lang w:val="fr-FR"/>
              </w:rPr>
              <w:t> </w:t>
            </w:r>
          </w:p>
        </w:tc>
      </w:tr>
    </w:tbl>
    <w:p w14:paraId="4A1A5CA8" w14:textId="77777777" w:rsidR="00A829EF" w:rsidRPr="004D2100" w:rsidRDefault="00A829EF">
      <w:pPr>
        <w:spacing w:after="0"/>
        <w:rPr>
          <w:lang w:val="fr-FR"/>
        </w:rPr>
      </w:pPr>
    </w:p>
    <w:p w14:paraId="706166BB" w14:textId="77777777" w:rsidR="00A829EF" w:rsidRPr="004D2100" w:rsidRDefault="004D2100">
      <w:pPr>
        <w:rPr>
          <w:lang w:val="fr-FR"/>
        </w:rPr>
      </w:pPr>
      <w:r w:rsidRPr="004D2100">
        <w:rPr>
          <w:lang w:val="fr-FR"/>
        </w:rPr>
        <w:br w:type="page"/>
      </w:r>
    </w:p>
    <w:tbl>
      <w:tblPr>
        <w:tblW w:w="9800" w:type="dxa"/>
        <w:tblInd w:w="120" w:type="dxa"/>
        <w:tblLayout w:type="fixed"/>
        <w:tblLook w:val="04A0" w:firstRow="1" w:lastRow="0" w:firstColumn="1" w:lastColumn="0" w:noHBand="0" w:noVBand="1"/>
      </w:tblPr>
      <w:tblGrid>
        <w:gridCol w:w="9800"/>
      </w:tblGrid>
      <w:tr w:rsidR="00A829EF" w:rsidRPr="004D2100" w14:paraId="4AF85EAD" w14:textId="77777777">
        <w:tc>
          <w:tcPr>
            <w:tcW w:w="9800" w:type="dxa"/>
            <w:shd w:val="clear" w:color="auto" w:fill="237A57"/>
            <w:tcMar>
              <w:top w:w="90" w:type="dxa"/>
              <w:left w:w="120" w:type="dxa"/>
              <w:bottom w:w="90" w:type="dxa"/>
              <w:right w:w="120" w:type="dxa"/>
            </w:tcMar>
            <w:vAlign w:val="center"/>
          </w:tcPr>
          <w:p w14:paraId="63AEFBA2" w14:textId="77777777" w:rsidR="00A829EF" w:rsidRPr="004D2100" w:rsidRDefault="004D2100">
            <w:pPr>
              <w:spacing w:after="0"/>
              <w:rPr>
                <w:lang w:val="fr-FR"/>
              </w:rPr>
            </w:pPr>
            <w:r w:rsidRPr="004D2100">
              <w:rPr>
                <w:b/>
                <w:color w:val="FFFFFF"/>
                <w:sz w:val="23"/>
                <w:lang w:val="fr-FR"/>
              </w:rPr>
              <w:lastRenderedPageBreak/>
              <w:t>3. RÔLE ET ENGAGEMENTS</w:t>
            </w:r>
          </w:p>
        </w:tc>
      </w:tr>
    </w:tbl>
    <w:p w14:paraId="3554F11C" w14:textId="77777777"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9800"/>
      </w:tblGrid>
      <w:tr w:rsidR="00A829EF" w:rsidRPr="004D2100" w14:paraId="59CABA9C" w14:textId="77777777">
        <w:tc>
          <w:tcPr>
            <w:tcW w:w="9800" w:type="dxa"/>
            <w:shd w:val="clear" w:color="auto" w:fill="EEF1F2"/>
            <w:tcMar>
              <w:top w:w="90" w:type="dxa"/>
              <w:left w:w="120" w:type="dxa"/>
              <w:bottom w:w="90" w:type="dxa"/>
              <w:right w:w="120" w:type="dxa"/>
            </w:tcMar>
            <w:vAlign w:val="center"/>
          </w:tcPr>
          <w:p w14:paraId="16B285FB" w14:textId="77777777" w:rsidR="00A829EF" w:rsidRPr="004D2100" w:rsidRDefault="004D2100">
            <w:pPr>
              <w:spacing w:after="0"/>
              <w:rPr>
                <w:lang w:val="fr-FR"/>
              </w:rPr>
            </w:pPr>
            <w:r w:rsidRPr="004D2100">
              <w:rPr>
                <w:b/>
                <w:sz w:val="19"/>
                <w:lang w:val="fr-FR"/>
              </w:rPr>
              <w:t xml:space="preserve">Missions et </w:t>
            </w:r>
            <w:r w:rsidRPr="004D2100">
              <w:rPr>
                <w:b/>
                <w:sz w:val="19"/>
                <w:lang w:val="fr-FR"/>
              </w:rPr>
              <w:t>actions confiées</w:t>
            </w:r>
          </w:p>
        </w:tc>
      </w:tr>
      <w:tr w:rsidR="00A829EF" w:rsidRPr="004D2100" w14:paraId="59FDBF6C" w14:textId="77777777">
        <w:tc>
          <w:tcPr>
            <w:tcW w:w="9800" w:type="dxa"/>
            <w:shd w:val="clear" w:color="auto" w:fill="F4F9F6"/>
            <w:tcMar>
              <w:top w:w="90" w:type="dxa"/>
              <w:left w:w="120" w:type="dxa"/>
              <w:bottom w:w="90" w:type="dxa"/>
              <w:right w:w="120" w:type="dxa"/>
            </w:tcMar>
            <w:vAlign w:val="center"/>
          </w:tcPr>
          <w:p w14:paraId="5165D700" w14:textId="77777777" w:rsidR="00A829EF" w:rsidRPr="004D2100" w:rsidRDefault="004D2100">
            <w:pPr>
              <w:spacing w:after="100"/>
              <w:rPr>
                <w:lang w:val="fr-FR"/>
              </w:rPr>
            </w:pPr>
            <w:r w:rsidRPr="004D2100">
              <w:rPr>
                <w:lang w:val="fr-FR"/>
              </w:rPr>
              <w:t> </w:t>
            </w:r>
          </w:p>
          <w:p w14:paraId="4AF5FD28" w14:textId="77777777" w:rsidR="00A829EF" w:rsidRPr="004D2100" w:rsidRDefault="004D2100">
            <w:pPr>
              <w:spacing w:after="100"/>
              <w:rPr>
                <w:lang w:val="fr-FR"/>
              </w:rPr>
            </w:pPr>
            <w:r w:rsidRPr="004D2100">
              <w:rPr>
                <w:lang w:val="fr-FR"/>
              </w:rPr>
              <w:t> </w:t>
            </w:r>
          </w:p>
        </w:tc>
      </w:tr>
    </w:tbl>
    <w:p w14:paraId="76A56E8B" w14:textId="77777777"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9800"/>
      </w:tblGrid>
      <w:tr w:rsidR="00A829EF" w:rsidRPr="004D2100" w14:paraId="56C11542" w14:textId="77777777">
        <w:tc>
          <w:tcPr>
            <w:tcW w:w="9800" w:type="dxa"/>
            <w:shd w:val="clear" w:color="auto" w:fill="EEF1F2"/>
            <w:tcMar>
              <w:top w:w="90" w:type="dxa"/>
              <w:left w:w="120" w:type="dxa"/>
              <w:bottom w:w="90" w:type="dxa"/>
              <w:right w:w="120" w:type="dxa"/>
            </w:tcMar>
            <w:vAlign w:val="center"/>
          </w:tcPr>
          <w:p w14:paraId="438EC24E" w14:textId="77777777" w:rsidR="00A829EF" w:rsidRPr="004D2100" w:rsidRDefault="004D2100">
            <w:pPr>
              <w:spacing w:after="0"/>
              <w:rPr>
                <w:lang w:val="fr-FR"/>
              </w:rPr>
            </w:pPr>
            <w:r w:rsidRPr="004D2100">
              <w:rPr>
                <w:b/>
                <w:sz w:val="19"/>
                <w:lang w:val="fr-FR"/>
              </w:rPr>
              <w:t>Moyens humains, techniques ou financiers mobilisés</w:t>
            </w:r>
          </w:p>
        </w:tc>
      </w:tr>
      <w:tr w:rsidR="00A829EF" w:rsidRPr="004D2100" w14:paraId="5043E6B6" w14:textId="77777777">
        <w:tc>
          <w:tcPr>
            <w:tcW w:w="9800" w:type="dxa"/>
            <w:shd w:val="clear" w:color="auto" w:fill="F4F9F6"/>
            <w:tcMar>
              <w:top w:w="90" w:type="dxa"/>
              <w:left w:w="120" w:type="dxa"/>
              <w:bottom w:w="90" w:type="dxa"/>
              <w:right w:w="120" w:type="dxa"/>
            </w:tcMar>
            <w:vAlign w:val="center"/>
          </w:tcPr>
          <w:p w14:paraId="48596688" w14:textId="77777777" w:rsidR="00A829EF" w:rsidRPr="004D2100" w:rsidRDefault="004D2100">
            <w:pPr>
              <w:spacing w:after="100"/>
              <w:rPr>
                <w:lang w:val="fr-FR"/>
              </w:rPr>
            </w:pPr>
            <w:r w:rsidRPr="004D2100">
              <w:rPr>
                <w:lang w:val="fr-FR"/>
              </w:rPr>
              <w:t> </w:t>
            </w:r>
          </w:p>
          <w:p w14:paraId="28BF5C47" w14:textId="77777777" w:rsidR="00A829EF" w:rsidRPr="004D2100" w:rsidRDefault="004D2100">
            <w:pPr>
              <w:spacing w:after="100"/>
              <w:rPr>
                <w:lang w:val="fr-FR"/>
              </w:rPr>
            </w:pPr>
            <w:r w:rsidRPr="004D2100">
              <w:rPr>
                <w:lang w:val="fr-FR"/>
              </w:rPr>
              <w:t> </w:t>
            </w:r>
          </w:p>
        </w:tc>
      </w:tr>
    </w:tbl>
    <w:p w14:paraId="57F6A291" w14:textId="77777777"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9800"/>
      </w:tblGrid>
      <w:tr w:rsidR="00A829EF" w:rsidRPr="004D2100" w14:paraId="1DED23DC" w14:textId="77777777">
        <w:tc>
          <w:tcPr>
            <w:tcW w:w="9800" w:type="dxa"/>
            <w:shd w:val="clear" w:color="auto" w:fill="EEF1F2"/>
            <w:tcMar>
              <w:top w:w="90" w:type="dxa"/>
              <w:left w:w="120" w:type="dxa"/>
              <w:bottom w:w="90" w:type="dxa"/>
              <w:right w:w="120" w:type="dxa"/>
            </w:tcMar>
            <w:vAlign w:val="center"/>
          </w:tcPr>
          <w:p w14:paraId="2BC77556" w14:textId="77777777" w:rsidR="00A829EF" w:rsidRPr="004D2100" w:rsidRDefault="004D2100">
            <w:pPr>
              <w:spacing w:after="0"/>
              <w:rPr>
                <w:lang w:val="fr-FR"/>
              </w:rPr>
            </w:pPr>
            <w:r w:rsidRPr="004D2100">
              <w:rPr>
                <w:b/>
                <w:sz w:val="19"/>
                <w:lang w:val="fr-FR"/>
              </w:rPr>
              <w:t>Livrables et calendrier</w:t>
            </w:r>
          </w:p>
        </w:tc>
      </w:tr>
      <w:tr w:rsidR="00A829EF" w:rsidRPr="004D2100" w14:paraId="6949330A" w14:textId="77777777">
        <w:tc>
          <w:tcPr>
            <w:tcW w:w="9800" w:type="dxa"/>
            <w:shd w:val="clear" w:color="auto" w:fill="F4F9F6"/>
            <w:tcMar>
              <w:top w:w="90" w:type="dxa"/>
              <w:left w:w="120" w:type="dxa"/>
              <w:bottom w:w="90" w:type="dxa"/>
              <w:right w:w="120" w:type="dxa"/>
            </w:tcMar>
            <w:vAlign w:val="center"/>
          </w:tcPr>
          <w:p w14:paraId="2D856A91" w14:textId="77777777" w:rsidR="00A829EF" w:rsidRPr="004D2100" w:rsidRDefault="004D2100">
            <w:pPr>
              <w:spacing w:after="100"/>
              <w:rPr>
                <w:lang w:val="fr-FR"/>
              </w:rPr>
            </w:pPr>
            <w:r w:rsidRPr="004D2100">
              <w:rPr>
                <w:lang w:val="fr-FR"/>
              </w:rPr>
              <w:t> </w:t>
            </w:r>
          </w:p>
          <w:p w14:paraId="725606A1" w14:textId="77777777" w:rsidR="00A829EF" w:rsidRPr="004D2100" w:rsidRDefault="004D2100">
            <w:pPr>
              <w:spacing w:after="100"/>
              <w:rPr>
                <w:lang w:val="fr-FR"/>
              </w:rPr>
            </w:pPr>
            <w:r w:rsidRPr="004D2100">
              <w:rPr>
                <w:lang w:val="fr-FR"/>
              </w:rPr>
              <w:t> </w:t>
            </w:r>
          </w:p>
        </w:tc>
      </w:tr>
    </w:tbl>
    <w:p w14:paraId="3837FDD8" w14:textId="363AB9D9" w:rsidR="00A829EF" w:rsidRPr="004D2100" w:rsidRDefault="00A829EF">
      <w:pPr>
        <w:spacing w:after="0"/>
        <w:rPr>
          <w:lang w:val="fr-FR"/>
        </w:rPr>
      </w:pPr>
    </w:p>
    <w:tbl>
      <w:tblPr>
        <w:tblW w:w="9800" w:type="dxa"/>
        <w:tblInd w:w="120" w:type="dxa"/>
        <w:tblLayout w:type="fixed"/>
        <w:tblLook w:val="04A0" w:firstRow="1" w:lastRow="0" w:firstColumn="1" w:lastColumn="0" w:noHBand="0" w:noVBand="1"/>
      </w:tblPr>
      <w:tblGrid>
        <w:gridCol w:w="9800"/>
      </w:tblGrid>
      <w:tr w:rsidR="004D2100" w:rsidRPr="004D2100" w14:paraId="37AE8A09" w14:textId="77777777" w:rsidTr="004D2100">
        <w:tc>
          <w:tcPr>
            <w:tcW w:w="9800" w:type="dxa"/>
            <w:shd w:val="clear" w:color="auto" w:fill="EEF1F2"/>
            <w:tcMar>
              <w:top w:w="90" w:type="dxa"/>
              <w:left w:w="120" w:type="dxa"/>
              <w:bottom w:w="90" w:type="dxa"/>
              <w:right w:w="120" w:type="dxa"/>
            </w:tcMar>
            <w:vAlign w:val="center"/>
          </w:tcPr>
          <w:p w14:paraId="2CFB1703" w14:textId="5B1DEA2C" w:rsidR="004D2100" w:rsidRPr="004D2100" w:rsidRDefault="004D2100" w:rsidP="004D2100">
            <w:pPr>
              <w:spacing w:after="0"/>
              <w:rPr>
                <w:b/>
                <w:sz w:val="19"/>
                <w:lang w:val="fr-FR"/>
              </w:rPr>
            </w:pPr>
            <w:r w:rsidRPr="004D2100">
              <w:rPr>
                <w:b/>
                <w:sz w:val="19"/>
                <w:lang w:val="fr-FR"/>
              </w:rPr>
              <w:t>Situation financière du partenaire</w:t>
            </w:r>
          </w:p>
        </w:tc>
      </w:tr>
      <w:tr w:rsidR="004D2100" w:rsidRPr="004D2100" w14:paraId="4D017258" w14:textId="77777777" w:rsidTr="004D2100">
        <w:tc>
          <w:tcPr>
            <w:tcW w:w="9800" w:type="dxa"/>
            <w:shd w:val="clear" w:color="auto" w:fill="EEF1F2"/>
            <w:tcMar>
              <w:top w:w="90" w:type="dxa"/>
              <w:left w:w="120" w:type="dxa"/>
              <w:bottom w:w="90" w:type="dxa"/>
              <w:right w:w="120" w:type="dxa"/>
            </w:tcMar>
            <w:vAlign w:val="center"/>
          </w:tcPr>
          <w:p w14:paraId="3DF23ABC" w14:textId="0B51D668" w:rsidR="004D2100" w:rsidRPr="004D2100" w:rsidRDefault="004D2100" w:rsidP="004D2100">
            <w:pPr>
              <w:spacing w:after="0"/>
              <w:rPr>
                <w:lang w:val="fr-FR"/>
              </w:rPr>
            </w:pPr>
            <w:r w:rsidRPr="004D2100">
              <w:rPr>
                <w:b/>
                <w:sz w:val="19"/>
                <w:lang w:val="fr-FR"/>
              </w:rPr>
              <w:t> </w:t>
            </w:r>
            <w:proofErr w:type="gramStart"/>
            <w:r w:rsidRPr="004D2100">
              <w:rPr>
                <w:rStyle w:val="text-token-text-primary"/>
                <w:lang w:val="fr-FR"/>
              </w:rPr>
              <w:t>[ ]</w:t>
            </w:r>
            <w:proofErr w:type="gramEnd"/>
            <w:r w:rsidRPr="004D2100">
              <w:rPr>
                <w:lang w:val="fr-FR"/>
              </w:rPr>
              <w:t xml:space="preserve"> Aucune dépense propre au titre du projet</w:t>
            </w:r>
          </w:p>
          <w:p w14:paraId="5D9B1711" w14:textId="61A6CAAE" w:rsidR="004D2100" w:rsidRPr="004D2100" w:rsidRDefault="004D2100" w:rsidP="004D2100">
            <w:pPr>
              <w:spacing w:after="0"/>
              <w:rPr>
                <w:b/>
                <w:sz w:val="19"/>
                <w:lang w:val="fr-FR"/>
              </w:rPr>
            </w:pPr>
            <w:r w:rsidRPr="004D2100">
              <w:rPr>
                <w:b/>
                <w:sz w:val="19"/>
                <w:lang w:val="fr-FR"/>
              </w:rPr>
              <w:t> </w:t>
            </w:r>
            <w:proofErr w:type="gramStart"/>
            <w:r w:rsidRPr="004D2100">
              <w:rPr>
                <w:rStyle w:val="text-token-text-primary"/>
                <w:lang w:val="fr-FR"/>
              </w:rPr>
              <w:t>[ ]</w:t>
            </w:r>
            <w:proofErr w:type="gramEnd"/>
            <w:r w:rsidRPr="004D2100">
              <w:rPr>
                <w:lang w:val="fr-FR"/>
              </w:rPr>
              <w:t xml:space="preserve"> Dépenses propres faisant l’objet d’une demande d’aide distincte</w:t>
            </w:r>
          </w:p>
          <w:p w14:paraId="10C4125F" w14:textId="13EE7245" w:rsidR="004D2100" w:rsidRPr="004D2100" w:rsidRDefault="004D2100" w:rsidP="004D2100">
            <w:pPr>
              <w:spacing w:after="0"/>
              <w:rPr>
                <w:b/>
                <w:sz w:val="19"/>
                <w:lang w:val="fr-FR"/>
              </w:rPr>
            </w:pPr>
            <w:r w:rsidRPr="004D2100">
              <w:rPr>
                <w:b/>
                <w:sz w:val="19"/>
                <w:lang w:val="fr-FR"/>
              </w:rPr>
              <w:t> </w:t>
            </w:r>
            <w:r w:rsidRPr="004D2100">
              <w:rPr>
                <w:lang w:val="fr-FR"/>
              </w:rPr>
              <w:t>N° SAFRAN de la demande distincte, s’il est déjà attribué : ______________________</w:t>
            </w:r>
          </w:p>
        </w:tc>
      </w:tr>
    </w:tbl>
    <w:p w14:paraId="43198206" w14:textId="77777777" w:rsidR="00A829EF" w:rsidRPr="004D2100" w:rsidRDefault="00A829EF">
      <w:pPr>
        <w:spacing w:after="0"/>
        <w:rPr>
          <w:lang w:val="fr-FR"/>
        </w:rPr>
      </w:pPr>
    </w:p>
    <w:p w14:paraId="449DF3F3" w14:textId="77777777" w:rsidR="00A829EF" w:rsidRPr="004D2100" w:rsidRDefault="004D2100">
      <w:pPr>
        <w:rPr>
          <w:lang w:val="fr-FR"/>
        </w:rPr>
      </w:pPr>
      <w:r w:rsidRPr="004D2100">
        <w:rPr>
          <w:lang w:val="fr-FR"/>
        </w:rPr>
        <w:t>Le partenaire certifie :</w:t>
      </w:r>
    </w:p>
    <w:p w14:paraId="7AA48DF6" w14:textId="25AD812A" w:rsidR="00A829EF" w:rsidRPr="004D2100" w:rsidRDefault="004D2100" w:rsidP="00A21132">
      <w:pPr>
        <w:numPr>
          <w:ilvl w:val="0"/>
          <w:numId w:val="1"/>
        </w:numPr>
        <w:rPr>
          <w:lang w:val="fr-FR"/>
        </w:rPr>
      </w:pPr>
      <w:proofErr w:type="gramStart"/>
      <w:r w:rsidRPr="004D2100">
        <w:rPr>
          <w:sz w:val="22"/>
          <w:lang w:val="fr-FR"/>
        </w:rPr>
        <w:t>son</w:t>
      </w:r>
      <w:proofErr w:type="gramEnd"/>
      <w:r w:rsidRPr="004D2100">
        <w:rPr>
          <w:sz w:val="22"/>
          <w:lang w:val="fr-FR"/>
        </w:rPr>
        <w:t xml:space="preserve"> accord sur </w:t>
      </w:r>
      <w:r w:rsidRPr="004D2100">
        <w:rPr>
          <w:sz w:val="22"/>
          <w:lang w:val="fr-FR"/>
        </w:rPr>
        <w:t>le projet, son calendrier et les engagements décrits ;</w:t>
      </w:r>
    </w:p>
    <w:p w14:paraId="0C40E04F" w14:textId="4812E65F" w:rsidR="004D2100" w:rsidRPr="004D2100" w:rsidRDefault="004D2100" w:rsidP="00A21132">
      <w:pPr>
        <w:numPr>
          <w:ilvl w:val="0"/>
          <w:numId w:val="1"/>
        </w:numPr>
        <w:rPr>
          <w:sz w:val="22"/>
          <w:lang w:val="fr-FR"/>
        </w:rPr>
      </w:pPr>
      <w:proofErr w:type="gramStart"/>
      <w:r w:rsidRPr="004D2100">
        <w:rPr>
          <w:sz w:val="22"/>
          <w:lang w:val="fr-FR"/>
        </w:rPr>
        <w:t>que</w:t>
      </w:r>
      <w:proofErr w:type="gramEnd"/>
      <w:r w:rsidRPr="004D2100">
        <w:rPr>
          <w:sz w:val="22"/>
          <w:lang w:val="fr-FR"/>
        </w:rPr>
        <w:t xml:space="preserve"> ses éventuelles dépenses propres ne sont pas intégrées dans la demande d’aide du porteur ;</w:t>
      </w:r>
    </w:p>
    <w:p w14:paraId="15E70AA9" w14:textId="77777777" w:rsidR="00A829EF" w:rsidRPr="004D2100" w:rsidRDefault="004D2100">
      <w:pPr>
        <w:numPr>
          <w:ilvl w:val="0"/>
          <w:numId w:val="1"/>
        </w:numPr>
        <w:rPr>
          <w:lang w:val="fr-FR"/>
        </w:rPr>
      </w:pPr>
      <w:proofErr w:type="gramStart"/>
      <w:r w:rsidRPr="004D2100">
        <w:rPr>
          <w:sz w:val="22"/>
          <w:lang w:val="fr-FR"/>
        </w:rPr>
        <w:t>l’absence</w:t>
      </w:r>
      <w:proofErr w:type="gramEnd"/>
      <w:r w:rsidRPr="004D2100">
        <w:rPr>
          <w:sz w:val="22"/>
          <w:lang w:val="fr-FR"/>
        </w:rPr>
        <w:t xml:space="preserve"> de double financement des mêmes dépenses ;</w:t>
      </w:r>
    </w:p>
    <w:p w14:paraId="5B90A546" w14:textId="77777777" w:rsidR="00A829EF" w:rsidRPr="004D2100" w:rsidRDefault="004D2100">
      <w:pPr>
        <w:numPr>
          <w:ilvl w:val="0"/>
          <w:numId w:val="1"/>
        </w:numPr>
        <w:rPr>
          <w:lang w:val="fr-FR"/>
        </w:rPr>
      </w:pPr>
      <w:proofErr w:type="gramStart"/>
      <w:r w:rsidRPr="004D2100">
        <w:rPr>
          <w:sz w:val="22"/>
          <w:lang w:val="fr-FR"/>
        </w:rPr>
        <w:t>la</w:t>
      </w:r>
      <w:proofErr w:type="gramEnd"/>
      <w:r w:rsidRPr="004D2100">
        <w:rPr>
          <w:sz w:val="22"/>
          <w:lang w:val="fr-FR"/>
        </w:rPr>
        <w:t xml:space="preserve"> mise à disposition des justificatifs et des données de suivi nécessaires ;</w:t>
      </w:r>
    </w:p>
    <w:p w14:paraId="57214AE4" w14:textId="77777777" w:rsidR="00A829EF" w:rsidRPr="004D2100" w:rsidRDefault="004D2100">
      <w:pPr>
        <w:numPr>
          <w:ilvl w:val="0"/>
          <w:numId w:val="1"/>
        </w:numPr>
        <w:rPr>
          <w:lang w:val="fr-FR"/>
        </w:rPr>
      </w:pPr>
      <w:proofErr w:type="gramStart"/>
      <w:r w:rsidRPr="004D2100">
        <w:rPr>
          <w:sz w:val="22"/>
          <w:lang w:val="fr-FR"/>
        </w:rPr>
        <w:t>l’information</w:t>
      </w:r>
      <w:proofErr w:type="gramEnd"/>
      <w:r w:rsidRPr="004D2100">
        <w:rPr>
          <w:sz w:val="22"/>
          <w:lang w:val="fr-FR"/>
        </w:rPr>
        <w:t xml:space="preserve"> du porteur et de la DAAF de toute difficulté ou modification substantielle ;</w:t>
      </w:r>
    </w:p>
    <w:p w14:paraId="3342EC37" w14:textId="77777777" w:rsidR="00A829EF" w:rsidRPr="004D2100" w:rsidRDefault="004D2100">
      <w:pPr>
        <w:numPr>
          <w:ilvl w:val="0"/>
          <w:numId w:val="1"/>
        </w:numPr>
        <w:rPr>
          <w:lang w:val="fr-FR"/>
        </w:rPr>
      </w:pPr>
      <w:proofErr w:type="gramStart"/>
      <w:r w:rsidRPr="004D2100">
        <w:rPr>
          <w:sz w:val="22"/>
          <w:lang w:val="fr-FR"/>
        </w:rPr>
        <w:t>l’acceptation</w:t>
      </w:r>
      <w:proofErr w:type="gramEnd"/>
      <w:r w:rsidRPr="004D2100">
        <w:rPr>
          <w:sz w:val="22"/>
          <w:lang w:val="fr-FR"/>
        </w:rPr>
        <w:t xml:space="preserve"> des contrôles liés à l’aide publique.</w:t>
      </w:r>
    </w:p>
    <w:tbl>
      <w:tblPr>
        <w:tblW w:w="9800" w:type="dxa"/>
        <w:tblInd w:w="120" w:type="dxa"/>
        <w:tblLayout w:type="fixed"/>
        <w:tblLook w:val="04A0" w:firstRow="1" w:lastRow="0" w:firstColumn="1" w:lastColumn="0" w:noHBand="0" w:noVBand="1"/>
      </w:tblPr>
      <w:tblGrid>
        <w:gridCol w:w="4900"/>
        <w:gridCol w:w="4900"/>
      </w:tblGrid>
      <w:tr w:rsidR="00A829EF" w:rsidRPr="004D2100" w14:paraId="31B183F2" w14:textId="77777777">
        <w:tc>
          <w:tcPr>
            <w:tcW w:w="4900" w:type="dxa"/>
            <w:shd w:val="clear" w:color="auto" w:fill="F4F9F6"/>
            <w:tcMar>
              <w:top w:w="90" w:type="dxa"/>
              <w:left w:w="120" w:type="dxa"/>
              <w:bottom w:w="90" w:type="dxa"/>
              <w:right w:w="120" w:type="dxa"/>
            </w:tcMar>
            <w:vAlign w:val="center"/>
          </w:tcPr>
          <w:p w14:paraId="296CB639" w14:textId="77777777" w:rsidR="00A829EF" w:rsidRPr="004D2100" w:rsidRDefault="004D2100">
            <w:pPr>
              <w:spacing w:after="0"/>
              <w:rPr>
                <w:lang w:val="fr-FR"/>
              </w:rPr>
            </w:pPr>
            <w:r w:rsidRPr="004D2100">
              <w:rPr>
                <w:b/>
                <w:color w:val="5F6B66"/>
                <w:sz w:val="18"/>
                <w:lang w:val="fr-FR"/>
              </w:rPr>
              <w:t>Nom, prénom et qualité</w:t>
            </w:r>
          </w:p>
        </w:tc>
        <w:tc>
          <w:tcPr>
            <w:tcW w:w="4900" w:type="dxa"/>
            <w:shd w:val="clear" w:color="auto" w:fill="F4F9F6"/>
            <w:tcMar>
              <w:top w:w="90" w:type="dxa"/>
              <w:left w:w="120" w:type="dxa"/>
              <w:bottom w:w="90" w:type="dxa"/>
              <w:right w:w="120" w:type="dxa"/>
            </w:tcMar>
            <w:vAlign w:val="center"/>
          </w:tcPr>
          <w:p w14:paraId="4A97840B" w14:textId="77777777" w:rsidR="00A829EF" w:rsidRPr="004D2100" w:rsidRDefault="004D2100">
            <w:pPr>
              <w:spacing w:after="0"/>
              <w:rPr>
                <w:lang w:val="fr-FR"/>
              </w:rPr>
            </w:pPr>
            <w:r w:rsidRPr="004D2100">
              <w:rPr>
                <w:b/>
                <w:color w:val="5F6B66"/>
                <w:sz w:val="18"/>
                <w:lang w:val="fr-FR"/>
              </w:rPr>
              <w:t>Lieu et date</w:t>
            </w:r>
          </w:p>
        </w:tc>
      </w:tr>
      <w:tr w:rsidR="00A829EF" w:rsidRPr="004D2100" w14:paraId="5FEC20AD" w14:textId="77777777">
        <w:tc>
          <w:tcPr>
            <w:tcW w:w="4900" w:type="dxa"/>
            <w:shd w:val="clear" w:color="auto" w:fill="F4F9F6"/>
            <w:tcMar>
              <w:top w:w="90" w:type="dxa"/>
              <w:left w:w="120" w:type="dxa"/>
              <w:bottom w:w="90" w:type="dxa"/>
              <w:right w:w="120" w:type="dxa"/>
            </w:tcMar>
            <w:vAlign w:val="center"/>
          </w:tcPr>
          <w:p w14:paraId="021FAE9D" w14:textId="77777777" w:rsidR="00A829EF" w:rsidRPr="004D2100" w:rsidRDefault="004D2100">
            <w:pPr>
              <w:spacing w:after="0"/>
              <w:rPr>
                <w:lang w:val="fr-FR"/>
              </w:rPr>
            </w:pPr>
            <w:r w:rsidRPr="004D2100">
              <w:rPr>
                <w:lang w:val="fr-FR"/>
              </w:rPr>
              <w:t> </w:t>
            </w:r>
          </w:p>
          <w:p w14:paraId="147A6C65" w14:textId="77777777" w:rsidR="00A829EF" w:rsidRPr="004D2100" w:rsidRDefault="004D2100">
            <w:pPr>
              <w:spacing w:after="80"/>
              <w:rPr>
                <w:lang w:val="fr-FR"/>
              </w:rPr>
            </w:pPr>
            <w:r w:rsidRPr="004D2100">
              <w:rPr>
                <w:lang w:val="fr-FR"/>
              </w:rPr>
              <w:t> </w:t>
            </w:r>
          </w:p>
          <w:p w14:paraId="379D0A61" w14:textId="77777777" w:rsidR="00A829EF" w:rsidRPr="004D2100" w:rsidRDefault="004D2100">
            <w:pPr>
              <w:spacing w:after="80"/>
              <w:rPr>
                <w:lang w:val="fr-FR"/>
              </w:rPr>
            </w:pPr>
            <w:r w:rsidRPr="004D2100">
              <w:rPr>
                <w:lang w:val="fr-FR"/>
              </w:rPr>
              <w:t> </w:t>
            </w:r>
          </w:p>
        </w:tc>
        <w:tc>
          <w:tcPr>
            <w:tcW w:w="4900" w:type="dxa"/>
            <w:shd w:val="clear" w:color="auto" w:fill="F4F9F6"/>
            <w:tcMar>
              <w:top w:w="90" w:type="dxa"/>
              <w:left w:w="120" w:type="dxa"/>
              <w:bottom w:w="90" w:type="dxa"/>
              <w:right w:w="120" w:type="dxa"/>
            </w:tcMar>
            <w:vAlign w:val="center"/>
          </w:tcPr>
          <w:p w14:paraId="1EA3F1C0" w14:textId="77777777" w:rsidR="00A829EF" w:rsidRPr="004D2100" w:rsidRDefault="004D2100">
            <w:pPr>
              <w:spacing w:after="0"/>
              <w:rPr>
                <w:lang w:val="fr-FR"/>
              </w:rPr>
            </w:pPr>
            <w:r w:rsidRPr="004D2100">
              <w:rPr>
                <w:lang w:val="fr-FR"/>
              </w:rPr>
              <w:t> </w:t>
            </w:r>
          </w:p>
          <w:p w14:paraId="127E034F" w14:textId="77777777" w:rsidR="00A829EF" w:rsidRPr="004D2100" w:rsidRDefault="004D2100">
            <w:pPr>
              <w:spacing w:after="80"/>
              <w:rPr>
                <w:lang w:val="fr-FR"/>
              </w:rPr>
            </w:pPr>
            <w:r w:rsidRPr="004D2100">
              <w:rPr>
                <w:lang w:val="fr-FR"/>
              </w:rPr>
              <w:t> </w:t>
            </w:r>
          </w:p>
          <w:p w14:paraId="075195CA" w14:textId="77777777" w:rsidR="00A829EF" w:rsidRPr="004D2100" w:rsidRDefault="004D2100">
            <w:pPr>
              <w:spacing w:after="80"/>
              <w:rPr>
                <w:lang w:val="fr-FR"/>
              </w:rPr>
            </w:pPr>
            <w:r w:rsidRPr="004D2100">
              <w:rPr>
                <w:lang w:val="fr-FR"/>
              </w:rPr>
              <w:t> </w:t>
            </w:r>
          </w:p>
        </w:tc>
      </w:tr>
      <w:tr w:rsidR="00A829EF" w:rsidRPr="004D2100" w14:paraId="76721F59" w14:textId="77777777">
        <w:tc>
          <w:tcPr>
            <w:tcW w:w="4900" w:type="dxa"/>
            <w:shd w:val="clear" w:color="auto" w:fill="F4F9F6"/>
            <w:tcMar>
              <w:top w:w="90" w:type="dxa"/>
              <w:left w:w="120" w:type="dxa"/>
              <w:bottom w:w="90" w:type="dxa"/>
              <w:right w:w="120" w:type="dxa"/>
            </w:tcMar>
            <w:vAlign w:val="center"/>
          </w:tcPr>
          <w:p w14:paraId="00AE72D4" w14:textId="77777777" w:rsidR="00A829EF" w:rsidRPr="004D2100" w:rsidRDefault="004D2100">
            <w:pPr>
              <w:spacing w:after="0"/>
              <w:rPr>
                <w:lang w:val="fr-FR"/>
              </w:rPr>
            </w:pPr>
            <w:r w:rsidRPr="004D2100">
              <w:rPr>
                <w:b/>
                <w:color w:val="5F6B66"/>
                <w:sz w:val="18"/>
                <w:lang w:val="fr-FR"/>
              </w:rPr>
              <w:t>Signature</w:t>
            </w:r>
          </w:p>
        </w:tc>
        <w:tc>
          <w:tcPr>
            <w:tcW w:w="4900" w:type="dxa"/>
            <w:shd w:val="clear" w:color="auto" w:fill="F4F9F6"/>
            <w:tcMar>
              <w:top w:w="90" w:type="dxa"/>
              <w:left w:w="120" w:type="dxa"/>
              <w:bottom w:w="90" w:type="dxa"/>
              <w:right w:w="120" w:type="dxa"/>
            </w:tcMar>
            <w:vAlign w:val="center"/>
          </w:tcPr>
          <w:p w14:paraId="3F77EAA9" w14:textId="77777777" w:rsidR="00A829EF" w:rsidRPr="004D2100" w:rsidRDefault="004D2100">
            <w:pPr>
              <w:spacing w:after="0"/>
              <w:rPr>
                <w:lang w:val="fr-FR"/>
              </w:rPr>
            </w:pPr>
            <w:r w:rsidRPr="004D2100">
              <w:rPr>
                <w:b/>
                <w:color w:val="5F6B66"/>
                <w:sz w:val="18"/>
                <w:lang w:val="fr-FR"/>
              </w:rPr>
              <w:t>Cachet de la structure</w:t>
            </w:r>
          </w:p>
        </w:tc>
      </w:tr>
      <w:tr w:rsidR="00A829EF" w:rsidRPr="004D2100" w14:paraId="36B3782B" w14:textId="77777777">
        <w:tc>
          <w:tcPr>
            <w:tcW w:w="4900" w:type="dxa"/>
            <w:shd w:val="clear" w:color="auto" w:fill="F4F9F6"/>
            <w:tcMar>
              <w:top w:w="90" w:type="dxa"/>
              <w:left w:w="120" w:type="dxa"/>
              <w:bottom w:w="90" w:type="dxa"/>
              <w:right w:w="120" w:type="dxa"/>
            </w:tcMar>
            <w:vAlign w:val="center"/>
          </w:tcPr>
          <w:p w14:paraId="1329895A" w14:textId="77777777" w:rsidR="00A829EF" w:rsidRPr="004D2100" w:rsidRDefault="004D2100">
            <w:pPr>
              <w:spacing w:after="0"/>
              <w:rPr>
                <w:lang w:val="fr-FR"/>
              </w:rPr>
            </w:pPr>
            <w:r w:rsidRPr="004D2100">
              <w:rPr>
                <w:lang w:val="fr-FR"/>
              </w:rPr>
              <w:t> </w:t>
            </w:r>
          </w:p>
          <w:p w14:paraId="3B870A74" w14:textId="77777777" w:rsidR="00A829EF" w:rsidRPr="004D2100" w:rsidRDefault="004D2100">
            <w:pPr>
              <w:spacing w:after="80"/>
              <w:rPr>
                <w:lang w:val="fr-FR"/>
              </w:rPr>
            </w:pPr>
            <w:r w:rsidRPr="004D2100">
              <w:rPr>
                <w:lang w:val="fr-FR"/>
              </w:rPr>
              <w:t> </w:t>
            </w:r>
          </w:p>
          <w:p w14:paraId="46A8C5ED" w14:textId="77777777" w:rsidR="00A829EF" w:rsidRPr="004D2100" w:rsidRDefault="004D2100">
            <w:pPr>
              <w:spacing w:after="80"/>
              <w:rPr>
                <w:lang w:val="fr-FR"/>
              </w:rPr>
            </w:pPr>
            <w:r w:rsidRPr="004D2100">
              <w:rPr>
                <w:lang w:val="fr-FR"/>
              </w:rPr>
              <w:t> </w:t>
            </w:r>
          </w:p>
        </w:tc>
        <w:tc>
          <w:tcPr>
            <w:tcW w:w="4900" w:type="dxa"/>
            <w:shd w:val="clear" w:color="auto" w:fill="F4F9F6"/>
            <w:tcMar>
              <w:top w:w="90" w:type="dxa"/>
              <w:left w:w="120" w:type="dxa"/>
              <w:bottom w:w="90" w:type="dxa"/>
              <w:right w:w="120" w:type="dxa"/>
            </w:tcMar>
            <w:vAlign w:val="center"/>
          </w:tcPr>
          <w:p w14:paraId="53BE015E" w14:textId="77777777" w:rsidR="00A829EF" w:rsidRPr="004D2100" w:rsidRDefault="004D2100">
            <w:pPr>
              <w:spacing w:after="0"/>
              <w:rPr>
                <w:lang w:val="fr-FR"/>
              </w:rPr>
            </w:pPr>
            <w:r w:rsidRPr="004D2100">
              <w:rPr>
                <w:lang w:val="fr-FR"/>
              </w:rPr>
              <w:t> </w:t>
            </w:r>
          </w:p>
          <w:p w14:paraId="3B475F0C" w14:textId="77777777" w:rsidR="00A829EF" w:rsidRPr="004D2100" w:rsidRDefault="004D2100">
            <w:pPr>
              <w:spacing w:after="80"/>
              <w:rPr>
                <w:lang w:val="fr-FR"/>
              </w:rPr>
            </w:pPr>
            <w:r w:rsidRPr="004D2100">
              <w:rPr>
                <w:lang w:val="fr-FR"/>
              </w:rPr>
              <w:t> </w:t>
            </w:r>
          </w:p>
          <w:p w14:paraId="3C16186A" w14:textId="77777777" w:rsidR="00A829EF" w:rsidRPr="004D2100" w:rsidRDefault="004D2100">
            <w:pPr>
              <w:spacing w:after="80"/>
              <w:rPr>
                <w:lang w:val="fr-FR"/>
              </w:rPr>
            </w:pPr>
            <w:r w:rsidRPr="004D2100">
              <w:rPr>
                <w:lang w:val="fr-FR"/>
              </w:rPr>
              <w:t> </w:t>
            </w:r>
          </w:p>
        </w:tc>
      </w:tr>
    </w:tbl>
    <w:p w14:paraId="1E15E569" w14:textId="77777777" w:rsidR="00000000" w:rsidRPr="004D2100" w:rsidRDefault="004D2100">
      <w:pPr>
        <w:rPr>
          <w:lang w:val="fr-FR"/>
        </w:rPr>
      </w:pPr>
    </w:p>
    <w:sectPr w:rsidR="00000000" w:rsidRPr="004D2100" w:rsidSect="00034616">
      <w:headerReference w:type="default" r:id="rId9"/>
      <w:footerReference w:type="default" r:id="rId10"/>
      <w:pgSz w:w="11909" w:h="16834"/>
      <w:pgMar w:top="979" w:right="1008" w:bottom="979" w:left="1008" w:header="432"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D016" w14:textId="77777777" w:rsidR="00000000" w:rsidRDefault="004D2100">
      <w:pPr>
        <w:spacing w:after="0" w:line="240" w:lineRule="auto"/>
      </w:pPr>
      <w:r>
        <w:separator/>
      </w:r>
    </w:p>
  </w:endnote>
  <w:endnote w:type="continuationSeparator" w:id="0">
    <w:p w14:paraId="26C139A8" w14:textId="77777777" w:rsidR="00000000" w:rsidRDefault="004D2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A9A04" w14:textId="77777777" w:rsidR="00A829EF" w:rsidRDefault="004D2100">
    <w:pPr>
      <w:pStyle w:val="Pieddepage"/>
      <w:jc w:val="center"/>
    </w:pPr>
    <w:r>
      <w:rPr>
        <w:color w:val="5F6B66"/>
        <w:sz w:val="17"/>
      </w:rPr>
      <w:t xml:space="preserve">Fiche d’engagement partenaire  •  </w:t>
    </w:r>
    <w:r>
      <w:rPr>
        <w:color w:val="5F6B66"/>
        <w:sz w:val="17"/>
      </w:rPr>
      <w:fldChar w:fldCharType="begin"/>
    </w:r>
    <w:r>
      <w:rPr>
        <w:color w:val="5F6B66"/>
        <w:sz w:val="17"/>
      </w:rPr>
      <w:instrText xml:space="preserve"> PAGE </w:instrText>
    </w:r>
    <w:r w:rsidR="00A21132">
      <w:rPr>
        <w:color w:val="5F6B66"/>
        <w:sz w:val="17"/>
      </w:rPr>
      <w:fldChar w:fldCharType="separate"/>
    </w:r>
    <w:r w:rsidR="00A21132">
      <w:rPr>
        <w:noProof/>
        <w:color w:val="5F6B66"/>
        <w:sz w:val="17"/>
      </w:rPr>
      <w:t>1</w:t>
    </w:r>
    <w:r>
      <w:rPr>
        <w:color w:val="5F6B6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1022D" w14:textId="77777777" w:rsidR="00000000" w:rsidRDefault="004D2100">
      <w:pPr>
        <w:spacing w:after="0" w:line="240" w:lineRule="auto"/>
      </w:pPr>
      <w:r>
        <w:separator/>
      </w:r>
    </w:p>
  </w:footnote>
  <w:footnote w:type="continuationSeparator" w:id="0">
    <w:p w14:paraId="3540FCD1" w14:textId="77777777" w:rsidR="00000000" w:rsidRDefault="004D2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D7A8" w14:textId="77777777" w:rsidR="00A829EF" w:rsidRDefault="004D2100">
    <w:pPr>
      <w:pStyle w:val="En-tte"/>
      <w:jc w:val="right"/>
    </w:pPr>
    <w:r>
      <w:rPr>
        <w:b/>
        <w:color w:val="5F6B66"/>
        <w:sz w:val="17"/>
      </w:rPr>
      <w:t>DAAF Martinique  |  Animation MAEC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414914"/>
    <w:multiLevelType w:val="singleLevel"/>
    <w:tmpl w:val="040C0001"/>
    <w:lvl w:ilvl="0">
      <w:start w:val="1"/>
      <w:numFmt w:val="bullet"/>
      <w:lvlText w:val=""/>
      <w:lvlJc w:val="left"/>
      <w:pPr>
        <w:ind w:left="640" w:hanging="360"/>
      </w:pPr>
      <w:rPr>
        <w:rFonts w:ascii="Symbol" w:hAnsi="Symbol" w:hint="default"/>
      </w:rPr>
    </w:lvl>
  </w:abstractNum>
  <w:abstractNum w:abstractNumId="10" w15:restartNumberingAfterBreak="0">
    <w:nsid w:val="7668454F"/>
    <w:multiLevelType w:val="singleLevel"/>
    <w:tmpl w:val="4A7246F2"/>
    <w:lvl w:ilvl="0">
      <w:start w:val="1"/>
      <w:numFmt w:val="bullet"/>
      <w:lvlText w:val="•"/>
      <w:lvlJc w:val="left"/>
      <w:pPr>
        <w:tabs>
          <w:tab w:val="num" w:pos="540"/>
        </w:tabs>
        <w:spacing w:after="80" w:line="280" w:lineRule="auto"/>
        <w:ind w:left="540" w:hanging="260"/>
      </w:pPr>
      <w:rPr>
        <w:rFonts w:ascii="Arial" w:hAnsi="Arial"/>
      </w:rPr>
    </w:lvl>
  </w:abstractNum>
  <w:num w:numId="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6FD7"/>
    <w:rsid w:val="0029639D"/>
    <w:rsid w:val="00326F90"/>
    <w:rsid w:val="004D2100"/>
    <w:rsid w:val="0076743C"/>
    <w:rsid w:val="00A21132"/>
    <w:rsid w:val="00A829E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78C974"/>
  <w14:defaultImageDpi w14:val="300"/>
  <w15:docId w15:val="{FB17EC08-478F-4891-A5D2-BEADDC53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202421"/>
      <w:sz w:val="20"/>
    </w:rPr>
  </w:style>
  <w:style w:type="paragraph" w:styleId="Titre1">
    <w:name w:val="heading 1"/>
    <w:basedOn w:val="Normal"/>
    <w:next w:val="Normal"/>
    <w:link w:val="Titre1Car"/>
    <w:uiPriority w:val="9"/>
    <w:qFormat/>
    <w:rsid w:val="00FC693F"/>
    <w:pPr>
      <w:keepNext/>
      <w:keepLines/>
      <w:spacing w:before="360" w:after="200"/>
      <w:outlineLvl w:val="0"/>
    </w:pPr>
    <w:rPr>
      <w:rFonts w:asciiTheme="majorHAnsi" w:eastAsiaTheme="majorEastAsia" w:hAnsiTheme="majorHAnsi" w:cstheme="majorBidi"/>
      <w:b/>
      <w:bCs/>
      <w:color w:val="15513B"/>
      <w:sz w:val="32"/>
      <w:szCs w:val="28"/>
    </w:rPr>
  </w:style>
  <w:style w:type="paragraph" w:styleId="Titre2">
    <w:name w:val="heading 2"/>
    <w:basedOn w:val="Normal"/>
    <w:next w:val="Normal"/>
    <w:link w:val="Titre2Car"/>
    <w:uiPriority w:val="9"/>
    <w:unhideWhenUsed/>
    <w:qFormat/>
    <w:rsid w:val="00FC693F"/>
    <w:pPr>
      <w:keepNext/>
      <w:keepLines/>
      <w:spacing w:before="280" w:after="140"/>
      <w:outlineLvl w:val="1"/>
    </w:pPr>
    <w:rPr>
      <w:rFonts w:asciiTheme="majorHAnsi" w:eastAsiaTheme="majorEastAsia" w:hAnsiTheme="majorHAnsi" w:cstheme="majorBidi"/>
      <w:b/>
      <w:bCs/>
      <w:color w:val="237A57"/>
      <w:sz w:val="26"/>
      <w:szCs w:val="26"/>
    </w:rPr>
  </w:style>
  <w:style w:type="paragraph" w:styleId="Titre3">
    <w:name w:val="heading 3"/>
    <w:basedOn w:val="Normal"/>
    <w:next w:val="Normal"/>
    <w:link w:val="Titre3Car"/>
    <w:uiPriority w:val="9"/>
    <w:unhideWhenUsed/>
    <w:qFormat/>
    <w:rsid w:val="00FC693F"/>
    <w:pPr>
      <w:keepNext/>
      <w:keepLines/>
      <w:spacing w:before="200" w:after="100"/>
      <w:outlineLvl w:val="2"/>
    </w:pPr>
    <w:rPr>
      <w:rFonts w:asciiTheme="majorHAnsi" w:eastAsiaTheme="majorEastAsia" w:hAnsiTheme="majorHAnsi" w:cstheme="majorBidi"/>
      <w:b/>
      <w:bCs/>
      <w:color w:val="15513B"/>
      <w:sz w:val="24"/>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237A57"/>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keepNext/>
      <w:numPr>
        <w:ilvl w:val="1"/>
      </w:numPr>
      <w:spacing w:after="360"/>
    </w:pPr>
    <w:rPr>
      <w:rFonts w:asciiTheme="majorHAnsi" w:eastAsiaTheme="majorEastAsia" w:hAnsiTheme="majorHAnsi" w:cstheme="majorBidi"/>
      <w:i/>
      <w:iCs/>
      <w:color w:val="5F6B66"/>
      <w:spacing w:val="15"/>
      <w:sz w:val="27"/>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spacing w:after="80" w:line="280" w:lineRule="auto"/>
      <w:contextualSpacing/>
    </w:pPr>
  </w:style>
  <w:style w:type="paragraph" w:styleId="Listepuces2">
    <w:name w:val="List Bullet 2"/>
    <w:basedOn w:val="Normal"/>
    <w:uiPriority w:val="99"/>
    <w:unhideWhenUsed/>
    <w:rsid w:val="00326F90"/>
    <w:pPr>
      <w:tabs>
        <w:tab w:val="num" w:pos="360"/>
      </w:tabs>
      <w:contextualSpacing/>
    </w:pPr>
  </w:style>
  <w:style w:type="paragraph" w:styleId="Listepuces3">
    <w:name w:val="List Bullet 3"/>
    <w:basedOn w:val="Normal"/>
    <w:uiPriority w:val="99"/>
    <w:unhideWhenUsed/>
    <w:rsid w:val="00326F90"/>
    <w:pPr>
      <w:tabs>
        <w:tab w:val="num" w:pos="360"/>
      </w:tabs>
      <w:contextualSpacing/>
    </w:pPr>
  </w:style>
  <w:style w:type="paragraph" w:styleId="Listenumros">
    <w:name w:val="List Number"/>
    <w:basedOn w:val="Normal"/>
    <w:uiPriority w:val="99"/>
    <w:unhideWhenUsed/>
    <w:rsid w:val="00326F90"/>
    <w:pPr>
      <w:tabs>
        <w:tab w:val="num" w:pos="360"/>
      </w:tabs>
      <w:contextualSpacing/>
    </w:pPr>
  </w:style>
  <w:style w:type="paragraph" w:styleId="Listenumros2">
    <w:name w:val="List Number 2"/>
    <w:basedOn w:val="Normal"/>
    <w:uiPriority w:val="99"/>
    <w:unhideWhenUsed/>
    <w:rsid w:val="0029639D"/>
    <w:pPr>
      <w:tabs>
        <w:tab w:val="num" w:pos="360"/>
      </w:tabs>
      <w:contextualSpacing/>
    </w:pPr>
  </w:style>
  <w:style w:type="paragraph" w:styleId="Listenumros3">
    <w:name w:val="List Number 3"/>
    <w:basedOn w:val="Normal"/>
    <w:uiPriority w:val="99"/>
    <w:unhideWhenUsed/>
    <w:rsid w:val="0029639D"/>
    <w:pPr>
      <w:tabs>
        <w:tab w:val="num" w:pos="360"/>
      </w:tabs>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line="252" w:lineRule="auto"/>
    </w:pPr>
    <w:rPr>
      <w:rFonts w:ascii="Arial" w:hAnsi="Arial"/>
      <w:color w:val="5F6B66"/>
      <w:sz w:val="17"/>
    </w:rPr>
  </w:style>
  <w:style w:type="character" w:customStyle="1" w:styleId="text-token-text-primary">
    <w:name w:val="text-token-text-primary"/>
    <w:basedOn w:val="Policepardfaut"/>
    <w:rsid w:val="004D2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247</Words>
  <Characters>1364</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MARCHAL Samuel</cp:lastModifiedBy>
  <cp:revision>3</cp:revision>
  <dcterms:created xsi:type="dcterms:W3CDTF">2013-12-23T23:15:00Z</dcterms:created>
  <dcterms:modified xsi:type="dcterms:W3CDTF">2026-08-10T18:44:00Z</dcterms:modified>
  <cp:category/>
</cp:coreProperties>
</file>