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0" w:type="dxa"/>
        <w:jc w:val="center"/>
        <w:tblLayout w:type="fixed"/>
        <w:tblLook w:val="04A0" w:firstRow="1" w:lastRow="0" w:firstColumn="1" w:lastColumn="0" w:noHBand="0" w:noVBand="1"/>
      </w:tblPr>
      <w:tblGrid>
        <w:gridCol w:w="1800"/>
        <w:gridCol w:w="6200"/>
        <w:gridCol w:w="1800"/>
      </w:tblGrid>
      <w:tr w:rsidR="00471D9F" w:rsidRPr="0008084F" w14:paraId="3E07E0DD" w14:textId="77777777">
        <w:trPr>
          <w:jc w:val="center"/>
        </w:trPr>
        <w:tc>
          <w:tcPr>
            <w:tcW w:w="1800" w:type="dxa"/>
            <w:tcMar>
              <w:top w:w="0" w:type="dxa"/>
              <w:left w:w="0" w:type="dxa"/>
              <w:bottom w:w="0" w:type="dxa"/>
              <w:right w:w="0" w:type="dxa"/>
            </w:tcMar>
            <w:vAlign w:val="center"/>
          </w:tcPr>
          <w:p w14:paraId="6CCF2D00" w14:textId="77777777" w:rsidR="00471D9F" w:rsidRPr="0008084F" w:rsidRDefault="0067675C">
            <w:pPr>
              <w:spacing w:after="0"/>
            </w:pPr>
            <w:r w:rsidRPr="0008084F">
              <w:rPr>
                <w:noProof/>
              </w:rPr>
              <w:drawing>
                <wp:inline distT="0" distB="0" distL="0" distR="0" wp14:anchorId="458193E0" wp14:editId="1712D7FC">
                  <wp:extent cx="694944" cy="811915"/>
                  <wp:effectExtent l="0" t="0" r="0" b="0"/>
                  <wp:docPr id="1" name="Picture 1" descr="Logo Agriculture biolog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image1.png"/>
                          <pic:cNvPicPr/>
                        </pic:nvPicPr>
                        <pic:blipFill>
                          <a:blip r:embed="rId8"/>
                          <a:stretch>
                            <a:fillRect/>
                          </a:stretch>
                        </pic:blipFill>
                        <pic:spPr>
                          <a:xfrm>
                            <a:off x="0" y="0"/>
                            <a:ext cx="694944" cy="811915"/>
                          </a:xfrm>
                          <a:prstGeom prst="rect">
                            <a:avLst/>
                          </a:prstGeom>
                        </pic:spPr>
                      </pic:pic>
                    </a:graphicData>
                  </a:graphic>
                </wp:inline>
              </w:drawing>
            </w:r>
          </w:p>
        </w:tc>
        <w:tc>
          <w:tcPr>
            <w:tcW w:w="6200" w:type="dxa"/>
            <w:tcMar>
              <w:top w:w="0" w:type="dxa"/>
              <w:left w:w="0" w:type="dxa"/>
              <w:bottom w:w="0" w:type="dxa"/>
              <w:right w:w="0" w:type="dxa"/>
            </w:tcMar>
            <w:vAlign w:val="center"/>
          </w:tcPr>
          <w:p w14:paraId="62FE536E" w14:textId="77777777" w:rsidR="00471D9F" w:rsidRPr="0008084F" w:rsidRDefault="0067675C">
            <w:pPr>
              <w:spacing w:after="0"/>
              <w:jc w:val="center"/>
            </w:pPr>
            <w:r w:rsidRPr="0008084F">
              <w:rPr>
                <w:noProof/>
              </w:rPr>
              <w:drawing>
                <wp:inline distT="0" distB="0" distL="0" distR="0" wp14:anchorId="48F4AFB2" wp14:editId="6E050EA3">
                  <wp:extent cx="1225296" cy="1225296"/>
                  <wp:effectExtent l="0" t="0" r="0" b="0"/>
                  <wp:docPr id="2" name="Picture 2" descr="Préfet de la Marti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image3.png"/>
                          <pic:cNvPicPr/>
                        </pic:nvPicPr>
                        <pic:blipFill>
                          <a:blip r:embed="rId9"/>
                          <a:stretch>
                            <a:fillRect/>
                          </a:stretch>
                        </pic:blipFill>
                        <pic:spPr>
                          <a:xfrm>
                            <a:off x="0" y="0"/>
                            <a:ext cx="1225296" cy="1225296"/>
                          </a:xfrm>
                          <a:prstGeom prst="rect">
                            <a:avLst/>
                          </a:prstGeom>
                        </pic:spPr>
                      </pic:pic>
                    </a:graphicData>
                  </a:graphic>
                </wp:inline>
              </w:drawing>
            </w:r>
          </w:p>
        </w:tc>
        <w:tc>
          <w:tcPr>
            <w:tcW w:w="1800" w:type="dxa"/>
            <w:tcMar>
              <w:top w:w="0" w:type="dxa"/>
              <w:left w:w="0" w:type="dxa"/>
              <w:bottom w:w="0" w:type="dxa"/>
              <w:right w:w="0" w:type="dxa"/>
            </w:tcMar>
            <w:vAlign w:val="center"/>
          </w:tcPr>
          <w:p w14:paraId="51D39BAB" w14:textId="77777777" w:rsidR="00471D9F" w:rsidRPr="0008084F" w:rsidRDefault="0067675C">
            <w:pPr>
              <w:spacing w:after="0"/>
              <w:jc w:val="right"/>
            </w:pPr>
            <w:r w:rsidRPr="0008084F">
              <w:rPr>
                <w:noProof/>
              </w:rPr>
              <w:drawing>
                <wp:inline distT="0" distB="0" distL="0" distR="0" wp14:anchorId="530F6E49" wp14:editId="1206D617">
                  <wp:extent cx="1024128" cy="626151"/>
                  <wp:effectExtent l="0" t="0" r="0" b="0"/>
                  <wp:docPr id="3" name="Picture 3" descr="Logo biologique de l’Union europé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image2.png"/>
                          <pic:cNvPicPr/>
                        </pic:nvPicPr>
                        <pic:blipFill>
                          <a:blip r:embed="rId10"/>
                          <a:stretch>
                            <a:fillRect/>
                          </a:stretch>
                        </pic:blipFill>
                        <pic:spPr>
                          <a:xfrm>
                            <a:off x="0" y="0"/>
                            <a:ext cx="1024128" cy="626151"/>
                          </a:xfrm>
                          <a:prstGeom prst="rect">
                            <a:avLst/>
                          </a:prstGeom>
                        </pic:spPr>
                      </pic:pic>
                    </a:graphicData>
                  </a:graphic>
                </wp:inline>
              </w:drawing>
            </w:r>
          </w:p>
        </w:tc>
      </w:tr>
    </w:tbl>
    <w:p w14:paraId="4F4A4DC9" w14:textId="70F61415" w:rsidR="00471D9F" w:rsidRPr="0008084F" w:rsidRDefault="00D07705">
      <w:pPr>
        <w:spacing w:before="480" w:after="80"/>
        <w:jc w:val="center"/>
        <w:rPr>
          <w:b/>
          <w:color w:val="5F6368"/>
          <w:sz w:val="22"/>
        </w:rPr>
      </w:pPr>
      <w:r w:rsidRPr="0008084F">
        <w:rPr>
          <w:b/>
          <w:color w:val="5F6368"/>
          <w:sz w:val="22"/>
        </w:rPr>
        <w:t>À JOINDRE UNIQUEMENT EN PRÉSENCE D’UN PARTENAIRE ASSOCIÉ</w:t>
      </w:r>
    </w:p>
    <w:p w14:paraId="7096E724" w14:textId="26D00FFE" w:rsidR="00471D9F" w:rsidRPr="0008084F" w:rsidRDefault="0067675C">
      <w:pPr>
        <w:pStyle w:val="Titre"/>
        <w:spacing w:before="240" w:after="120"/>
        <w:jc w:val="center"/>
      </w:pPr>
      <w:r w:rsidRPr="0008084F">
        <w:rPr>
          <w:rFonts w:ascii="Arial" w:hAnsi="Arial"/>
        </w:rPr>
        <w:t xml:space="preserve">Fiche d’engagement </w:t>
      </w:r>
      <w:r w:rsidR="00D07705" w:rsidRPr="0008084F">
        <w:rPr>
          <w:rFonts w:ascii="Arial" w:hAnsi="Arial"/>
        </w:rPr>
        <w:t xml:space="preserve">du </w:t>
      </w:r>
      <w:r w:rsidRPr="0008084F">
        <w:rPr>
          <w:rFonts w:ascii="Arial" w:hAnsi="Arial"/>
        </w:rPr>
        <w:t>partenaire</w:t>
      </w:r>
      <w:r w:rsidR="00D07705" w:rsidRPr="0008084F">
        <w:rPr>
          <w:rFonts w:ascii="Arial" w:hAnsi="Arial"/>
        </w:rPr>
        <w:t xml:space="preserve"> associé</w:t>
      </w:r>
    </w:p>
    <w:p w14:paraId="682E4916" w14:textId="77777777" w:rsidR="00471D9F" w:rsidRPr="0008084F" w:rsidRDefault="0067675C">
      <w:pPr>
        <w:pStyle w:val="Sous-titre"/>
        <w:jc w:val="center"/>
      </w:pPr>
      <w:r w:rsidRPr="0008084F">
        <w:rPr>
          <w:rFonts w:ascii="Arial" w:hAnsi="Arial"/>
        </w:rPr>
        <w:t>Animation en agriculture biologique 2027</w:t>
      </w:r>
    </w:p>
    <w:tbl>
      <w:tblPr>
        <w:tblW w:w="9800" w:type="dxa"/>
        <w:tblInd w:w="120" w:type="dxa"/>
        <w:tblLayout w:type="fixed"/>
        <w:tblLook w:val="04A0" w:firstRow="1" w:lastRow="0" w:firstColumn="1" w:lastColumn="0" w:noHBand="0" w:noVBand="1"/>
      </w:tblPr>
      <w:tblGrid>
        <w:gridCol w:w="9800"/>
      </w:tblGrid>
      <w:tr w:rsidR="00471D9F" w:rsidRPr="0008084F" w14:paraId="4ACD636E" w14:textId="77777777">
        <w:tc>
          <w:tcPr>
            <w:tcW w:w="9800" w:type="dxa"/>
            <w:shd w:val="clear" w:color="auto" w:fill="EAF6EF"/>
            <w:tcMar>
              <w:top w:w="90" w:type="dxa"/>
              <w:left w:w="120" w:type="dxa"/>
              <w:bottom w:w="90" w:type="dxa"/>
              <w:right w:w="120" w:type="dxa"/>
            </w:tcMar>
            <w:vAlign w:val="center"/>
          </w:tcPr>
          <w:p w14:paraId="4D765A14" w14:textId="77777777" w:rsidR="00CB394F" w:rsidRDefault="0067675C">
            <w:pPr>
              <w:spacing w:after="60"/>
              <w:rPr>
                <w:b/>
                <w:color w:val="006837"/>
                <w:sz w:val="21"/>
              </w:rPr>
            </w:pPr>
            <w:r w:rsidRPr="0008084F">
              <w:rPr>
                <w:b/>
                <w:color w:val="006837"/>
                <w:sz w:val="21"/>
              </w:rPr>
              <w:t>Une fiche par partenaire</w:t>
            </w:r>
            <w:r w:rsidR="00D07705" w:rsidRPr="0008084F">
              <w:rPr>
                <w:b/>
                <w:color w:val="006837"/>
                <w:sz w:val="21"/>
              </w:rPr>
              <w:t xml:space="preserve"> associé</w:t>
            </w:r>
          </w:p>
          <w:p w14:paraId="52B6B851" w14:textId="0A969247" w:rsidR="00471D9F" w:rsidRPr="0008084F" w:rsidRDefault="00D07705" w:rsidP="00CB394F">
            <w:pPr>
              <w:spacing w:after="60"/>
              <w:jc w:val="both"/>
              <w:rPr>
                <w:b/>
                <w:color w:val="006837"/>
                <w:sz w:val="21"/>
              </w:rPr>
            </w:pPr>
            <w:r w:rsidRPr="0008084F">
              <w:rPr>
                <w:b/>
                <w:color w:val="006837"/>
                <w:sz w:val="21"/>
              </w:rPr>
              <w:t>Cette fiche précise le rôle et les engagements du partenaire associé. Celui-ci contribue au projet sans imputer de dépenses ni percevoir d’aide dans le dossier SAFRAN du porteur.</w:t>
            </w:r>
          </w:p>
          <w:p w14:paraId="46C9E7C6" w14:textId="77777777" w:rsidR="00471D9F" w:rsidRPr="0008084F" w:rsidRDefault="00471D9F">
            <w:pPr>
              <w:spacing w:after="0"/>
            </w:pPr>
          </w:p>
        </w:tc>
      </w:tr>
    </w:tbl>
    <w:p w14:paraId="446C5E42"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2F99935B" w14:textId="77777777">
        <w:tc>
          <w:tcPr>
            <w:tcW w:w="9800" w:type="dxa"/>
            <w:shd w:val="clear" w:color="auto" w:fill="009B4A"/>
            <w:tcMar>
              <w:top w:w="90" w:type="dxa"/>
              <w:left w:w="120" w:type="dxa"/>
              <w:bottom w:w="90" w:type="dxa"/>
              <w:right w:w="120" w:type="dxa"/>
            </w:tcMar>
            <w:vAlign w:val="center"/>
          </w:tcPr>
          <w:p w14:paraId="0C68E804" w14:textId="77777777" w:rsidR="00471D9F" w:rsidRPr="0008084F" w:rsidRDefault="0067675C">
            <w:pPr>
              <w:spacing w:after="0"/>
            </w:pPr>
            <w:r w:rsidRPr="0008084F">
              <w:rPr>
                <w:b/>
                <w:color w:val="FFFFFF"/>
                <w:sz w:val="23"/>
              </w:rPr>
              <w:t>1. PROJET CONCERNÉ</w:t>
            </w:r>
          </w:p>
        </w:tc>
      </w:tr>
    </w:tbl>
    <w:p w14:paraId="31B6E2DA"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2700"/>
        <w:gridCol w:w="7100"/>
      </w:tblGrid>
      <w:tr w:rsidR="00471D9F" w:rsidRPr="0008084F" w14:paraId="2130FC41" w14:textId="77777777">
        <w:tc>
          <w:tcPr>
            <w:tcW w:w="2700" w:type="dxa"/>
            <w:shd w:val="clear" w:color="auto" w:fill="F1F3F4"/>
            <w:tcMar>
              <w:top w:w="90" w:type="dxa"/>
              <w:left w:w="120" w:type="dxa"/>
              <w:bottom w:w="90" w:type="dxa"/>
              <w:right w:w="120" w:type="dxa"/>
            </w:tcMar>
            <w:vAlign w:val="center"/>
          </w:tcPr>
          <w:p w14:paraId="50298209" w14:textId="77777777" w:rsidR="00471D9F" w:rsidRPr="0008084F" w:rsidRDefault="0067675C">
            <w:pPr>
              <w:spacing w:after="0"/>
            </w:pPr>
            <w:r w:rsidRPr="0008084F">
              <w:rPr>
                <w:b/>
                <w:sz w:val="19"/>
              </w:rPr>
              <w:t>Intitulé du projet</w:t>
            </w:r>
          </w:p>
        </w:tc>
        <w:tc>
          <w:tcPr>
            <w:tcW w:w="7100" w:type="dxa"/>
            <w:shd w:val="clear" w:color="auto" w:fill="F5FBF7"/>
            <w:tcMar>
              <w:top w:w="90" w:type="dxa"/>
              <w:left w:w="120" w:type="dxa"/>
              <w:bottom w:w="90" w:type="dxa"/>
              <w:right w:w="120" w:type="dxa"/>
            </w:tcMar>
            <w:vAlign w:val="center"/>
          </w:tcPr>
          <w:p w14:paraId="636E7FFD" w14:textId="77777777" w:rsidR="00471D9F" w:rsidRPr="0008084F" w:rsidRDefault="0067675C">
            <w:pPr>
              <w:spacing w:after="0"/>
            </w:pPr>
            <w:r w:rsidRPr="0008084F">
              <w:t> </w:t>
            </w:r>
          </w:p>
        </w:tc>
      </w:tr>
      <w:tr w:rsidR="00471D9F" w:rsidRPr="0008084F" w14:paraId="1335A78C" w14:textId="77777777">
        <w:tc>
          <w:tcPr>
            <w:tcW w:w="2700" w:type="dxa"/>
            <w:shd w:val="clear" w:color="auto" w:fill="F1F3F4"/>
            <w:tcMar>
              <w:top w:w="90" w:type="dxa"/>
              <w:left w:w="120" w:type="dxa"/>
              <w:bottom w:w="90" w:type="dxa"/>
              <w:right w:w="120" w:type="dxa"/>
            </w:tcMar>
            <w:vAlign w:val="center"/>
          </w:tcPr>
          <w:p w14:paraId="6F4A204E" w14:textId="77777777" w:rsidR="00471D9F" w:rsidRPr="0008084F" w:rsidRDefault="0067675C">
            <w:pPr>
              <w:spacing w:after="0"/>
            </w:pPr>
            <w:r w:rsidRPr="0008084F">
              <w:rPr>
                <w:b/>
                <w:sz w:val="19"/>
              </w:rPr>
              <w:t>Porteur de projet</w:t>
            </w:r>
          </w:p>
        </w:tc>
        <w:tc>
          <w:tcPr>
            <w:tcW w:w="7100" w:type="dxa"/>
            <w:shd w:val="clear" w:color="auto" w:fill="F5FBF7"/>
            <w:tcMar>
              <w:top w:w="90" w:type="dxa"/>
              <w:left w:w="120" w:type="dxa"/>
              <w:bottom w:w="90" w:type="dxa"/>
              <w:right w:w="120" w:type="dxa"/>
            </w:tcMar>
            <w:vAlign w:val="center"/>
          </w:tcPr>
          <w:p w14:paraId="09C6303F" w14:textId="77777777" w:rsidR="00471D9F" w:rsidRPr="0008084F" w:rsidRDefault="0067675C">
            <w:pPr>
              <w:spacing w:after="0"/>
            </w:pPr>
            <w:r w:rsidRPr="0008084F">
              <w:t> </w:t>
            </w:r>
          </w:p>
        </w:tc>
      </w:tr>
      <w:tr w:rsidR="00471D9F" w:rsidRPr="0008084F" w14:paraId="0318FD54" w14:textId="77777777">
        <w:tc>
          <w:tcPr>
            <w:tcW w:w="2700" w:type="dxa"/>
            <w:shd w:val="clear" w:color="auto" w:fill="F1F3F4"/>
            <w:tcMar>
              <w:top w:w="90" w:type="dxa"/>
              <w:left w:w="120" w:type="dxa"/>
              <w:bottom w:w="90" w:type="dxa"/>
              <w:right w:w="120" w:type="dxa"/>
            </w:tcMar>
            <w:vAlign w:val="center"/>
          </w:tcPr>
          <w:p w14:paraId="0C69645A" w14:textId="77777777" w:rsidR="00471D9F" w:rsidRPr="0008084F" w:rsidRDefault="0067675C">
            <w:pPr>
              <w:spacing w:after="0"/>
            </w:pPr>
            <w:r w:rsidRPr="0008084F">
              <w:rPr>
                <w:b/>
                <w:sz w:val="19"/>
              </w:rPr>
              <w:t>Numéro de dossier SAFRAN</w:t>
            </w:r>
          </w:p>
        </w:tc>
        <w:tc>
          <w:tcPr>
            <w:tcW w:w="7100" w:type="dxa"/>
            <w:shd w:val="clear" w:color="auto" w:fill="F5FBF7"/>
            <w:tcMar>
              <w:top w:w="90" w:type="dxa"/>
              <w:left w:w="120" w:type="dxa"/>
              <w:bottom w:w="90" w:type="dxa"/>
              <w:right w:w="120" w:type="dxa"/>
            </w:tcMar>
            <w:vAlign w:val="center"/>
          </w:tcPr>
          <w:p w14:paraId="423B96E7" w14:textId="77777777" w:rsidR="00471D9F" w:rsidRPr="0008084F" w:rsidRDefault="0067675C">
            <w:pPr>
              <w:spacing w:after="0"/>
            </w:pPr>
            <w:r w:rsidRPr="0008084F">
              <w:t> </w:t>
            </w:r>
          </w:p>
        </w:tc>
      </w:tr>
    </w:tbl>
    <w:p w14:paraId="70BB3815"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59AB53F2" w14:textId="77777777">
        <w:tc>
          <w:tcPr>
            <w:tcW w:w="9800" w:type="dxa"/>
            <w:shd w:val="clear" w:color="auto" w:fill="009B4A"/>
            <w:tcMar>
              <w:top w:w="90" w:type="dxa"/>
              <w:left w:w="120" w:type="dxa"/>
              <w:bottom w:w="90" w:type="dxa"/>
              <w:right w:w="120" w:type="dxa"/>
            </w:tcMar>
            <w:vAlign w:val="center"/>
          </w:tcPr>
          <w:p w14:paraId="59638327" w14:textId="77777777" w:rsidR="00471D9F" w:rsidRPr="0008084F" w:rsidRDefault="0067675C">
            <w:pPr>
              <w:spacing w:after="0"/>
            </w:pPr>
            <w:r w:rsidRPr="0008084F">
              <w:rPr>
                <w:b/>
                <w:color w:val="FFFFFF"/>
                <w:sz w:val="23"/>
              </w:rPr>
              <w:t>2. IDENTIFICATION DU PARTENAIRE</w:t>
            </w:r>
          </w:p>
        </w:tc>
      </w:tr>
    </w:tbl>
    <w:p w14:paraId="1CC05085"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2700"/>
        <w:gridCol w:w="7100"/>
      </w:tblGrid>
      <w:tr w:rsidR="00471D9F" w:rsidRPr="0008084F" w14:paraId="58858B34" w14:textId="77777777">
        <w:tc>
          <w:tcPr>
            <w:tcW w:w="2700" w:type="dxa"/>
            <w:shd w:val="clear" w:color="auto" w:fill="F1F3F4"/>
            <w:tcMar>
              <w:top w:w="90" w:type="dxa"/>
              <w:left w:w="120" w:type="dxa"/>
              <w:bottom w:w="90" w:type="dxa"/>
              <w:right w:w="120" w:type="dxa"/>
            </w:tcMar>
            <w:vAlign w:val="center"/>
          </w:tcPr>
          <w:p w14:paraId="18DDBD7C" w14:textId="77777777" w:rsidR="00471D9F" w:rsidRPr="0008084F" w:rsidRDefault="0067675C">
            <w:pPr>
              <w:spacing w:after="0"/>
            </w:pPr>
            <w:r w:rsidRPr="0008084F">
              <w:rPr>
                <w:b/>
                <w:sz w:val="19"/>
              </w:rPr>
              <w:t>Raison sociale</w:t>
            </w:r>
          </w:p>
        </w:tc>
        <w:tc>
          <w:tcPr>
            <w:tcW w:w="7100" w:type="dxa"/>
            <w:shd w:val="clear" w:color="auto" w:fill="F5FBF7"/>
            <w:tcMar>
              <w:top w:w="90" w:type="dxa"/>
              <w:left w:w="120" w:type="dxa"/>
              <w:bottom w:w="90" w:type="dxa"/>
              <w:right w:w="120" w:type="dxa"/>
            </w:tcMar>
            <w:vAlign w:val="center"/>
          </w:tcPr>
          <w:p w14:paraId="0DBAF63F" w14:textId="77777777" w:rsidR="00471D9F" w:rsidRPr="0008084F" w:rsidRDefault="0067675C">
            <w:pPr>
              <w:spacing w:after="0"/>
            </w:pPr>
            <w:r w:rsidRPr="0008084F">
              <w:t> </w:t>
            </w:r>
          </w:p>
        </w:tc>
      </w:tr>
      <w:tr w:rsidR="00471D9F" w:rsidRPr="0008084F" w14:paraId="32756758" w14:textId="77777777">
        <w:tc>
          <w:tcPr>
            <w:tcW w:w="2700" w:type="dxa"/>
            <w:shd w:val="clear" w:color="auto" w:fill="F1F3F4"/>
            <w:tcMar>
              <w:top w:w="90" w:type="dxa"/>
              <w:left w:w="120" w:type="dxa"/>
              <w:bottom w:w="90" w:type="dxa"/>
              <w:right w:w="120" w:type="dxa"/>
            </w:tcMar>
            <w:vAlign w:val="center"/>
          </w:tcPr>
          <w:p w14:paraId="163A2C33" w14:textId="77777777" w:rsidR="00471D9F" w:rsidRPr="0008084F" w:rsidRDefault="0067675C">
            <w:pPr>
              <w:spacing w:after="0"/>
            </w:pPr>
            <w:r w:rsidRPr="0008084F">
              <w:rPr>
                <w:b/>
                <w:sz w:val="19"/>
              </w:rPr>
              <w:t>SIRET</w:t>
            </w:r>
          </w:p>
        </w:tc>
        <w:tc>
          <w:tcPr>
            <w:tcW w:w="7100" w:type="dxa"/>
            <w:shd w:val="clear" w:color="auto" w:fill="F5FBF7"/>
            <w:tcMar>
              <w:top w:w="90" w:type="dxa"/>
              <w:left w:w="120" w:type="dxa"/>
              <w:bottom w:w="90" w:type="dxa"/>
              <w:right w:w="120" w:type="dxa"/>
            </w:tcMar>
            <w:vAlign w:val="center"/>
          </w:tcPr>
          <w:p w14:paraId="50BE5FFE" w14:textId="77777777" w:rsidR="00471D9F" w:rsidRPr="0008084F" w:rsidRDefault="0067675C">
            <w:pPr>
              <w:spacing w:after="0"/>
            </w:pPr>
            <w:r w:rsidRPr="0008084F">
              <w:t> </w:t>
            </w:r>
          </w:p>
        </w:tc>
      </w:tr>
      <w:tr w:rsidR="00471D9F" w:rsidRPr="0008084F" w14:paraId="5CA9E58D" w14:textId="77777777">
        <w:tc>
          <w:tcPr>
            <w:tcW w:w="2700" w:type="dxa"/>
            <w:shd w:val="clear" w:color="auto" w:fill="F1F3F4"/>
            <w:tcMar>
              <w:top w:w="90" w:type="dxa"/>
              <w:left w:w="120" w:type="dxa"/>
              <w:bottom w:w="90" w:type="dxa"/>
              <w:right w:w="120" w:type="dxa"/>
            </w:tcMar>
            <w:vAlign w:val="center"/>
          </w:tcPr>
          <w:p w14:paraId="5D0A6D2A" w14:textId="77777777" w:rsidR="00471D9F" w:rsidRPr="0008084F" w:rsidRDefault="0067675C">
            <w:pPr>
              <w:spacing w:after="0"/>
            </w:pPr>
            <w:r w:rsidRPr="0008084F">
              <w:rPr>
                <w:b/>
                <w:sz w:val="19"/>
              </w:rPr>
              <w:t>Statut juridique</w:t>
            </w:r>
          </w:p>
        </w:tc>
        <w:tc>
          <w:tcPr>
            <w:tcW w:w="7100" w:type="dxa"/>
            <w:shd w:val="clear" w:color="auto" w:fill="F5FBF7"/>
            <w:tcMar>
              <w:top w:w="90" w:type="dxa"/>
              <w:left w:w="120" w:type="dxa"/>
              <w:bottom w:w="90" w:type="dxa"/>
              <w:right w:w="120" w:type="dxa"/>
            </w:tcMar>
            <w:vAlign w:val="center"/>
          </w:tcPr>
          <w:p w14:paraId="740AC80F" w14:textId="77777777" w:rsidR="00471D9F" w:rsidRPr="0008084F" w:rsidRDefault="0067675C">
            <w:pPr>
              <w:spacing w:after="0"/>
            </w:pPr>
            <w:r w:rsidRPr="0008084F">
              <w:t> </w:t>
            </w:r>
          </w:p>
        </w:tc>
      </w:tr>
      <w:tr w:rsidR="00471D9F" w:rsidRPr="0008084F" w14:paraId="370BDE3A" w14:textId="77777777">
        <w:tc>
          <w:tcPr>
            <w:tcW w:w="2700" w:type="dxa"/>
            <w:shd w:val="clear" w:color="auto" w:fill="F1F3F4"/>
            <w:tcMar>
              <w:top w:w="90" w:type="dxa"/>
              <w:left w:w="120" w:type="dxa"/>
              <w:bottom w:w="90" w:type="dxa"/>
              <w:right w:w="120" w:type="dxa"/>
            </w:tcMar>
            <w:vAlign w:val="center"/>
          </w:tcPr>
          <w:p w14:paraId="7CD84708" w14:textId="77777777" w:rsidR="00471D9F" w:rsidRPr="0008084F" w:rsidRDefault="0067675C">
            <w:pPr>
              <w:spacing w:after="0"/>
            </w:pPr>
            <w:r w:rsidRPr="0008084F">
              <w:rPr>
                <w:b/>
                <w:sz w:val="19"/>
              </w:rPr>
              <w:t>Adresse</w:t>
            </w:r>
          </w:p>
        </w:tc>
        <w:tc>
          <w:tcPr>
            <w:tcW w:w="7100" w:type="dxa"/>
            <w:shd w:val="clear" w:color="auto" w:fill="F5FBF7"/>
            <w:tcMar>
              <w:top w:w="90" w:type="dxa"/>
              <w:left w:w="120" w:type="dxa"/>
              <w:bottom w:w="90" w:type="dxa"/>
              <w:right w:w="120" w:type="dxa"/>
            </w:tcMar>
            <w:vAlign w:val="center"/>
          </w:tcPr>
          <w:p w14:paraId="102A04EE" w14:textId="77777777" w:rsidR="00471D9F" w:rsidRPr="0008084F" w:rsidRDefault="0067675C">
            <w:pPr>
              <w:spacing w:after="0"/>
            </w:pPr>
            <w:r w:rsidRPr="0008084F">
              <w:t> </w:t>
            </w:r>
          </w:p>
        </w:tc>
      </w:tr>
      <w:tr w:rsidR="00471D9F" w:rsidRPr="0008084F" w14:paraId="0B1F368B" w14:textId="77777777">
        <w:tc>
          <w:tcPr>
            <w:tcW w:w="2700" w:type="dxa"/>
            <w:shd w:val="clear" w:color="auto" w:fill="F1F3F4"/>
            <w:tcMar>
              <w:top w:w="90" w:type="dxa"/>
              <w:left w:w="120" w:type="dxa"/>
              <w:bottom w:w="90" w:type="dxa"/>
              <w:right w:w="120" w:type="dxa"/>
            </w:tcMar>
            <w:vAlign w:val="center"/>
          </w:tcPr>
          <w:p w14:paraId="5D5920A6" w14:textId="77777777" w:rsidR="00471D9F" w:rsidRPr="0008084F" w:rsidRDefault="0067675C">
            <w:pPr>
              <w:spacing w:after="0"/>
            </w:pPr>
            <w:r w:rsidRPr="0008084F">
              <w:rPr>
                <w:b/>
                <w:sz w:val="19"/>
              </w:rPr>
              <w:t>Représentant légal</w:t>
            </w:r>
          </w:p>
        </w:tc>
        <w:tc>
          <w:tcPr>
            <w:tcW w:w="7100" w:type="dxa"/>
            <w:shd w:val="clear" w:color="auto" w:fill="F5FBF7"/>
            <w:tcMar>
              <w:top w:w="90" w:type="dxa"/>
              <w:left w:w="120" w:type="dxa"/>
              <w:bottom w:w="90" w:type="dxa"/>
              <w:right w:w="120" w:type="dxa"/>
            </w:tcMar>
            <w:vAlign w:val="center"/>
          </w:tcPr>
          <w:p w14:paraId="3F466861" w14:textId="77777777" w:rsidR="00471D9F" w:rsidRPr="0008084F" w:rsidRDefault="0067675C">
            <w:pPr>
              <w:spacing w:after="0"/>
            </w:pPr>
            <w:r w:rsidRPr="0008084F">
              <w:t> </w:t>
            </w:r>
          </w:p>
        </w:tc>
      </w:tr>
      <w:tr w:rsidR="00471D9F" w:rsidRPr="0008084F" w14:paraId="5188A203" w14:textId="77777777">
        <w:tc>
          <w:tcPr>
            <w:tcW w:w="2700" w:type="dxa"/>
            <w:shd w:val="clear" w:color="auto" w:fill="F1F3F4"/>
            <w:tcMar>
              <w:top w:w="90" w:type="dxa"/>
              <w:left w:w="120" w:type="dxa"/>
              <w:bottom w:w="90" w:type="dxa"/>
              <w:right w:w="120" w:type="dxa"/>
            </w:tcMar>
            <w:vAlign w:val="center"/>
          </w:tcPr>
          <w:p w14:paraId="477C3C27" w14:textId="77777777" w:rsidR="00471D9F" w:rsidRPr="0008084F" w:rsidRDefault="0067675C">
            <w:pPr>
              <w:spacing w:after="0"/>
            </w:pPr>
            <w:r w:rsidRPr="0008084F">
              <w:rPr>
                <w:b/>
                <w:sz w:val="19"/>
              </w:rPr>
              <w:t>Contact opérationnel</w:t>
            </w:r>
          </w:p>
        </w:tc>
        <w:tc>
          <w:tcPr>
            <w:tcW w:w="7100" w:type="dxa"/>
            <w:shd w:val="clear" w:color="auto" w:fill="F5FBF7"/>
            <w:tcMar>
              <w:top w:w="90" w:type="dxa"/>
              <w:left w:w="120" w:type="dxa"/>
              <w:bottom w:w="90" w:type="dxa"/>
              <w:right w:w="120" w:type="dxa"/>
            </w:tcMar>
            <w:vAlign w:val="center"/>
          </w:tcPr>
          <w:p w14:paraId="041C6CDA" w14:textId="77777777" w:rsidR="00471D9F" w:rsidRPr="0008084F" w:rsidRDefault="0067675C">
            <w:pPr>
              <w:spacing w:after="0"/>
            </w:pPr>
            <w:r w:rsidRPr="0008084F">
              <w:t> </w:t>
            </w:r>
          </w:p>
        </w:tc>
      </w:tr>
      <w:tr w:rsidR="00471D9F" w:rsidRPr="0008084F" w14:paraId="75A954D4" w14:textId="77777777">
        <w:tc>
          <w:tcPr>
            <w:tcW w:w="2700" w:type="dxa"/>
            <w:shd w:val="clear" w:color="auto" w:fill="F1F3F4"/>
            <w:tcMar>
              <w:top w:w="90" w:type="dxa"/>
              <w:left w:w="120" w:type="dxa"/>
              <w:bottom w:w="90" w:type="dxa"/>
              <w:right w:w="120" w:type="dxa"/>
            </w:tcMar>
            <w:vAlign w:val="center"/>
          </w:tcPr>
          <w:p w14:paraId="01BC3D7D" w14:textId="77777777" w:rsidR="00471D9F" w:rsidRPr="0008084F" w:rsidRDefault="0067675C">
            <w:pPr>
              <w:spacing w:after="0"/>
            </w:pPr>
            <w:r w:rsidRPr="0008084F">
              <w:rPr>
                <w:b/>
                <w:sz w:val="19"/>
              </w:rPr>
              <w:t>Téléphone et courriel</w:t>
            </w:r>
          </w:p>
        </w:tc>
        <w:tc>
          <w:tcPr>
            <w:tcW w:w="7100" w:type="dxa"/>
            <w:shd w:val="clear" w:color="auto" w:fill="F5FBF7"/>
            <w:tcMar>
              <w:top w:w="90" w:type="dxa"/>
              <w:left w:w="120" w:type="dxa"/>
              <w:bottom w:w="90" w:type="dxa"/>
              <w:right w:w="120" w:type="dxa"/>
            </w:tcMar>
            <w:vAlign w:val="center"/>
          </w:tcPr>
          <w:p w14:paraId="2D8F8335" w14:textId="77777777" w:rsidR="00471D9F" w:rsidRPr="0008084F" w:rsidRDefault="0067675C">
            <w:pPr>
              <w:spacing w:after="0"/>
            </w:pPr>
            <w:r w:rsidRPr="0008084F">
              <w:t> </w:t>
            </w:r>
          </w:p>
        </w:tc>
      </w:tr>
    </w:tbl>
    <w:p w14:paraId="64C758C5"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3C9D6E56" w14:textId="77777777">
        <w:tc>
          <w:tcPr>
            <w:tcW w:w="9800" w:type="dxa"/>
            <w:shd w:val="clear" w:color="auto" w:fill="009B4A"/>
            <w:tcMar>
              <w:top w:w="90" w:type="dxa"/>
              <w:left w:w="120" w:type="dxa"/>
              <w:bottom w:w="90" w:type="dxa"/>
              <w:right w:w="120" w:type="dxa"/>
            </w:tcMar>
            <w:vAlign w:val="center"/>
          </w:tcPr>
          <w:p w14:paraId="4EA5759A" w14:textId="77777777" w:rsidR="00471D9F" w:rsidRPr="0008084F" w:rsidRDefault="0067675C">
            <w:pPr>
              <w:keepNext/>
              <w:pageBreakBefore/>
              <w:spacing w:after="0"/>
            </w:pPr>
            <w:r w:rsidRPr="0008084F">
              <w:rPr>
                <w:b/>
                <w:color w:val="FFFFFF"/>
                <w:sz w:val="23"/>
              </w:rPr>
              <w:lastRenderedPageBreak/>
              <w:t>3. RÔLE ET ENGAGEMENTS</w:t>
            </w:r>
          </w:p>
        </w:tc>
      </w:tr>
    </w:tbl>
    <w:p w14:paraId="7E9EA777"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2BAE8C63" w14:textId="77777777">
        <w:trPr>
          <w:cantSplit/>
        </w:trPr>
        <w:tc>
          <w:tcPr>
            <w:tcW w:w="9800" w:type="dxa"/>
            <w:shd w:val="clear" w:color="auto" w:fill="F1F3F4"/>
            <w:tcMar>
              <w:top w:w="90" w:type="dxa"/>
              <w:left w:w="120" w:type="dxa"/>
              <w:bottom w:w="90" w:type="dxa"/>
              <w:right w:w="120" w:type="dxa"/>
            </w:tcMar>
            <w:vAlign w:val="center"/>
          </w:tcPr>
          <w:p w14:paraId="278B7259" w14:textId="77777777" w:rsidR="00471D9F" w:rsidRPr="0008084F" w:rsidRDefault="0067675C">
            <w:pPr>
              <w:keepNext/>
              <w:spacing w:after="0"/>
            </w:pPr>
            <w:r w:rsidRPr="0008084F">
              <w:rPr>
                <w:b/>
                <w:sz w:val="19"/>
              </w:rPr>
              <w:t>Rôle du partenaire dans le projet</w:t>
            </w:r>
          </w:p>
        </w:tc>
      </w:tr>
      <w:tr w:rsidR="00471D9F" w:rsidRPr="0008084F" w14:paraId="73A0E8F3" w14:textId="77777777">
        <w:trPr>
          <w:cantSplit/>
        </w:trPr>
        <w:tc>
          <w:tcPr>
            <w:tcW w:w="9800" w:type="dxa"/>
            <w:shd w:val="clear" w:color="auto" w:fill="F5FBF7"/>
            <w:tcMar>
              <w:top w:w="90" w:type="dxa"/>
              <w:left w:w="120" w:type="dxa"/>
              <w:bottom w:w="90" w:type="dxa"/>
              <w:right w:w="120" w:type="dxa"/>
            </w:tcMar>
            <w:vAlign w:val="center"/>
          </w:tcPr>
          <w:p w14:paraId="624C7373" w14:textId="77777777" w:rsidR="00471D9F" w:rsidRPr="0008084F" w:rsidRDefault="0067675C">
            <w:pPr>
              <w:spacing w:after="100"/>
            </w:pPr>
            <w:r w:rsidRPr="0008084F">
              <w:t> </w:t>
            </w:r>
          </w:p>
          <w:p w14:paraId="29F5F98A" w14:textId="77777777" w:rsidR="00471D9F" w:rsidRPr="0008084F" w:rsidRDefault="0067675C">
            <w:pPr>
              <w:spacing w:after="100"/>
            </w:pPr>
            <w:r w:rsidRPr="0008084F">
              <w:t> </w:t>
            </w:r>
          </w:p>
          <w:p w14:paraId="5C72F926" w14:textId="77777777" w:rsidR="00471D9F" w:rsidRPr="0008084F" w:rsidRDefault="0067675C">
            <w:pPr>
              <w:spacing w:after="100"/>
            </w:pPr>
            <w:r w:rsidRPr="0008084F">
              <w:t> </w:t>
            </w:r>
          </w:p>
          <w:p w14:paraId="41CD14BA" w14:textId="77777777" w:rsidR="00471D9F" w:rsidRPr="0008084F" w:rsidRDefault="0067675C">
            <w:pPr>
              <w:spacing w:after="100"/>
            </w:pPr>
            <w:r w:rsidRPr="0008084F">
              <w:t> </w:t>
            </w:r>
          </w:p>
        </w:tc>
      </w:tr>
    </w:tbl>
    <w:p w14:paraId="7F15BA1E"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23788F3E" w14:textId="77777777">
        <w:trPr>
          <w:cantSplit/>
        </w:trPr>
        <w:tc>
          <w:tcPr>
            <w:tcW w:w="9800" w:type="dxa"/>
            <w:shd w:val="clear" w:color="auto" w:fill="F1F3F4"/>
            <w:tcMar>
              <w:top w:w="90" w:type="dxa"/>
              <w:left w:w="120" w:type="dxa"/>
              <w:bottom w:w="90" w:type="dxa"/>
              <w:right w:w="120" w:type="dxa"/>
            </w:tcMar>
            <w:vAlign w:val="center"/>
          </w:tcPr>
          <w:p w14:paraId="7F921D3C" w14:textId="77777777" w:rsidR="00471D9F" w:rsidRPr="0008084F" w:rsidRDefault="0067675C">
            <w:pPr>
              <w:keepNext/>
              <w:spacing w:after="0"/>
            </w:pPr>
            <w:r w:rsidRPr="0008084F">
              <w:rPr>
                <w:b/>
                <w:sz w:val="19"/>
              </w:rPr>
              <w:t>Actions dont le partenaire est responsable ou auxquelles il contribue</w:t>
            </w:r>
          </w:p>
        </w:tc>
      </w:tr>
      <w:tr w:rsidR="00471D9F" w:rsidRPr="0008084F" w14:paraId="1BA68716" w14:textId="77777777">
        <w:trPr>
          <w:cantSplit/>
        </w:trPr>
        <w:tc>
          <w:tcPr>
            <w:tcW w:w="9800" w:type="dxa"/>
            <w:shd w:val="clear" w:color="auto" w:fill="F5FBF7"/>
            <w:tcMar>
              <w:top w:w="90" w:type="dxa"/>
              <w:left w:w="120" w:type="dxa"/>
              <w:bottom w:w="90" w:type="dxa"/>
              <w:right w:w="120" w:type="dxa"/>
            </w:tcMar>
            <w:vAlign w:val="center"/>
          </w:tcPr>
          <w:p w14:paraId="631C0E85" w14:textId="77777777" w:rsidR="00471D9F" w:rsidRPr="0008084F" w:rsidRDefault="0067675C">
            <w:pPr>
              <w:spacing w:after="100"/>
            </w:pPr>
            <w:r w:rsidRPr="0008084F">
              <w:t> </w:t>
            </w:r>
          </w:p>
          <w:p w14:paraId="4665EBB8" w14:textId="77777777" w:rsidR="00471D9F" w:rsidRPr="0008084F" w:rsidRDefault="0067675C">
            <w:pPr>
              <w:spacing w:after="100"/>
            </w:pPr>
            <w:r w:rsidRPr="0008084F">
              <w:t> </w:t>
            </w:r>
          </w:p>
          <w:p w14:paraId="4F10BECB" w14:textId="77777777" w:rsidR="00471D9F" w:rsidRPr="0008084F" w:rsidRDefault="0067675C">
            <w:pPr>
              <w:spacing w:after="100"/>
            </w:pPr>
            <w:r w:rsidRPr="0008084F">
              <w:t> </w:t>
            </w:r>
          </w:p>
          <w:p w14:paraId="5074607D" w14:textId="77777777" w:rsidR="00471D9F" w:rsidRPr="0008084F" w:rsidRDefault="0067675C">
            <w:pPr>
              <w:spacing w:after="100"/>
            </w:pPr>
            <w:r w:rsidRPr="0008084F">
              <w:t> </w:t>
            </w:r>
          </w:p>
        </w:tc>
      </w:tr>
    </w:tbl>
    <w:p w14:paraId="5E990B24"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20BA161C" w14:textId="77777777">
        <w:trPr>
          <w:cantSplit/>
        </w:trPr>
        <w:tc>
          <w:tcPr>
            <w:tcW w:w="9800" w:type="dxa"/>
            <w:shd w:val="clear" w:color="auto" w:fill="F1F3F4"/>
            <w:tcMar>
              <w:top w:w="90" w:type="dxa"/>
              <w:left w:w="120" w:type="dxa"/>
              <w:bottom w:w="90" w:type="dxa"/>
              <w:right w:w="120" w:type="dxa"/>
            </w:tcMar>
            <w:vAlign w:val="center"/>
          </w:tcPr>
          <w:p w14:paraId="304D4E1A" w14:textId="77777777" w:rsidR="00471D9F" w:rsidRPr="0008084F" w:rsidRDefault="0067675C">
            <w:pPr>
              <w:keepNext/>
              <w:spacing w:after="0"/>
            </w:pPr>
            <w:r w:rsidRPr="0008084F">
              <w:rPr>
                <w:b/>
                <w:sz w:val="19"/>
              </w:rPr>
              <w:t>Moyens humains, techniques ou financiers mobilisés</w:t>
            </w:r>
          </w:p>
        </w:tc>
      </w:tr>
      <w:tr w:rsidR="00471D9F" w:rsidRPr="0008084F" w14:paraId="25594F6E" w14:textId="77777777">
        <w:trPr>
          <w:cantSplit/>
        </w:trPr>
        <w:tc>
          <w:tcPr>
            <w:tcW w:w="9800" w:type="dxa"/>
            <w:shd w:val="clear" w:color="auto" w:fill="F5FBF7"/>
            <w:tcMar>
              <w:top w:w="90" w:type="dxa"/>
              <w:left w:w="120" w:type="dxa"/>
              <w:bottom w:w="90" w:type="dxa"/>
              <w:right w:w="120" w:type="dxa"/>
            </w:tcMar>
            <w:vAlign w:val="center"/>
          </w:tcPr>
          <w:p w14:paraId="1DEF01C5" w14:textId="77777777" w:rsidR="00471D9F" w:rsidRPr="0008084F" w:rsidRDefault="0067675C">
            <w:pPr>
              <w:spacing w:after="100"/>
            </w:pPr>
            <w:r w:rsidRPr="0008084F">
              <w:t> </w:t>
            </w:r>
          </w:p>
          <w:p w14:paraId="7523B4FC" w14:textId="77777777" w:rsidR="00471D9F" w:rsidRPr="0008084F" w:rsidRDefault="0067675C">
            <w:pPr>
              <w:spacing w:after="100"/>
            </w:pPr>
            <w:r w:rsidRPr="0008084F">
              <w:t> </w:t>
            </w:r>
          </w:p>
          <w:p w14:paraId="75E32041" w14:textId="77777777" w:rsidR="00471D9F" w:rsidRPr="0008084F" w:rsidRDefault="0067675C">
            <w:pPr>
              <w:spacing w:after="100"/>
            </w:pPr>
            <w:r w:rsidRPr="0008084F">
              <w:t> </w:t>
            </w:r>
          </w:p>
        </w:tc>
      </w:tr>
    </w:tbl>
    <w:p w14:paraId="6E490580"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76849BCA" w14:textId="77777777">
        <w:trPr>
          <w:cantSplit/>
        </w:trPr>
        <w:tc>
          <w:tcPr>
            <w:tcW w:w="9800" w:type="dxa"/>
            <w:shd w:val="clear" w:color="auto" w:fill="F1F3F4"/>
            <w:tcMar>
              <w:top w:w="90" w:type="dxa"/>
              <w:left w:w="120" w:type="dxa"/>
              <w:bottom w:w="90" w:type="dxa"/>
              <w:right w:w="120" w:type="dxa"/>
            </w:tcMar>
            <w:vAlign w:val="center"/>
          </w:tcPr>
          <w:p w14:paraId="0264F7D7" w14:textId="77777777" w:rsidR="00471D9F" w:rsidRPr="0008084F" w:rsidRDefault="0067675C">
            <w:pPr>
              <w:keepNext/>
              <w:spacing w:after="0"/>
            </w:pPr>
            <w:r w:rsidRPr="0008084F">
              <w:rPr>
                <w:b/>
                <w:sz w:val="19"/>
              </w:rPr>
              <w:t>Résultats et livrables attendus du partenaire</w:t>
            </w:r>
          </w:p>
        </w:tc>
      </w:tr>
      <w:tr w:rsidR="00471D9F" w:rsidRPr="0008084F" w14:paraId="49048288" w14:textId="77777777">
        <w:trPr>
          <w:cantSplit/>
        </w:trPr>
        <w:tc>
          <w:tcPr>
            <w:tcW w:w="9800" w:type="dxa"/>
            <w:shd w:val="clear" w:color="auto" w:fill="F5FBF7"/>
            <w:tcMar>
              <w:top w:w="90" w:type="dxa"/>
              <w:left w:w="120" w:type="dxa"/>
              <w:bottom w:w="90" w:type="dxa"/>
              <w:right w:w="120" w:type="dxa"/>
            </w:tcMar>
            <w:vAlign w:val="center"/>
          </w:tcPr>
          <w:p w14:paraId="5859866D" w14:textId="77777777" w:rsidR="00471D9F" w:rsidRPr="0008084F" w:rsidRDefault="0067675C">
            <w:pPr>
              <w:spacing w:after="100"/>
            </w:pPr>
            <w:r w:rsidRPr="0008084F">
              <w:t> </w:t>
            </w:r>
          </w:p>
          <w:p w14:paraId="7D86DFAE" w14:textId="77777777" w:rsidR="00471D9F" w:rsidRPr="0008084F" w:rsidRDefault="0067675C">
            <w:pPr>
              <w:spacing w:after="100"/>
            </w:pPr>
            <w:r w:rsidRPr="0008084F">
              <w:t> </w:t>
            </w:r>
          </w:p>
          <w:p w14:paraId="3A401F7B" w14:textId="77777777" w:rsidR="00471D9F" w:rsidRPr="0008084F" w:rsidRDefault="0067675C">
            <w:pPr>
              <w:spacing w:after="100"/>
            </w:pPr>
            <w:r w:rsidRPr="0008084F">
              <w:t> </w:t>
            </w:r>
          </w:p>
        </w:tc>
      </w:tr>
    </w:tbl>
    <w:p w14:paraId="4D1074DF"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0BF10CE4" w14:textId="77777777">
        <w:trPr>
          <w:cantSplit/>
        </w:trPr>
        <w:tc>
          <w:tcPr>
            <w:tcW w:w="9800" w:type="dxa"/>
            <w:shd w:val="clear" w:color="auto" w:fill="F1F3F4"/>
            <w:tcMar>
              <w:top w:w="90" w:type="dxa"/>
              <w:left w:w="120" w:type="dxa"/>
              <w:bottom w:w="90" w:type="dxa"/>
              <w:right w:w="120" w:type="dxa"/>
            </w:tcMar>
            <w:vAlign w:val="center"/>
          </w:tcPr>
          <w:p w14:paraId="0B606435" w14:textId="77777777" w:rsidR="00471D9F" w:rsidRPr="0008084F" w:rsidRDefault="0067675C">
            <w:pPr>
              <w:keepNext/>
              <w:spacing w:after="0"/>
            </w:pPr>
            <w:r w:rsidRPr="0008084F">
              <w:rPr>
                <w:b/>
                <w:sz w:val="19"/>
              </w:rPr>
              <w:t>Nature et durée de l’engagement avec les autres acteurs</w:t>
            </w:r>
          </w:p>
        </w:tc>
      </w:tr>
      <w:tr w:rsidR="00471D9F" w:rsidRPr="0008084F" w14:paraId="4804EAA0" w14:textId="77777777">
        <w:trPr>
          <w:cantSplit/>
        </w:trPr>
        <w:tc>
          <w:tcPr>
            <w:tcW w:w="9800" w:type="dxa"/>
            <w:shd w:val="clear" w:color="auto" w:fill="F5FBF7"/>
            <w:tcMar>
              <w:top w:w="90" w:type="dxa"/>
              <w:left w:w="120" w:type="dxa"/>
              <w:bottom w:w="90" w:type="dxa"/>
              <w:right w:w="120" w:type="dxa"/>
            </w:tcMar>
            <w:vAlign w:val="center"/>
          </w:tcPr>
          <w:p w14:paraId="39882CD1" w14:textId="77777777" w:rsidR="00471D9F" w:rsidRPr="0008084F" w:rsidRDefault="0067675C">
            <w:pPr>
              <w:spacing w:after="100"/>
            </w:pPr>
            <w:r w:rsidRPr="0008084F">
              <w:t> </w:t>
            </w:r>
          </w:p>
          <w:p w14:paraId="382C2B4A" w14:textId="77777777" w:rsidR="00471D9F" w:rsidRPr="0008084F" w:rsidRDefault="0067675C">
            <w:pPr>
              <w:spacing w:after="100"/>
            </w:pPr>
            <w:r w:rsidRPr="0008084F">
              <w:t> </w:t>
            </w:r>
          </w:p>
          <w:p w14:paraId="118575CD" w14:textId="77777777" w:rsidR="00471D9F" w:rsidRPr="0008084F" w:rsidRDefault="0067675C">
            <w:pPr>
              <w:spacing w:after="100"/>
            </w:pPr>
            <w:r w:rsidRPr="0008084F">
              <w:t> </w:t>
            </w:r>
          </w:p>
        </w:tc>
      </w:tr>
    </w:tbl>
    <w:p w14:paraId="7FA9DBF4"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9800"/>
      </w:tblGrid>
      <w:tr w:rsidR="00471D9F" w:rsidRPr="0008084F" w14:paraId="616EFE35" w14:textId="77777777">
        <w:tc>
          <w:tcPr>
            <w:tcW w:w="9800" w:type="dxa"/>
            <w:shd w:val="clear" w:color="auto" w:fill="009B4A"/>
            <w:tcMar>
              <w:top w:w="90" w:type="dxa"/>
              <w:left w:w="120" w:type="dxa"/>
              <w:bottom w:w="90" w:type="dxa"/>
              <w:right w:w="120" w:type="dxa"/>
            </w:tcMar>
            <w:vAlign w:val="center"/>
          </w:tcPr>
          <w:p w14:paraId="32682C0F" w14:textId="6E6B0260" w:rsidR="00471D9F" w:rsidRPr="0008084F" w:rsidRDefault="00D07705">
            <w:pPr>
              <w:spacing w:after="0"/>
            </w:pPr>
            <w:r w:rsidRPr="0008084F">
              <w:rPr>
                <w:b/>
                <w:color w:val="FFFFFF"/>
                <w:sz w:val="23"/>
              </w:rPr>
              <w:t>4. CONTRIBUTION DU PARTENAIRE ASSOCIÉ</w:t>
            </w:r>
          </w:p>
        </w:tc>
      </w:tr>
    </w:tbl>
    <w:p w14:paraId="7A1B3162" w14:textId="77777777" w:rsidR="00471D9F" w:rsidRPr="0008084F" w:rsidRDefault="00471D9F">
      <w:pPr>
        <w:spacing w:after="0"/>
      </w:pPr>
    </w:p>
    <w:tbl>
      <w:tblPr>
        <w:tblW w:w="9800" w:type="dxa"/>
        <w:tblInd w:w="120" w:type="dxa"/>
        <w:tblLayout w:type="fixed"/>
        <w:tblLook w:val="04A0" w:firstRow="1" w:lastRow="0" w:firstColumn="1" w:lastColumn="0" w:noHBand="0" w:noVBand="1"/>
      </w:tblPr>
      <w:tblGrid>
        <w:gridCol w:w="2700"/>
        <w:gridCol w:w="7100"/>
      </w:tblGrid>
      <w:tr w:rsidR="00471D9F" w:rsidRPr="0008084F" w14:paraId="22553856" w14:textId="77777777">
        <w:trPr>
          <w:cantSplit/>
        </w:trPr>
        <w:tc>
          <w:tcPr>
            <w:tcW w:w="2700" w:type="dxa"/>
            <w:shd w:val="clear" w:color="auto" w:fill="F1F3F4"/>
            <w:tcMar>
              <w:top w:w="90" w:type="dxa"/>
              <w:left w:w="120" w:type="dxa"/>
              <w:bottom w:w="90" w:type="dxa"/>
              <w:right w:w="120" w:type="dxa"/>
            </w:tcMar>
            <w:vAlign w:val="center"/>
          </w:tcPr>
          <w:p w14:paraId="00427FA8" w14:textId="098A2A9F" w:rsidR="00471D9F" w:rsidRPr="0008084F" w:rsidRDefault="00D07705">
            <w:pPr>
              <w:spacing w:after="0"/>
              <w:rPr>
                <w:b/>
                <w:sz w:val="19"/>
              </w:rPr>
            </w:pPr>
            <w:r w:rsidRPr="0008084F">
              <w:rPr>
                <w:b/>
                <w:sz w:val="19"/>
              </w:rPr>
              <w:t>Nature de la contribution</w:t>
            </w:r>
          </w:p>
        </w:tc>
        <w:tc>
          <w:tcPr>
            <w:tcW w:w="7100" w:type="dxa"/>
            <w:shd w:val="clear" w:color="auto" w:fill="F5FBF7"/>
            <w:tcMar>
              <w:top w:w="90" w:type="dxa"/>
              <w:left w:w="120" w:type="dxa"/>
              <w:bottom w:w="90" w:type="dxa"/>
              <w:right w:w="120" w:type="dxa"/>
            </w:tcMar>
            <w:vAlign w:val="center"/>
          </w:tcPr>
          <w:p w14:paraId="1227F7AC" w14:textId="77777777" w:rsidR="00471D9F" w:rsidRPr="0008084F" w:rsidRDefault="0067675C">
            <w:pPr>
              <w:spacing w:after="0"/>
            </w:pPr>
            <w:r w:rsidRPr="0008084F">
              <w:t> </w:t>
            </w:r>
          </w:p>
        </w:tc>
      </w:tr>
      <w:tr w:rsidR="00471D9F" w:rsidRPr="0008084F" w14:paraId="6FA21607" w14:textId="77777777">
        <w:trPr>
          <w:cantSplit/>
        </w:trPr>
        <w:tc>
          <w:tcPr>
            <w:tcW w:w="2700" w:type="dxa"/>
            <w:shd w:val="clear" w:color="auto" w:fill="F1F3F4"/>
            <w:tcMar>
              <w:top w:w="90" w:type="dxa"/>
              <w:left w:w="120" w:type="dxa"/>
              <w:bottom w:w="90" w:type="dxa"/>
              <w:right w:w="120" w:type="dxa"/>
            </w:tcMar>
            <w:vAlign w:val="center"/>
          </w:tcPr>
          <w:p w14:paraId="3A5EFB96" w14:textId="7F88303C" w:rsidR="00471D9F" w:rsidRPr="0008084F" w:rsidRDefault="00D07705">
            <w:pPr>
              <w:spacing w:after="0"/>
              <w:rPr>
                <w:b/>
                <w:sz w:val="19"/>
              </w:rPr>
            </w:pPr>
            <w:r w:rsidRPr="0008084F">
              <w:rPr>
                <w:b/>
                <w:sz w:val="19"/>
              </w:rPr>
              <w:t>Moyens humains mobilisés</w:t>
            </w:r>
          </w:p>
        </w:tc>
        <w:tc>
          <w:tcPr>
            <w:tcW w:w="7100" w:type="dxa"/>
            <w:shd w:val="clear" w:color="auto" w:fill="F5FBF7"/>
            <w:tcMar>
              <w:top w:w="90" w:type="dxa"/>
              <w:left w:w="120" w:type="dxa"/>
              <w:bottom w:w="90" w:type="dxa"/>
              <w:right w:w="120" w:type="dxa"/>
            </w:tcMar>
            <w:vAlign w:val="center"/>
          </w:tcPr>
          <w:p w14:paraId="68E68C52" w14:textId="77777777" w:rsidR="00471D9F" w:rsidRPr="0008084F" w:rsidRDefault="0067675C">
            <w:pPr>
              <w:spacing w:after="0"/>
            </w:pPr>
            <w:r w:rsidRPr="0008084F">
              <w:t> </w:t>
            </w:r>
          </w:p>
        </w:tc>
      </w:tr>
      <w:tr w:rsidR="00471D9F" w:rsidRPr="0008084F" w14:paraId="2BE48E3E" w14:textId="77777777">
        <w:trPr>
          <w:cantSplit/>
        </w:trPr>
        <w:tc>
          <w:tcPr>
            <w:tcW w:w="2700" w:type="dxa"/>
            <w:shd w:val="clear" w:color="auto" w:fill="F1F3F4"/>
            <w:tcMar>
              <w:top w:w="90" w:type="dxa"/>
              <w:left w:w="120" w:type="dxa"/>
              <w:bottom w:w="90" w:type="dxa"/>
              <w:right w:w="120" w:type="dxa"/>
            </w:tcMar>
            <w:vAlign w:val="center"/>
          </w:tcPr>
          <w:p w14:paraId="38340E7E" w14:textId="19CEB5E7" w:rsidR="00471D9F" w:rsidRPr="0008084F" w:rsidRDefault="00D07705">
            <w:pPr>
              <w:spacing w:after="0"/>
              <w:rPr>
                <w:b/>
                <w:sz w:val="19"/>
              </w:rPr>
            </w:pPr>
            <w:r w:rsidRPr="0008084F">
              <w:rPr>
                <w:b/>
                <w:sz w:val="19"/>
              </w:rPr>
              <w:t>Moyens techniques ou matériels mobilisés</w:t>
            </w:r>
          </w:p>
        </w:tc>
        <w:tc>
          <w:tcPr>
            <w:tcW w:w="7100" w:type="dxa"/>
            <w:shd w:val="clear" w:color="auto" w:fill="F5FBF7"/>
            <w:tcMar>
              <w:top w:w="90" w:type="dxa"/>
              <w:left w:w="120" w:type="dxa"/>
              <w:bottom w:w="90" w:type="dxa"/>
              <w:right w:w="120" w:type="dxa"/>
            </w:tcMar>
            <w:vAlign w:val="center"/>
          </w:tcPr>
          <w:p w14:paraId="401CCCAB" w14:textId="77777777" w:rsidR="00471D9F" w:rsidRPr="0008084F" w:rsidRDefault="0067675C">
            <w:pPr>
              <w:spacing w:after="0"/>
            </w:pPr>
            <w:r w:rsidRPr="0008084F">
              <w:t> </w:t>
            </w:r>
          </w:p>
        </w:tc>
      </w:tr>
      <w:tr w:rsidR="00471D9F" w:rsidRPr="0008084F" w14:paraId="14DA14AC" w14:textId="77777777">
        <w:trPr>
          <w:cantSplit/>
        </w:trPr>
        <w:tc>
          <w:tcPr>
            <w:tcW w:w="2700" w:type="dxa"/>
            <w:shd w:val="clear" w:color="auto" w:fill="F1F3F4"/>
            <w:tcMar>
              <w:top w:w="90" w:type="dxa"/>
              <w:left w:w="120" w:type="dxa"/>
              <w:bottom w:w="90" w:type="dxa"/>
              <w:right w:w="120" w:type="dxa"/>
            </w:tcMar>
            <w:vAlign w:val="center"/>
          </w:tcPr>
          <w:p w14:paraId="7A31BD5B" w14:textId="749C6DD9" w:rsidR="00471D9F" w:rsidRPr="0008084F" w:rsidRDefault="00DE6F8E">
            <w:pPr>
              <w:spacing w:after="0"/>
              <w:rPr>
                <w:b/>
                <w:sz w:val="19"/>
              </w:rPr>
            </w:pPr>
            <w:r w:rsidRPr="0008084F">
              <w:rPr>
                <w:b/>
                <w:sz w:val="19"/>
              </w:rPr>
              <w:lastRenderedPageBreak/>
              <w:t>Contribution financière effectivement versée au porteur, le cas échéant</w:t>
            </w:r>
            <w:r w:rsidR="0045695D" w:rsidRPr="0008084F">
              <w:rPr>
                <w:b/>
                <w:sz w:val="19"/>
              </w:rPr>
              <w:t xml:space="preserve"> – préciser si publique ou privée</w:t>
            </w:r>
          </w:p>
        </w:tc>
        <w:tc>
          <w:tcPr>
            <w:tcW w:w="7100" w:type="dxa"/>
            <w:shd w:val="clear" w:color="auto" w:fill="F5FBF7"/>
            <w:tcMar>
              <w:top w:w="90" w:type="dxa"/>
              <w:left w:w="120" w:type="dxa"/>
              <w:bottom w:w="90" w:type="dxa"/>
              <w:right w:w="120" w:type="dxa"/>
            </w:tcMar>
            <w:vAlign w:val="center"/>
          </w:tcPr>
          <w:p w14:paraId="613A4E48" w14:textId="77777777" w:rsidR="00471D9F" w:rsidRPr="0008084F" w:rsidRDefault="0067675C">
            <w:pPr>
              <w:spacing w:after="0"/>
            </w:pPr>
            <w:r w:rsidRPr="0008084F">
              <w:t> </w:t>
            </w:r>
          </w:p>
        </w:tc>
      </w:tr>
      <w:tr w:rsidR="00471D9F" w:rsidRPr="0008084F" w14:paraId="210ADDC5" w14:textId="77777777">
        <w:trPr>
          <w:cantSplit/>
        </w:trPr>
        <w:tc>
          <w:tcPr>
            <w:tcW w:w="2700" w:type="dxa"/>
            <w:shd w:val="clear" w:color="auto" w:fill="F1F3F4"/>
            <w:tcMar>
              <w:top w:w="90" w:type="dxa"/>
              <w:left w:w="120" w:type="dxa"/>
              <w:bottom w:w="90" w:type="dxa"/>
              <w:right w:w="120" w:type="dxa"/>
            </w:tcMar>
            <w:vAlign w:val="center"/>
          </w:tcPr>
          <w:p w14:paraId="0D57CF46" w14:textId="5C241B3F" w:rsidR="00471D9F" w:rsidRPr="0008084F" w:rsidRDefault="00DE6F8E">
            <w:pPr>
              <w:spacing w:after="0"/>
              <w:rPr>
                <w:b/>
                <w:sz w:val="19"/>
              </w:rPr>
            </w:pPr>
            <w:r w:rsidRPr="0008084F">
              <w:rPr>
                <w:b/>
                <w:sz w:val="19"/>
              </w:rPr>
              <w:t>Valorisation indicative des moyens humains, techniques ou matériels, à titre informatif</w:t>
            </w:r>
          </w:p>
        </w:tc>
        <w:tc>
          <w:tcPr>
            <w:tcW w:w="7100" w:type="dxa"/>
            <w:shd w:val="clear" w:color="auto" w:fill="F5FBF7"/>
            <w:tcMar>
              <w:top w:w="90" w:type="dxa"/>
              <w:left w:w="120" w:type="dxa"/>
              <w:bottom w:w="90" w:type="dxa"/>
              <w:right w:w="120" w:type="dxa"/>
            </w:tcMar>
            <w:vAlign w:val="center"/>
          </w:tcPr>
          <w:p w14:paraId="7CB75A29" w14:textId="77777777" w:rsidR="00471D9F" w:rsidRPr="0008084F" w:rsidRDefault="0067675C">
            <w:pPr>
              <w:spacing w:after="0"/>
            </w:pPr>
            <w:r w:rsidRPr="0008084F">
              <w:t> </w:t>
            </w:r>
          </w:p>
        </w:tc>
      </w:tr>
    </w:tbl>
    <w:p w14:paraId="38EA803F" w14:textId="77777777" w:rsidR="00471D9F" w:rsidRPr="0008084F" w:rsidRDefault="00471D9F">
      <w:pPr>
        <w:spacing w:after="0"/>
      </w:pPr>
    </w:p>
    <w:p w14:paraId="1746B4C6" w14:textId="3410161C" w:rsidR="00471D9F" w:rsidRPr="0008084F" w:rsidRDefault="00DE6F8E">
      <w:pPr>
        <w:pStyle w:val="Smallnote"/>
        <w:rPr>
          <w:lang w:val="fr-FR"/>
        </w:rPr>
      </w:pPr>
      <w:r w:rsidRPr="0008084F">
        <w:rPr>
          <w:rStyle w:val="lev"/>
          <w:lang w:val="fr-FR"/>
        </w:rPr>
        <w:t>Le partenaire associé ne présente aucune dépense et ne perçoit aucune part de l’aide dans le dossier SAFRAN du porteur. Les moyens humains, techniques ou matériels qu’il mobilise sont mentionnés à titre informatif et ne sont pas intégrés aux dépenses éligibles. Lorsqu’une contribution financière est effectivement versée au porteur, elle doit apparaître dans le plan de financement du projet et être justifiée.</w:t>
      </w:r>
    </w:p>
    <w:tbl>
      <w:tblPr>
        <w:tblW w:w="9800" w:type="dxa"/>
        <w:tblInd w:w="120" w:type="dxa"/>
        <w:tblLayout w:type="fixed"/>
        <w:tblLook w:val="04A0" w:firstRow="1" w:lastRow="0" w:firstColumn="1" w:lastColumn="0" w:noHBand="0" w:noVBand="1"/>
      </w:tblPr>
      <w:tblGrid>
        <w:gridCol w:w="9800"/>
      </w:tblGrid>
      <w:tr w:rsidR="00471D9F" w:rsidRPr="0008084F" w14:paraId="0C43D8F4" w14:textId="77777777">
        <w:tc>
          <w:tcPr>
            <w:tcW w:w="9800" w:type="dxa"/>
            <w:shd w:val="clear" w:color="auto" w:fill="009B4A"/>
            <w:tcMar>
              <w:top w:w="90" w:type="dxa"/>
              <w:left w:w="120" w:type="dxa"/>
              <w:bottom w:w="90" w:type="dxa"/>
              <w:right w:w="120" w:type="dxa"/>
            </w:tcMar>
            <w:vAlign w:val="center"/>
          </w:tcPr>
          <w:p w14:paraId="0E91D923" w14:textId="77777777" w:rsidR="00471D9F" w:rsidRPr="0008084F" w:rsidRDefault="0067675C">
            <w:pPr>
              <w:spacing w:after="0"/>
            </w:pPr>
            <w:r w:rsidRPr="0008084F">
              <w:rPr>
                <w:b/>
                <w:color w:val="FFFFFF"/>
                <w:sz w:val="23"/>
              </w:rPr>
              <w:t>5. ATTESTATION ET SIGNATURE</w:t>
            </w:r>
          </w:p>
        </w:tc>
      </w:tr>
    </w:tbl>
    <w:p w14:paraId="21E6B5D3" w14:textId="77777777" w:rsidR="00471D9F" w:rsidRPr="0008084F" w:rsidRDefault="00471D9F">
      <w:pPr>
        <w:spacing w:after="0"/>
      </w:pPr>
    </w:p>
    <w:p w14:paraId="69B99709" w14:textId="77777777" w:rsidR="00DE6F8E" w:rsidRPr="0008084F" w:rsidRDefault="00DE6F8E" w:rsidP="00DE6F8E">
      <w:pPr>
        <w:spacing w:before="100" w:beforeAutospacing="1" w:after="100" w:afterAutospacing="1" w:line="240" w:lineRule="auto"/>
        <w:rPr>
          <w:rFonts w:eastAsia="Times New Roman" w:cs="Arial"/>
          <w:color w:val="auto"/>
          <w:szCs w:val="20"/>
          <w:lang w:eastAsia="fr-FR"/>
        </w:rPr>
      </w:pPr>
      <w:r w:rsidRPr="0008084F">
        <w:rPr>
          <w:rFonts w:eastAsia="Times New Roman" w:cs="Arial"/>
          <w:color w:val="auto"/>
          <w:szCs w:val="20"/>
          <w:lang w:eastAsia="fr-FR"/>
        </w:rPr>
        <w:t>Le partenaire associé certifie :</w:t>
      </w:r>
    </w:p>
    <w:p w14:paraId="0FE4293C" w14:textId="77777777" w:rsidR="00DE6F8E" w:rsidRPr="0008084F" w:rsidRDefault="00DE6F8E" w:rsidP="00DE6F8E">
      <w:pPr>
        <w:numPr>
          <w:ilvl w:val="0"/>
          <w:numId w:val="2"/>
        </w:numPr>
        <w:spacing w:before="100" w:beforeAutospacing="1" w:after="100" w:afterAutospacing="1" w:line="240" w:lineRule="auto"/>
        <w:rPr>
          <w:rFonts w:eastAsia="Times New Roman" w:cs="Arial"/>
          <w:color w:val="auto"/>
          <w:sz w:val="21"/>
          <w:szCs w:val="21"/>
          <w:lang w:eastAsia="fr-FR"/>
        </w:rPr>
      </w:pPr>
      <w:r w:rsidRPr="0008084F">
        <w:rPr>
          <w:rFonts w:eastAsia="Times New Roman" w:cs="Arial"/>
          <w:color w:val="auto"/>
          <w:sz w:val="21"/>
          <w:szCs w:val="21"/>
          <w:lang w:eastAsia="fr-FR"/>
        </w:rPr>
        <w:t xml:space="preserve">avoir pris connaissance du règlement de l’appel à projets ; </w:t>
      </w:r>
    </w:p>
    <w:p w14:paraId="3F0EAB07" w14:textId="77777777" w:rsidR="00DE6F8E" w:rsidRPr="0008084F" w:rsidRDefault="00DE6F8E" w:rsidP="00DE6F8E">
      <w:pPr>
        <w:numPr>
          <w:ilvl w:val="0"/>
          <w:numId w:val="2"/>
        </w:numPr>
        <w:spacing w:before="100" w:beforeAutospacing="1" w:after="100" w:afterAutospacing="1" w:line="240" w:lineRule="auto"/>
        <w:rPr>
          <w:rFonts w:eastAsia="Times New Roman" w:cs="Arial"/>
          <w:color w:val="auto"/>
          <w:sz w:val="21"/>
          <w:szCs w:val="21"/>
          <w:lang w:eastAsia="fr-FR"/>
        </w:rPr>
      </w:pPr>
      <w:r w:rsidRPr="0008084F">
        <w:rPr>
          <w:rFonts w:eastAsia="Times New Roman" w:cs="Arial"/>
          <w:color w:val="auto"/>
          <w:sz w:val="21"/>
          <w:szCs w:val="21"/>
          <w:lang w:eastAsia="fr-FR"/>
        </w:rPr>
        <w:t xml:space="preserve">s’engager à participer aux actions décrites et à mobiliser les moyens indiqués dans la présente fiche ; </w:t>
      </w:r>
    </w:p>
    <w:p w14:paraId="30C40948" w14:textId="6D75C5F8" w:rsidR="00DE6F8E" w:rsidRPr="0008084F" w:rsidRDefault="00DE6F8E" w:rsidP="00DE6F8E">
      <w:pPr>
        <w:numPr>
          <w:ilvl w:val="0"/>
          <w:numId w:val="2"/>
        </w:numPr>
        <w:spacing w:before="100" w:beforeAutospacing="1" w:after="100" w:afterAutospacing="1" w:line="240" w:lineRule="auto"/>
        <w:rPr>
          <w:rFonts w:eastAsia="Times New Roman" w:cs="Arial"/>
          <w:color w:val="auto"/>
          <w:sz w:val="21"/>
          <w:szCs w:val="21"/>
          <w:lang w:eastAsia="fr-FR"/>
        </w:rPr>
      </w:pPr>
      <w:r w:rsidRPr="0008084F">
        <w:rPr>
          <w:rFonts w:eastAsia="Times New Roman" w:cs="Arial"/>
          <w:color w:val="auto"/>
          <w:sz w:val="21"/>
          <w:szCs w:val="21"/>
          <w:lang w:eastAsia="fr-FR"/>
        </w:rPr>
        <w:t>s’engager à transmettre au porteur les informations nécessaires au suivi du projet et à l’évaluation des résultats ;</w:t>
      </w:r>
    </w:p>
    <w:p w14:paraId="6BA4CB8C" w14:textId="77777777" w:rsidR="00DE6F8E" w:rsidRPr="0008084F" w:rsidRDefault="00DE6F8E" w:rsidP="00DE6F8E">
      <w:pPr>
        <w:numPr>
          <w:ilvl w:val="0"/>
          <w:numId w:val="2"/>
        </w:numPr>
        <w:spacing w:before="100" w:beforeAutospacing="1" w:after="100" w:afterAutospacing="1" w:line="240" w:lineRule="auto"/>
        <w:rPr>
          <w:rFonts w:eastAsia="Times New Roman" w:cs="Arial"/>
          <w:color w:val="auto"/>
          <w:sz w:val="21"/>
          <w:szCs w:val="21"/>
          <w:lang w:eastAsia="fr-FR"/>
        </w:rPr>
      </w:pPr>
      <w:r w:rsidRPr="0008084F">
        <w:rPr>
          <w:rFonts w:eastAsia="Times New Roman" w:cs="Arial"/>
          <w:color w:val="auto"/>
          <w:sz w:val="21"/>
          <w:szCs w:val="21"/>
          <w:lang w:eastAsia="fr-FR"/>
        </w:rPr>
        <w:t xml:space="preserve">l’exactitude des informations et documents transmis ; </w:t>
      </w:r>
    </w:p>
    <w:p w14:paraId="2C21A323" w14:textId="77777777" w:rsidR="00DE6F8E" w:rsidRPr="0008084F" w:rsidRDefault="00DE6F8E" w:rsidP="00DE6F8E">
      <w:pPr>
        <w:numPr>
          <w:ilvl w:val="0"/>
          <w:numId w:val="2"/>
        </w:numPr>
        <w:spacing w:before="100" w:beforeAutospacing="1" w:after="100" w:afterAutospacing="1" w:line="240" w:lineRule="auto"/>
        <w:rPr>
          <w:rFonts w:eastAsia="Times New Roman" w:cs="Arial"/>
          <w:color w:val="auto"/>
          <w:sz w:val="21"/>
          <w:szCs w:val="21"/>
          <w:lang w:eastAsia="fr-FR"/>
        </w:rPr>
      </w:pPr>
      <w:r w:rsidRPr="0008084F">
        <w:rPr>
          <w:rFonts w:eastAsia="Times New Roman" w:cs="Arial"/>
          <w:color w:val="auto"/>
          <w:sz w:val="21"/>
          <w:szCs w:val="21"/>
          <w:lang w:eastAsia="fr-FR"/>
        </w:rPr>
        <w:t xml:space="preserve">ne présenter aucune dépense et ne solliciter aucune part de l’aide dans le dossier SAFRAN du porteur ; </w:t>
      </w:r>
    </w:p>
    <w:p w14:paraId="217C3123" w14:textId="77777777" w:rsidR="00DE6F8E" w:rsidRPr="0008084F" w:rsidRDefault="00DE6F8E" w:rsidP="00DE6F8E">
      <w:pPr>
        <w:numPr>
          <w:ilvl w:val="0"/>
          <w:numId w:val="2"/>
        </w:numPr>
        <w:spacing w:before="100" w:beforeAutospacing="1" w:after="100" w:afterAutospacing="1" w:line="240" w:lineRule="auto"/>
        <w:rPr>
          <w:rFonts w:eastAsia="Times New Roman" w:cs="Arial"/>
          <w:color w:val="auto"/>
          <w:sz w:val="21"/>
          <w:szCs w:val="21"/>
          <w:lang w:eastAsia="fr-FR"/>
        </w:rPr>
      </w:pPr>
      <w:r w:rsidRPr="0008084F">
        <w:rPr>
          <w:rFonts w:eastAsia="Times New Roman" w:cs="Arial"/>
          <w:color w:val="auto"/>
          <w:sz w:val="21"/>
          <w:szCs w:val="21"/>
          <w:lang w:eastAsia="fr-FR"/>
        </w:rPr>
        <w:t xml:space="preserve">informer sans délai le porteur de toute modification susceptible d’affecter sa participation au projet ; </w:t>
      </w:r>
    </w:p>
    <w:p w14:paraId="3475C0C4" w14:textId="77777777" w:rsidR="00DE6F8E" w:rsidRPr="0008084F" w:rsidRDefault="00DE6F8E" w:rsidP="00DE6F8E">
      <w:pPr>
        <w:numPr>
          <w:ilvl w:val="0"/>
          <w:numId w:val="2"/>
        </w:numPr>
        <w:spacing w:before="100" w:beforeAutospacing="1" w:after="100" w:afterAutospacing="1" w:line="240" w:lineRule="auto"/>
        <w:rPr>
          <w:rFonts w:eastAsia="Times New Roman" w:cs="Arial"/>
          <w:color w:val="auto"/>
          <w:sz w:val="21"/>
          <w:szCs w:val="21"/>
          <w:lang w:eastAsia="fr-FR"/>
        </w:rPr>
      </w:pPr>
      <w:r w:rsidRPr="0008084F">
        <w:rPr>
          <w:rFonts w:eastAsia="Times New Roman" w:cs="Arial"/>
          <w:color w:val="auto"/>
          <w:sz w:val="21"/>
          <w:szCs w:val="21"/>
          <w:lang w:eastAsia="fr-FR"/>
        </w:rPr>
        <w:t>conserver et transmettre, à la demande du porteur ou de la DAAF, les éléments justifiant sa participation aux actions.</w:t>
      </w:r>
    </w:p>
    <w:tbl>
      <w:tblPr>
        <w:tblW w:w="9800" w:type="dxa"/>
        <w:tblInd w:w="120" w:type="dxa"/>
        <w:tblLayout w:type="fixed"/>
        <w:tblLook w:val="04A0" w:firstRow="1" w:lastRow="0" w:firstColumn="1" w:lastColumn="0" w:noHBand="0" w:noVBand="1"/>
      </w:tblPr>
      <w:tblGrid>
        <w:gridCol w:w="4900"/>
        <w:gridCol w:w="4900"/>
      </w:tblGrid>
      <w:tr w:rsidR="00471D9F" w:rsidRPr="0008084F" w14:paraId="131A08E8" w14:textId="77777777">
        <w:tc>
          <w:tcPr>
            <w:tcW w:w="4900" w:type="dxa"/>
            <w:shd w:val="clear" w:color="auto" w:fill="F5FBF7"/>
            <w:tcMar>
              <w:top w:w="90" w:type="dxa"/>
              <w:left w:w="120" w:type="dxa"/>
              <w:bottom w:w="90" w:type="dxa"/>
              <w:right w:w="120" w:type="dxa"/>
            </w:tcMar>
            <w:vAlign w:val="center"/>
          </w:tcPr>
          <w:p w14:paraId="78D5DC24" w14:textId="77777777" w:rsidR="00471D9F" w:rsidRPr="0008084F" w:rsidRDefault="0067675C">
            <w:pPr>
              <w:spacing w:after="0"/>
            </w:pPr>
            <w:r w:rsidRPr="0008084F">
              <w:rPr>
                <w:b/>
                <w:color w:val="5F6368"/>
                <w:sz w:val="18"/>
              </w:rPr>
              <w:t>Nom, prénom et qualité</w:t>
            </w:r>
          </w:p>
        </w:tc>
        <w:tc>
          <w:tcPr>
            <w:tcW w:w="4900" w:type="dxa"/>
            <w:shd w:val="clear" w:color="auto" w:fill="F5FBF7"/>
            <w:tcMar>
              <w:top w:w="90" w:type="dxa"/>
              <w:left w:w="120" w:type="dxa"/>
              <w:bottom w:w="90" w:type="dxa"/>
              <w:right w:w="120" w:type="dxa"/>
            </w:tcMar>
            <w:vAlign w:val="center"/>
          </w:tcPr>
          <w:p w14:paraId="3F6B5148" w14:textId="77777777" w:rsidR="00471D9F" w:rsidRPr="0008084F" w:rsidRDefault="0067675C">
            <w:pPr>
              <w:spacing w:after="0"/>
            </w:pPr>
            <w:r w:rsidRPr="0008084F">
              <w:rPr>
                <w:b/>
                <w:color w:val="5F6368"/>
                <w:sz w:val="18"/>
              </w:rPr>
              <w:t>Lieu et date</w:t>
            </w:r>
          </w:p>
        </w:tc>
      </w:tr>
      <w:tr w:rsidR="00471D9F" w:rsidRPr="0008084F" w14:paraId="223B0F72" w14:textId="77777777">
        <w:tc>
          <w:tcPr>
            <w:tcW w:w="4900" w:type="dxa"/>
            <w:shd w:val="clear" w:color="auto" w:fill="F5FBF7"/>
            <w:tcMar>
              <w:top w:w="90" w:type="dxa"/>
              <w:left w:w="120" w:type="dxa"/>
              <w:bottom w:w="90" w:type="dxa"/>
              <w:right w:w="120" w:type="dxa"/>
            </w:tcMar>
            <w:vAlign w:val="center"/>
          </w:tcPr>
          <w:p w14:paraId="68D46646" w14:textId="77777777" w:rsidR="00471D9F" w:rsidRPr="0008084F" w:rsidRDefault="0067675C">
            <w:pPr>
              <w:spacing w:after="0"/>
            </w:pPr>
            <w:r w:rsidRPr="0008084F">
              <w:t> </w:t>
            </w:r>
          </w:p>
          <w:p w14:paraId="37647BE6" w14:textId="77777777" w:rsidR="00471D9F" w:rsidRPr="0008084F" w:rsidRDefault="0067675C">
            <w:pPr>
              <w:spacing w:after="80"/>
            </w:pPr>
            <w:r w:rsidRPr="0008084F">
              <w:t> </w:t>
            </w:r>
          </w:p>
          <w:p w14:paraId="24F1F2AF" w14:textId="77777777" w:rsidR="00471D9F" w:rsidRPr="0008084F" w:rsidRDefault="0067675C">
            <w:pPr>
              <w:spacing w:after="80"/>
            </w:pPr>
            <w:r w:rsidRPr="0008084F">
              <w:t> </w:t>
            </w:r>
          </w:p>
        </w:tc>
        <w:tc>
          <w:tcPr>
            <w:tcW w:w="4900" w:type="dxa"/>
            <w:shd w:val="clear" w:color="auto" w:fill="F5FBF7"/>
            <w:tcMar>
              <w:top w:w="90" w:type="dxa"/>
              <w:left w:w="120" w:type="dxa"/>
              <w:bottom w:w="90" w:type="dxa"/>
              <w:right w:w="120" w:type="dxa"/>
            </w:tcMar>
            <w:vAlign w:val="center"/>
          </w:tcPr>
          <w:p w14:paraId="70F7EC07" w14:textId="77777777" w:rsidR="00471D9F" w:rsidRPr="0008084F" w:rsidRDefault="0067675C">
            <w:pPr>
              <w:spacing w:after="0"/>
            </w:pPr>
            <w:r w:rsidRPr="0008084F">
              <w:t> </w:t>
            </w:r>
          </w:p>
          <w:p w14:paraId="7226BB2E" w14:textId="77777777" w:rsidR="00471D9F" w:rsidRPr="0008084F" w:rsidRDefault="0067675C">
            <w:pPr>
              <w:spacing w:after="80"/>
            </w:pPr>
            <w:r w:rsidRPr="0008084F">
              <w:t> </w:t>
            </w:r>
          </w:p>
          <w:p w14:paraId="52E7D09E" w14:textId="77777777" w:rsidR="00471D9F" w:rsidRPr="0008084F" w:rsidRDefault="0067675C">
            <w:pPr>
              <w:spacing w:after="80"/>
            </w:pPr>
            <w:r w:rsidRPr="0008084F">
              <w:t> </w:t>
            </w:r>
          </w:p>
        </w:tc>
      </w:tr>
      <w:tr w:rsidR="00471D9F" w:rsidRPr="0008084F" w14:paraId="57C2C2B4" w14:textId="77777777">
        <w:tc>
          <w:tcPr>
            <w:tcW w:w="4900" w:type="dxa"/>
            <w:shd w:val="clear" w:color="auto" w:fill="F5FBF7"/>
            <w:tcMar>
              <w:top w:w="90" w:type="dxa"/>
              <w:left w:w="120" w:type="dxa"/>
              <w:bottom w:w="90" w:type="dxa"/>
              <w:right w:w="120" w:type="dxa"/>
            </w:tcMar>
            <w:vAlign w:val="center"/>
          </w:tcPr>
          <w:p w14:paraId="4ECC5E48" w14:textId="77777777" w:rsidR="00471D9F" w:rsidRPr="0008084F" w:rsidRDefault="0067675C">
            <w:pPr>
              <w:spacing w:after="0"/>
            </w:pPr>
            <w:r w:rsidRPr="0008084F">
              <w:rPr>
                <w:b/>
                <w:color w:val="5F6368"/>
                <w:sz w:val="18"/>
              </w:rPr>
              <w:t>Signature</w:t>
            </w:r>
          </w:p>
        </w:tc>
        <w:tc>
          <w:tcPr>
            <w:tcW w:w="4900" w:type="dxa"/>
            <w:shd w:val="clear" w:color="auto" w:fill="F5FBF7"/>
            <w:tcMar>
              <w:top w:w="90" w:type="dxa"/>
              <w:left w:w="120" w:type="dxa"/>
              <w:bottom w:w="90" w:type="dxa"/>
              <w:right w:w="120" w:type="dxa"/>
            </w:tcMar>
            <w:vAlign w:val="center"/>
          </w:tcPr>
          <w:p w14:paraId="1149D024" w14:textId="77777777" w:rsidR="00471D9F" w:rsidRPr="0008084F" w:rsidRDefault="0067675C">
            <w:pPr>
              <w:spacing w:after="0"/>
            </w:pPr>
            <w:r w:rsidRPr="0008084F">
              <w:rPr>
                <w:b/>
                <w:color w:val="5F6368"/>
                <w:sz w:val="18"/>
              </w:rPr>
              <w:t>Cachet de la structure</w:t>
            </w:r>
          </w:p>
        </w:tc>
      </w:tr>
      <w:tr w:rsidR="00471D9F" w:rsidRPr="0008084F" w14:paraId="784A9137" w14:textId="77777777">
        <w:tc>
          <w:tcPr>
            <w:tcW w:w="4900" w:type="dxa"/>
            <w:shd w:val="clear" w:color="auto" w:fill="F5FBF7"/>
            <w:tcMar>
              <w:top w:w="90" w:type="dxa"/>
              <w:left w:w="120" w:type="dxa"/>
              <w:bottom w:w="90" w:type="dxa"/>
              <w:right w:w="120" w:type="dxa"/>
            </w:tcMar>
            <w:vAlign w:val="center"/>
          </w:tcPr>
          <w:p w14:paraId="65B4541F" w14:textId="77777777" w:rsidR="00471D9F" w:rsidRPr="0008084F" w:rsidRDefault="0067675C">
            <w:pPr>
              <w:spacing w:after="0"/>
            </w:pPr>
            <w:r w:rsidRPr="0008084F">
              <w:t> </w:t>
            </w:r>
          </w:p>
          <w:p w14:paraId="520C1635" w14:textId="77777777" w:rsidR="00471D9F" w:rsidRPr="0008084F" w:rsidRDefault="0067675C">
            <w:pPr>
              <w:spacing w:after="80"/>
            </w:pPr>
            <w:r w:rsidRPr="0008084F">
              <w:t> </w:t>
            </w:r>
          </w:p>
          <w:p w14:paraId="34BCCD24" w14:textId="77777777" w:rsidR="00471D9F" w:rsidRPr="0008084F" w:rsidRDefault="0067675C">
            <w:pPr>
              <w:spacing w:after="80"/>
            </w:pPr>
            <w:r w:rsidRPr="0008084F">
              <w:t> </w:t>
            </w:r>
          </w:p>
        </w:tc>
        <w:tc>
          <w:tcPr>
            <w:tcW w:w="4900" w:type="dxa"/>
            <w:shd w:val="clear" w:color="auto" w:fill="F5FBF7"/>
            <w:tcMar>
              <w:top w:w="90" w:type="dxa"/>
              <w:left w:w="120" w:type="dxa"/>
              <w:bottom w:w="90" w:type="dxa"/>
              <w:right w:w="120" w:type="dxa"/>
            </w:tcMar>
            <w:vAlign w:val="center"/>
          </w:tcPr>
          <w:p w14:paraId="4A16A868" w14:textId="77777777" w:rsidR="00471D9F" w:rsidRPr="0008084F" w:rsidRDefault="0067675C">
            <w:pPr>
              <w:spacing w:after="0"/>
            </w:pPr>
            <w:r w:rsidRPr="0008084F">
              <w:t> </w:t>
            </w:r>
          </w:p>
          <w:p w14:paraId="62477ED0" w14:textId="77777777" w:rsidR="00471D9F" w:rsidRPr="0008084F" w:rsidRDefault="0067675C">
            <w:pPr>
              <w:spacing w:after="80"/>
            </w:pPr>
            <w:r w:rsidRPr="0008084F">
              <w:t> </w:t>
            </w:r>
          </w:p>
          <w:p w14:paraId="6BD8D404" w14:textId="77777777" w:rsidR="00471D9F" w:rsidRPr="0008084F" w:rsidRDefault="0067675C">
            <w:pPr>
              <w:spacing w:after="80"/>
            </w:pPr>
            <w:r w:rsidRPr="0008084F">
              <w:t> </w:t>
            </w:r>
          </w:p>
        </w:tc>
      </w:tr>
    </w:tbl>
    <w:p w14:paraId="5FB1DD3F" w14:textId="77777777" w:rsidR="00982CF7" w:rsidRPr="0008084F" w:rsidRDefault="00982CF7"/>
    <w:sectPr w:rsidR="00982CF7" w:rsidRPr="0008084F" w:rsidSect="00034616">
      <w:headerReference w:type="default" r:id="rId11"/>
      <w:footerReference w:type="default" r:id="rId12"/>
      <w:pgSz w:w="11909" w:h="16834"/>
      <w:pgMar w:top="979" w:right="1008" w:bottom="979" w:left="1008" w:header="432"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F650C" w14:textId="77777777" w:rsidR="00982CF7" w:rsidRDefault="0067675C">
      <w:pPr>
        <w:spacing w:after="0" w:line="240" w:lineRule="auto"/>
      </w:pPr>
      <w:r>
        <w:separator/>
      </w:r>
    </w:p>
  </w:endnote>
  <w:endnote w:type="continuationSeparator" w:id="0">
    <w:p w14:paraId="5B9C3CA7" w14:textId="77777777" w:rsidR="00982CF7" w:rsidRDefault="00676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52A8" w14:textId="77777777" w:rsidR="00471D9F" w:rsidRDefault="0067675C">
    <w:pPr>
      <w:pStyle w:val="Pieddepage"/>
      <w:jc w:val="center"/>
    </w:pPr>
    <w:r>
      <w:rPr>
        <w:color w:val="5F6368"/>
        <w:sz w:val="17"/>
      </w:rPr>
      <w:t xml:space="preserve">Fiche d’engagement </w:t>
    </w:r>
    <w:proofErr w:type="gramStart"/>
    <w:r>
      <w:rPr>
        <w:color w:val="5F6368"/>
        <w:sz w:val="17"/>
      </w:rPr>
      <w:t>partenaire  •</w:t>
    </w:r>
    <w:proofErr w:type="gramEnd"/>
    <w:r>
      <w:rPr>
        <w:color w:val="5F6368"/>
        <w:sz w:val="17"/>
      </w:rPr>
      <w:t xml:space="preserve">  </w:t>
    </w:r>
    <w:r>
      <w:rPr>
        <w:color w:val="5F6368"/>
        <w:sz w:val="17"/>
      </w:rPr>
      <w:fldChar w:fldCharType="begin"/>
    </w:r>
    <w:r>
      <w:rPr>
        <w:color w:val="5F6368"/>
        <w:sz w:val="17"/>
      </w:rPr>
      <w:instrText xml:space="preserve"> PAGE </w:instrText>
    </w:r>
    <w:r>
      <w:rPr>
        <w:color w:val="5F6368"/>
        <w:sz w:val="17"/>
      </w:rPr>
      <w:fldChar w:fldCharType="separate"/>
    </w:r>
    <w:r>
      <w:rPr>
        <w:noProof/>
        <w:color w:val="5F6368"/>
        <w:sz w:val="17"/>
      </w:rPr>
      <w:t>1</w:t>
    </w:r>
    <w:r>
      <w:rPr>
        <w:color w:val="5F6368"/>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FF597" w14:textId="77777777" w:rsidR="00982CF7" w:rsidRDefault="0067675C">
      <w:pPr>
        <w:spacing w:after="0" w:line="240" w:lineRule="auto"/>
      </w:pPr>
      <w:r>
        <w:separator/>
      </w:r>
    </w:p>
  </w:footnote>
  <w:footnote w:type="continuationSeparator" w:id="0">
    <w:p w14:paraId="0EDDB834" w14:textId="77777777" w:rsidR="00982CF7" w:rsidRDefault="00676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8378" w14:textId="77777777" w:rsidR="00471D9F" w:rsidRDefault="0067675C">
    <w:pPr>
      <w:pStyle w:val="En-tte"/>
      <w:jc w:val="right"/>
    </w:pPr>
    <w:r>
      <w:rPr>
        <w:b/>
        <w:color w:val="5F6368"/>
        <w:sz w:val="17"/>
      </w:rPr>
      <w:t xml:space="preserve">DAAF </w:t>
    </w:r>
    <w:proofErr w:type="gramStart"/>
    <w:r>
      <w:rPr>
        <w:b/>
        <w:color w:val="5F6368"/>
        <w:sz w:val="17"/>
      </w:rPr>
      <w:t>Martinique  |</w:t>
    </w:r>
    <w:proofErr w:type="gramEnd"/>
    <w:r>
      <w:rPr>
        <w:b/>
        <w:color w:val="5F6368"/>
        <w:sz w:val="17"/>
      </w:rPr>
      <w:t xml:space="preserve">  Animation BIO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CA15B2"/>
    <w:multiLevelType w:val="multilevel"/>
    <w:tmpl w:val="ECE0F3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9D4948"/>
    <w:multiLevelType w:val="singleLevel"/>
    <w:tmpl w:val="3C04DFF0"/>
    <w:lvl w:ilvl="0">
      <w:start w:val="1"/>
      <w:numFmt w:val="decimal"/>
      <w:pStyle w:val="Listepuces"/>
      <w:lvlText w:val="%1."/>
      <w:lvlJc w:val="left"/>
      <w:pPr>
        <w:tabs>
          <w:tab w:val="num" w:pos="540"/>
        </w:tabs>
        <w:spacing w:after="80" w:line="280" w:lineRule="auto"/>
        <w:ind w:left="540" w:hanging="260"/>
      </w:pPr>
      <w:rPr>
        <w:rFonts w:ascii="Arial" w:hAnsi="Arial"/>
      </w:rPr>
    </w:lvl>
  </w:abstractNum>
  <w:abstractNum w:abstractNumId="11" w15:restartNumberingAfterBreak="0">
    <w:nsid w:val="69FE1277"/>
    <w:multiLevelType w:val="singleLevel"/>
    <w:tmpl w:val="06DA3778"/>
    <w:lvl w:ilvl="0">
      <w:start w:val="1"/>
      <w:numFmt w:val="bullet"/>
      <w:lvlText w:val="•"/>
      <w:lvlJc w:val="left"/>
      <w:pPr>
        <w:tabs>
          <w:tab w:val="num" w:pos="540"/>
        </w:tabs>
        <w:spacing w:after="80" w:line="280" w:lineRule="auto"/>
        <w:ind w:left="540" w:hanging="260"/>
      </w:pPr>
      <w:rPr>
        <w:rFonts w:ascii="Arial" w:hAnsi="Arial"/>
      </w:rPr>
    </w:lvl>
  </w:abstractNum>
  <w:num w:numId="1">
    <w:abstractNumId w:val="10"/>
  </w:num>
  <w:num w:numId="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84F"/>
    <w:rsid w:val="0015074B"/>
    <w:rsid w:val="0029639D"/>
    <w:rsid w:val="00326F90"/>
    <w:rsid w:val="0045695D"/>
    <w:rsid w:val="00471D9F"/>
    <w:rsid w:val="0067675C"/>
    <w:rsid w:val="007B63A9"/>
    <w:rsid w:val="00982CF7"/>
    <w:rsid w:val="00A07273"/>
    <w:rsid w:val="00AA1D8D"/>
    <w:rsid w:val="00B47730"/>
    <w:rsid w:val="00CB0664"/>
    <w:rsid w:val="00CB394F"/>
    <w:rsid w:val="00D07705"/>
    <w:rsid w:val="00DE6F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C7D0D6"/>
  <w14:defaultImageDpi w14:val="300"/>
  <w15:docId w15:val="{0E1D174B-39B1-4889-9872-8ED3AF62C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202124"/>
      <w:sz w:val="20"/>
      <w:lang w:val="fr-FR"/>
    </w:rPr>
  </w:style>
  <w:style w:type="paragraph" w:styleId="Titre1">
    <w:name w:val="heading 1"/>
    <w:basedOn w:val="Normal"/>
    <w:next w:val="Normal"/>
    <w:link w:val="Titre1Car"/>
    <w:uiPriority w:val="9"/>
    <w:qFormat/>
    <w:rsid w:val="00FC693F"/>
    <w:pPr>
      <w:keepNext/>
      <w:keepLines/>
      <w:spacing w:before="320" w:after="160"/>
      <w:outlineLvl w:val="0"/>
    </w:pPr>
    <w:rPr>
      <w:rFonts w:asciiTheme="majorHAnsi" w:eastAsiaTheme="majorEastAsia" w:hAnsiTheme="majorHAnsi" w:cstheme="majorBidi"/>
      <w:b/>
      <w:bCs/>
      <w:color w:val="006837"/>
      <w:sz w:val="32"/>
      <w:szCs w:val="28"/>
    </w:rPr>
  </w:style>
  <w:style w:type="paragraph" w:styleId="Titre2">
    <w:name w:val="heading 2"/>
    <w:basedOn w:val="Normal"/>
    <w:next w:val="Normal"/>
    <w:link w:val="Titre2Car"/>
    <w:uiPriority w:val="9"/>
    <w:unhideWhenUsed/>
    <w:qFormat/>
    <w:rsid w:val="00FC693F"/>
    <w:pPr>
      <w:keepNext/>
      <w:keepLines/>
      <w:spacing w:before="240"/>
      <w:outlineLvl w:val="1"/>
    </w:pPr>
    <w:rPr>
      <w:rFonts w:asciiTheme="majorHAnsi" w:eastAsiaTheme="majorEastAsia" w:hAnsiTheme="majorHAnsi" w:cstheme="majorBidi"/>
      <w:b/>
      <w:bCs/>
      <w:color w:val="009B4A"/>
      <w:sz w:val="26"/>
      <w:szCs w:val="26"/>
    </w:rPr>
  </w:style>
  <w:style w:type="paragraph" w:styleId="Titre3">
    <w:name w:val="heading 3"/>
    <w:basedOn w:val="Normal"/>
    <w:next w:val="Normal"/>
    <w:link w:val="Titre3Car"/>
    <w:uiPriority w:val="9"/>
    <w:unhideWhenUsed/>
    <w:qFormat/>
    <w:rsid w:val="00FC693F"/>
    <w:pPr>
      <w:keepNext/>
      <w:keepLines/>
      <w:spacing w:before="160" w:after="80"/>
      <w:outlineLvl w:val="2"/>
    </w:pPr>
    <w:rPr>
      <w:rFonts w:asciiTheme="majorHAnsi" w:eastAsiaTheme="majorEastAsia" w:hAnsiTheme="majorHAnsi" w:cstheme="majorBidi"/>
      <w:b/>
      <w:bCs/>
      <w:color w:val="006837"/>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009B4A"/>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360"/>
    </w:pPr>
    <w:rPr>
      <w:rFonts w:asciiTheme="majorHAnsi" w:eastAsiaTheme="majorEastAsia" w:hAnsiTheme="majorHAnsi" w:cstheme="majorBidi"/>
      <w:i/>
      <w:iCs/>
      <w:color w:val="5F6368"/>
      <w:spacing w:val="15"/>
      <w:sz w:val="27"/>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tabs>
        <w:tab w:val="num" w:pos="360"/>
      </w:tabs>
      <w:contextualSpacing/>
    </w:pPr>
  </w:style>
  <w:style w:type="paragraph" w:styleId="Listepuces3">
    <w:name w:val="List Bullet 3"/>
    <w:basedOn w:val="Normal"/>
    <w:uiPriority w:val="99"/>
    <w:unhideWhenUsed/>
    <w:rsid w:val="00326F90"/>
    <w:pPr>
      <w:tabs>
        <w:tab w:val="num" w:pos="360"/>
      </w:tabs>
      <w:contextualSpacing/>
    </w:pPr>
  </w:style>
  <w:style w:type="paragraph" w:styleId="Listenumros">
    <w:name w:val="List Number"/>
    <w:basedOn w:val="Normal"/>
    <w:uiPriority w:val="99"/>
    <w:unhideWhenUsed/>
    <w:rsid w:val="00326F90"/>
    <w:pPr>
      <w:tabs>
        <w:tab w:val="num" w:pos="360"/>
      </w:tabs>
      <w:contextualSpacing/>
    </w:pPr>
  </w:style>
  <w:style w:type="paragraph" w:styleId="Listenumros2">
    <w:name w:val="List Number 2"/>
    <w:basedOn w:val="Normal"/>
    <w:uiPriority w:val="99"/>
    <w:unhideWhenUsed/>
    <w:rsid w:val="0029639D"/>
    <w:pPr>
      <w:tabs>
        <w:tab w:val="num" w:pos="360"/>
      </w:tabs>
      <w:contextualSpacing/>
    </w:pPr>
  </w:style>
  <w:style w:type="paragraph" w:styleId="Listenumros3">
    <w:name w:val="List Number 3"/>
    <w:basedOn w:val="Normal"/>
    <w:uiPriority w:val="99"/>
    <w:unhideWhenUsed/>
    <w:rsid w:val="0029639D"/>
    <w:pPr>
      <w:tabs>
        <w:tab w:val="num" w:pos="360"/>
      </w:tabs>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line="252" w:lineRule="auto"/>
    </w:pPr>
    <w:rPr>
      <w:rFonts w:ascii="Arial" w:hAnsi="Arial"/>
      <w:color w:val="5F6368"/>
      <w:sz w:val="17"/>
    </w:rPr>
  </w:style>
  <w:style w:type="paragraph" w:customStyle="1" w:styleId="pdq2pgselectionanchorcontainer">
    <w:name w:val="pdq2pg_selectionanchorcontainer"/>
    <w:basedOn w:val="Normal"/>
    <w:rsid w:val="00DE6F8E"/>
    <w:pPr>
      <w:spacing w:before="100" w:beforeAutospacing="1" w:after="100" w:afterAutospacing="1" w:line="240" w:lineRule="auto"/>
    </w:pPr>
    <w:rPr>
      <w:rFonts w:ascii="Times New Roman" w:eastAsia="Times New Roman" w:hAnsi="Times New Roman" w:cs="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849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389</Words>
  <Characters>2141</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MARCHAL Samuel</dc:creator>
  <cp:keywords/>
  <dc:description/>
  <cp:lastModifiedBy>JAKUBOWSKI Sébastien</cp:lastModifiedBy>
  <cp:revision>7</cp:revision>
  <dcterms:created xsi:type="dcterms:W3CDTF">2026-07-28T16:14:00Z</dcterms:created>
  <dcterms:modified xsi:type="dcterms:W3CDTF">2026-08-05T12:36:00Z</dcterms:modified>
  <cp:category/>
</cp:coreProperties>
</file>