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0" w:type="dxa"/>
        <w:jc w:val="center"/>
        <w:tblLayout w:type="fixed"/>
        <w:tblLook w:val="04A0" w:firstRow="1" w:lastRow="0" w:firstColumn="1" w:lastColumn="0" w:noHBand="0" w:noVBand="1"/>
      </w:tblPr>
      <w:tblGrid>
        <w:gridCol w:w="1800"/>
        <w:gridCol w:w="6200"/>
        <w:gridCol w:w="1800"/>
      </w:tblGrid>
      <w:tr w:rsidR="00A53638" w:rsidRPr="00012546" w14:paraId="4B7CBBFD" w14:textId="77777777">
        <w:trPr>
          <w:jc w:val="center"/>
        </w:trPr>
        <w:tc>
          <w:tcPr>
            <w:tcW w:w="1800" w:type="dxa"/>
            <w:tcMar>
              <w:top w:w="0" w:type="dxa"/>
              <w:left w:w="0" w:type="dxa"/>
              <w:bottom w:w="0" w:type="dxa"/>
              <w:right w:w="0" w:type="dxa"/>
            </w:tcMar>
            <w:vAlign w:val="center"/>
          </w:tcPr>
          <w:p w14:paraId="4339F7A6" w14:textId="77777777" w:rsidR="00A53638" w:rsidRPr="00012546" w:rsidRDefault="00C976EB">
            <w:pPr>
              <w:spacing w:after="0"/>
            </w:pPr>
            <w:r w:rsidRPr="00012546">
              <w:rPr>
                <w:noProof/>
              </w:rPr>
              <w:drawing>
                <wp:inline distT="0" distB="0" distL="0" distR="0" wp14:anchorId="289340A4" wp14:editId="34239F7B">
                  <wp:extent cx="694944" cy="811915"/>
                  <wp:effectExtent l="0" t="0" r="0" b="0"/>
                  <wp:docPr id="1" name="Picture 1" descr="Logo Agriculture biol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1.png"/>
                          <pic:cNvPicPr/>
                        </pic:nvPicPr>
                        <pic:blipFill>
                          <a:blip r:embed="rId8"/>
                          <a:stretch>
                            <a:fillRect/>
                          </a:stretch>
                        </pic:blipFill>
                        <pic:spPr>
                          <a:xfrm>
                            <a:off x="0" y="0"/>
                            <a:ext cx="694944" cy="811915"/>
                          </a:xfrm>
                          <a:prstGeom prst="rect">
                            <a:avLst/>
                          </a:prstGeom>
                        </pic:spPr>
                      </pic:pic>
                    </a:graphicData>
                  </a:graphic>
                </wp:inline>
              </w:drawing>
            </w:r>
          </w:p>
        </w:tc>
        <w:tc>
          <w:tcPr>
            <w:tcW w:w="6200" w:type="dxa"/>
            <w:tcMar>
              <w:top w:w="0" w:type="dxa"/>
              <w:left w:w="0" w:type="dxa"/>
              <w:bottom w:w="0" w:type="dxa"/>
              <w:right w:w="0" w:type="dxa"/>
            </w:tcMar>
            <w:vAlign w:val="center"/>
          </w:tcPr>
          <w:p w14:paraId="21DE77D8" w14:textId="77777777" w:rsidR="00A53638" w:rsidRPr="00012546" w:rsidRDefault="00C976EB">
            <w:pPr>
              <w:spacing w:after="0"/>
              <w:jc w:val="center"/>
            </w:pPr>
            <w:r w:rsidRPr="00012546">
              <w:rPr>
                <w:noProof/>
              </w:rPr>
              <w:drawing>
                <wp:inline distT="0" distB="0" distL="0" distR="0" wp14:anchorId="55AA0B99" wp14:editId="778BC538">
                  <wp:extent cx="1225296" cy="1225296"/>
                  <wp:effectExtent l="0" t="0" r="0" b="0"/>
                  <wp:docPr id="2" name="Picture 2" descr="Préfet de la Marti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3.png"/>
                          <pic:cNvPicPr/>
                        </pic:nvPicPr>
                        <pic:blipFill>
                          <a:blip r:embed="rId9"/>
                          <a:stretch>
                            <a:fillRect/>
                          </a:stretch>
                        </pic:blipFill>
                        <pic:spPr>
                          <a:xfrm>
                            <a:off x="0" y="0"/>
                            <a:ext cx="1225296" cy="1225296"/>
                          </a:xfrm>
                          <a:prstGeom prst="rect">
                            <a:avLst/>
                          </a:prstGeom>
                        </pic:spPr>
                      </pic:pic>
                    </a:graphicData>
                  </a:graphic>
                </wp:inline>
              </w:drawing>
            </w:r>
          </w:p>
        </w:tc>
        <w:tc>
          <w:tcPr>
            <w:tcW w:w="1800" w:type="dxa"/>
            <w:tcMar>
              <w:top w:w="0" w:type="dxa"/>
              <w:left w:w="0" w:type="dxa"/>
              <w:bottom w:w="0" w:type="dxa"/>
              <w:right w:w="0" w:type="dxa"/>
            </w:tcMar>
            <w:vAlign w:val="center"/>
          </w:tcPr>
          <w:p w14:paraId="6EA85974" w14:textId="77777777" w:rsidR="00A53638" w:rsidRPr="00012546" w:rsidRDefault="00C976EB">
            <w:pPr>
              <w:spacing w:after="0"/>
              <w:jc w:val="right"/>
            </w:pPr>
            <w:r w:rsidRPr="00012546">
              <w:rPr>
                <w:noProof/>
              </w:rPr>
              <w:drawing>
                <wp:inline distT="0" distB="0" distL="0" distR="0" wp14:anchorId="4819F0FA" wp14:editId="263E7592">
                  <wp:extent cx="1024128" cy="626151"/>
                  <wp:effectExtent l="0" t="0" r="0" b="0"/>
                  <wp:docPr id="3" name="Picture 3" descr="Logo biologique de l’Union europé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2.png"/>
                          <pic:cNvPicPr/>
                        </pic:nvPicPr>
                        <pic:blipFill>
                          <a:blip r:embed="rId10"/>
                          <a:stretch>
                            <a:fillRect/>
                          </a:stretch>
                        </pic:blipFill>
                        <pic:spPr>
                          <a:xfrm>
                            <a:off x="0" y="0"/>
                            <a:ext cx="1024128" cy="626151"/>
                          </a:xfrm>
                          <a:prstGeom prst="rect">
                            <a:avLst/>
                          </a:prstGeom>
                        </pic:spPr>
                      </pic:pic>
                    </a:graphicData>
                  </a:graphic>
                </wp:inline>
              </w:drawing>
            </w:r>
          </w:p>
        </w:tc>
      </w:tr>
    </w:tbl>
    <w:p w14:paraId="0B44B4B3" w14:textId="77777777" w:rsidR="00A53638" w:rsidRPr="00012546" w:rsidRDefault="00C976EB">
      <w:pPr>
        <w:spacing w:before="480" w:after="80"/>
        <w:jc w:val="center"/>
      </w:pPr>
      <w:r w:rsidRPr="00012546">
        <w:rPr>
          <w:b/>
          <w:color w:val="5F6368"/>
          <w:sz w:val="22"/>
        </w:rPr>
        <w:t>DOSSIER À DÉPOSER DANS SAFRAN</w:t>
      </w:r>
    </w:p>
    <w:p w14:paraId="65D4FE0F" w14:textId="77777777" w:rsidR="00A53638" w:rsidRPr="00012546" w:rsidRDefault="00C976EB">
      <w:pPr>
        <w:pStyle w:val="Titre"/>
        <w:spacing w:before="240" w:after="120"/>
        <w:jc w:val="center"/>
      </w:pPr>
      <w:r w:rsidRPr="00012546">
        <w:rPr>
          <w:rFonts w:ascii="Arial" w:hAnsi="Arial"/>
        </w:rPr>
        <w:t>Formulaire unique de candidature</w:t>
      </w:r>
    </w:p>
    <w:p w14:paraId="372366C8" w14:textId="77777777" w:rsidR="00A53638" w:rsidRPr="00012546" w:rsidRDefault="00C976EB">
      <w:pPr>
        <w:pStyle w:val="Sous-titre"/>
        <w:jc w:val="center"/>
      </w:pPr>
      <w:r w:rsidRPr="00012546">
        <w:rPr>
          <w:rFonts w:ascii="Arial" w:hAnsi="Arial"/>
        </w:rPr>
        <w:t>Animation en agriculture biologique 2027</w:t>
      </w:r>
    </w:p>
    <w:tbl>
      <w:tblPr>
        <w:tblW w:w="9800" w:type="dxa"/>
        <w:tblInd w:w="120" w:type="dxa"/>
        <w:tblLayout w:type="fixed"/>
        <w:tblLook w:val="04A0" w:firstRow="1" w:lastRow="0" w:firstColumn="1" w:lastColumn="0" w:noHBand="0" w:noVBand="1"/>
      </w:tblPr>
      <w:tblGrid>
        <w:gridCol w:w="9800"/>
      </w:tblGrid>
      <w:tr w:rsidR="00A53638" w:rsidRPr="00012546" w14:paraId="581D3C52" w14:textId="77777777">
        <w:tc>
          <w:tcPr>
            <w:tcW w:w="9800" w:type="dxa"/>
            <w:shd w:val="clear" w:color="auto" w:fill="EAF6EF"/>
            <w:tcMar>
              <w:top w:w="90" w:type="dxa"/>
              <w:left w:w="120" w:type="dxa"/>
              <w:bottom w:w="90" w:type="dxa"/>
              <w:right w:w="120" w:type="dxa"/>
            </w:tcMar>
            <w:vAlign w:val="center"/>
          </w:tcPr>
          <w:p w14:paraId="67798ADC" w14:textId="77777777" w:rsidR="0066486F" w:rsidRDefault="00C976EB">
            <w:pPr>
              <w:spacing w:after="60"/>
              <w:rPr>
                <w:b/>
                <w:color w:val="006837"/>
                <w:sz w:val="21"/>
              </w:rPr>
            </w:pPr>
            <w:r w:rsidRPr="00012546">
              <w:rPr>
                <w:b/>
                <w:color w:val="006837"/>
                <w:sz w:val="21"/>
              </w:rPr>
              <w:t>Mode d’emploi</w:t>
            </w:r>
          </w:p>
          <w:p w14:paraId="642ADE9F" w14:textId="0870B918" w:rsidR="00A53638" w:rsidRPr="00012546" w:rsidRDefault="00C976EB" w:rsidP="0066486F">
            <w:pPr>
              <w:spacing w:after="60"/>
              <w:jc w:val="both"/>
            </w:pPr>
            <w:r w:rsidRPr="00012546">
              <w:rPr>
                <w:b/>
                <w:color w:val="006837"/>
                <w:sz w:val="21"/>
              </w:rPr>
              <w:t>Compléter les zones vert pâle, joindre le classeur « Budget et indicateurs » et déposer l’ensemble dans SAFRAN. Un dossier correspond à un seul bénéficiaire. Les informations déjà à jour dans SAFRAN ne doivent pas être fournies une seconde fois.</w:t>
            </w:r>
          </w:p>
          <w:p w14:paraId="5BAB5D0A" w14:textId="77777777" w:rsidR="00A53638" w:rsidRPr="00012546" w:rsidRDefault="00A53638">
            <w:pPr>
              <w:spacing w:after="0"/>
            </w:pPr>
          </w:p>
        </w:tc>
      </w:tr>
    </w:tbl>
    <w:p w14:paraId="74A00102"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59408611" w14:textId="77777777">
        <w:tc>
          <w:tcPr>
            <w:tcW w:w="9800" w:type="dxa"/>
            <w:shd w:val="clear" w:color="auto" w:fill="009B4A"/>
            <w:tcMar>
              <w:top w:w="90" w:type="dxa"/>
              <w:left w:w="120" w:type="dxa"/>
              <w:bottom w:w="90" w:type="dxa"/>
              <w:right w:w="120" w:type="dxa"/>
            </w:tcMar>
            <w:vAlign w:val="center"/>
          </w:tcPr>
          <w:p w14:paraId="3953A728" w14:textId="77777777" w:rsidR="00A53638" w:rsidRPr="00012546" w:rsidRDefault="00C976EB">
            <w:pPr>
              <w:spacing w:after="0"/>
            </w:pPr>
            <w:r w:rsidRPr="00012546">
              <w:rPr>
                <w:b/>
                <w:color w:val="FFFFFF"/>
                <w:sz w:val="23"/>
              </w:rPr>
              <w:t>1. IDENTIFICATION DE LA DEMANDE</w:t>
            </w:r>
          </w:p>
        </w:tc>
      </w:tr>
    </w:tbl>
    <w:p w14:paraId="1B642088"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2700"/>
        <w:gridCol w:w="7100"/>
      </w:tblGrid>
      <w:tr w:rsidR="00A53638" w:rsidRPr="00012546" w14:paraId="64D9118A" w14:textId="77777777">
        <w:tc>
          <w:tcPr>
            <w:tcW w:w="2700" w:type="dxa"/>
            <w:shd w:val="clear" w:color="auto" w:fill="F1F3F4"/>
            <w:tcMar>
              <w:top w:w="90" w:type="dxa"/>
              <w:left w:w="120" w:type="dxa"/>
              <w:bottom w:w="90" w:type="dxa"/>
              <w:right w:w="120" w:type="dxa"/>
            </w:tcMar>
            <w:vAlign w:val="center"/>
          </w:tcPr>
          <w:p w14:paraId="6B40B986" w14:textId="77777777" w:rsidR="00A53638" w:rsidRPr="00012546" w:rsidRDefault="00C976EB">
            <w:pPr>
              <w:spacing w:after="0"/>
            </w:pPr>
            <w:r w:rsidRPr="00012546">
              <w:rPr>
                <w:b/>
                <w:sz w:val="19"/>
              </w:rPr>
              <w:t>Numéro de dossier SAFRAN</w:t>
            </w:r>
          </w:p>
        </w:tc>
        <w:tc>
          <w:tcPr>
            <w:tcW w:w="7100" w:type="dxa"/>
            <w:shd w:val="clear" w:color="auto" w:fill="F5FBF7"/>
            <w:tcMar>
              <w:top w:w="90" w:type="dxa"/>
              <w:left w:w="120" w:type="dxa"/>
              <w:bottom w:w="90" w:type="dxa"/>
              <w:right w:w="120" w:type="dxa"/>
            </w:tcMar>
            <w:vAlign w:val="center"/>
          </w:tcPr>
          <w:p w14:paraId="2D1A4BC2" w14:textId="77777777" w:rsidR="00A53638" w:rsidRPr="00012546" w:rsidRDefault="00C976EB">
            <w:pPr>
              <w:spacing w:after="0"/>
            </w:pPr>
            <w:r w:rsidRPr="00012546">
              <w:t> </w:t>
            </w:r>
          </w:p>
        </w:tc>
      </w:tr>
      <w:tr w:rsidR="00A53638" w:rsidRPr="00012546" w14:paraId="09799682" w14:textId="77777777">
        <w:tc>
          <w:tcPr>
            <w:tcW w:w="2700" w:type="dxa"/>
            <w:shd w:val="clear" w:color="auto" w:fill="F1F3F4"/>
            <w:tcMar>
              <w:top w:w="90" w:type="dxa"/>
              <w:left w:w="120" w:type="dxa"/>
              <w:bottom w:w="90" w:type="dxa"/>
              <w:right w:w="120" w:type="dxa"/>
            </w:tcMar>
            <w:vAlign w:val="center"/>
          </w:tcPr>
          <w:p w14:paraId="7682C095" w14:textId="77777777" w:rsidR="00A53638" w:rsidRPr="00012546" w:rsidRDefault="00C976EB">
            <w:pPr>
              <w:spacing w:after="0"/>
            </w:pPr>
            <w:r w:rsidRPr="00012546">
              <w:rPr>
                <w:b/>
                <w:sz w:val="19"/>
              </w:rPr>
              <w:t>Intitulé du projet</w:t>
            </w:r>
          </w:p>
        </w:tc>
        <w:tc>
          <w:tcPr>
            <w:tcW w:w="7100" w:type="dxa"/>
            <w:shd w:val="clear" w:color="auto" w:fill="F5FBF7"/>
            <w:tcMar>
              <w:top w:w="90" w:type="dxa"/>
              <w:left w:w="120" w:type="dxa"/>
              <w:bottom w:w="90" w:type="dxa"/>
              <w:right w:w="120" w:type="dxa"/>
            </w:tcMar>
            <w:vAlign w:val="center"/>
          </w:tcPr>
          <w:p w14:paraId="11231216" w14:textId="77777777" w:rsidR="00A53638" w:rsidRPr="00012546" w:rsidRDefault="00C976EB">
            <w:pPr>
              <w:spacing w:after="0"/>
            </w:pPr>
            <w:r w:rsidRPr="00012546">
              <w:t> </w:t>
            </w:r>
          </w:p>
        </w:tc>
      </w:tr>
      <w:tr w:rsidR="00A53638" w:rsidRPr="00012546" w14:paraId="24B92E3A" w14:textId="77777777">
        <w:tc>
          <w:tcPr>
            <w:tcW w:w="2700" w:type="dxa"/>
            <w:shd w:val="clear" w:color="auto" w:fill="F1F3F4"/>
            <w:tcMar>
              <w:top w:w="90" w:type="dxa"/>
              <w:left w:w="120" w:type="dxa"/>
              <w:bottom w:w="90" w:type="dxa"/>
              <w:right w:w="120" w:type="dxa"/>
            </w:tcMar>
            <w:vAlign w:val="center"/>
          </w:tcPr>
          <w:p w14:paraId="188FBBC4" w14:textId="77777777" w:rsidR="00A53638" w:rsidRPr="00012546" w:rsidRDefault="00C976EB">
            <w:pPr>
              <w:spacing w:after="0"/>
            </w:pPr>
            <w:r w:rsidRPr="00012546">
              <w:rPr>
                <w:b/>
                <w:sz w:val="19"/>
              </w:rPr>
              <w:t>Porteur de projet – raison sociale</w:t>
            </w:r>
          </w:p>
        </w:tc>
        <w:tc>
          <w:tcPr>
            <w:tcW w:w="7100" w:type="dxa"/>
            <w:shd w:val="clear" w:color="auto" w:fill="F5FBF7"/>
            <w:tcMar>
              <w:top w:w="90" w:type="dxa"/>
              <w:left w:w="120" w:type="dxa"/>
              <w:bottom w:w="90" w:type="dxa"/>
              <w:right w:w="120" w:type="dxa"/>
            </w:tcMar>
            <w:vAlign w:val="center"/>
          </w:tcPr>
          <w:p w14:paraId="5D230D11" w14:textId="77777777" w:rsidR="00A53638" w:rsidRPr="00012546" w:rsidRDefault="00C976EB">
            <w:pPr>
              <w:spacing w:after="0"/>
            </w:pPr>
            <w:r w:rsidRPr="00012546">
              <w:t> </w:t>
            </w:r>
          </w:p>
        </w:tc>
      </w:tr>
      <w:tr w:rsidR="00A53638" w:rsidRPr="00012546" w14:paraId="0BD58FD8" w14:textId="77777777">
        <w:tc>
          <w:tcPr>
            <w:tcW w:w="2700" w:type="dxa"/>
            <w:shd w:val="clear" w:color="auto" w:fill="F1F3F4"/>
            <w:tcMar>
              <w:top w:w="90" w:type="dxa"/>
              <w:left w:w="120" w:type="dxa"/>
              <w:bottom w:w="90" w:type="dxa"/>
              <w:right w:w="120" w:type="dxa"/>
            </w:tcMar>
            <w:vAlign w:val="center"/>
          </w:tcPr>
          <w:p w14:paraId="6F2F33DF" w14:textId="77777777" w:rsidR="00A53638" w:rsidRPr="00012546" w:rsidRDefault="00C976EB">
            <w:pPr>
              <w:spacing w:after="0"/>
            </w:pPr>
            <w:r w:rsidRPr="00012546">
              <w:rPr>
                <w:b/>
                <w:sz w:val="19"/>
              </w:rPr>
              <w:t>SIRET</w:t>
            </w:r>
          </w:p>
        </w:tc>
        <w:tc>
          <w:tcPr>
            <w:tcW w:w="7100" w:type="dxa"/>
            <w:shd w:val="clear" w:color="auto" w:fill="F5FBF7"/>
            <w:tcMar>
              <w:top w:w="90" w:type="dxa"/>
              <w:left w:w="120" w:type="dxa"/>
              <w:bottom w:w="90" w:type="dxa"/>
              <w:right w:w="120" w:type="dxa"/>
            </w:tcMar>
            <w:vAlign w:val="center"/>
          </w:tcPr>
          <w:p w14:paraId="00E5D2D3" w14:textId="77777777" w:rsidR="00A53638" w:rsidRPr="00012546" w:rsidRDefault="00C976EB">
            <w:pPr>
              <w:spacing w:after="0"/>
            </w:pPr>
            <w:r w:rsidRPr="00012546">
              <w:t> </w:t>
            </w:r>
          </w:p>
        </w:tc>
      </w:tr>
      <w:tr w:rsidR="00A53638" w:rsidRPr="00012546" w14:paraId="135BEB24" w14:textId="77777777">
        <w:tc>
          <w:tcPr>
            <w:tcW w:w="2700" w:type="dxa"/>
            <w:shd w:val="clear" w:color="auto" w:fill="F1F3F4"/>
            <w:tcMar>
              <w:top w:w="90" w:type="dxa"/>
              <w:left w:w="120" w:type="dxa"/>
              <w:bottom w:w="90" w:type="dxa"/>
              <w:right w:w="120" w:type="dxa"/>
            </w:tcMar>
            <w:vAlign w:val="center"/>
          </w:tcPr>
          <w:p w14:paraId="1AFC04E0" w14:textId="77777777" w:rsidR="00A53638" w:rsidRPr="00012546" w:rsidRDefault="00C976EB">
            <w:pPr>
              <w:spacing w:after="0"/>
            </w:pPr>
            <w:r w:rsidRPr="00012546">
              <w:rPr>
                <w:b/>
                <w:sz w:val="19"/>
              </w:rPr>
              <w:t>Statut juridique</w:t>
            </w:r>
          </w:p>
        </w:tc>
        <w:tc>
          <w:tcPr>
            <w:tcW w:w="7100" w:type="dxa"/>
            <w:shd w:val="clear" w:color="auto" w:fill="F5FBF7"/>
            <w:tcMar>
              <w:top w:w="90" w:type="dxa"/>
              <w:left w:w="120" w:type="dxa"/>
              <w:bottom w:w="90" w:type="dxa"/>
              <w:right w:w="120" w:type="dxa"/>
            </w:tcMar>
            <w:vAlign w:val="center"/>
          </w:tcPr>
          <w:p w14:paraId="5153B537" w14:textId="77777777" w:rsidR="00A53638" w:rsidRPr="00012546" w:rsidRDefault="00C976EB">
            <w:pPr>
              <w:spacing w:after="0"/>
            </w:pPr>
            <w:r w:rsidRPr="00012546">
              <w:t> </w:t>
            </w:r>
          </w:p>
        </w:tc>
      </w:tr>
      <w:tr w:rsidR="00A53638" w:rsidRPr="00012546" w14:paraId="34B1EC55" w14:textId="77777777">
        <w:tc>
          <w:tcPr>
            <w:tcW w:w="2700" w:type="dxa"/>
            <w:shd w:val="clear" w:color="auto" w:fill="F1F3F4"/>
            <w:tcMar>
              <w:top w:w="90" w:type="dxa"/>
              <w:left w:w="120" w:type="dxa"/>
              <w:bottom w:w="90" w:type="dxa"/>
              <w:right w:w="120" w:type="dxa"/>
            </w:tcMar>
            <w:vAlign w:val="center"/>
          </w:tcPr>
          <w:p w14:paraId="4858924E" w14:textId="77777777" w:rsidR="00A53638" w:rsidRPr="00012546" w:rsidRDefault="00C976EB">
            <w:pPr>
              <w:spacing w:after="0"/>
            </w:pPr>
            <w:r w:rsidRPr="00012546">
              <w:rPr>
                <w:b/>
                <w:sz w:val="19"/>
              </w:rPr>
              <w:t>Adresse du siège</w:t>
            </w:r>
          </w:p>
        </w:tc>
        <w:tc>
          <w:tcPr>
            <w:tcW w:w="7100" w:type="dxa"/>
            <w:shd w:val="clear" w:color="auto" w:fill="F5FBF7"/>
            <w:tcMar>
              <w:top w:w="90" w:type="dxa"/>
              <w:left w:w="120" w:type="dxa"/>
              <w:bottom w:w="90" w:type="dxa"/>
              <w:right w:w="120" w:type="dxa"/>
            </w:tcMar>
            <w:vAlign w:val="center"/>
          </w:tcPr>
          <w:p w14:paraId="08F18618" w14:textId="77777777" w:rsidR="00A53638" w:rsidRPr="00012546" w:rsidRDefault="00C976EB">
            <w:pPr>
              <w:spacing w:after="0"/>
            </w:pPr>
            <w:r w:rsidRPr="00012546">
              <w:t> </w:t>
            </w:r>
          </w:p>
        </w:tc>
      </w:tr>
      <w:tr w:rsidR="00A53638" w:rsidRPr="00012546" w14:paraId="162E3911" w14:textId="77777777">
        <w:tc>
          <w:tcPr>
            <w:tcW w:w="2700" w:type="dxa"/>
            <w:shd w:val="clear" w:color="auto" w:fill="F1F3F4"/>
            <w:tcMar>
              <w:top w:w="90" w:type="dxa"/>
              <w:left w:w="120" w:type="dxa"/>
              <w:bottom w:w="90" w:type="dxa"/>
              <w:right w:w="120" w:type="dxa"/>
            </w:tcMar>
            <w:vAlign w:val="center"/>
          </w:tcPr>
          <w:p w14:paraId="28C459C3" w14:textId="77777777" w:rsidR="00A53638" w:rsidRPr="00012546" w:rsidRDefault="00C976EB">
            <w:pPr>
              <w:spacing w:after="0"/>
            </w:pPr>
            <w:r w:rsidRPr="00012546">
              <w:rPr>
                <w:b/>
                <w:sz w:val="19"/>
              </w:rPr>
              <w:t>Représentant légal</w:t>
            </w:r>
          </w:p>
        </w:tc>
        <w:tc>
          <w:tcPr>
            <w:tcW w:w="7100" w:type="dxa"/>
            <w:shd w:val="clear" w:color="auto" w:fill="F5FBF7"/>
            <w:tcMar>
              <w:top w:w="90" w:type="dxa"/>
              <w:left w:w="120" w:type="dxa"/>
              <w:bottom w:w="90" w:type="dxa"/>
              <w:right w:w="120" w:type="dxa"/>
            </w:tcMar>
            <w:vAlign w:val="center"/>
          </w:tcPr>
          <w:p w14:paraId="0FB4625D" w14:textId="77777777" w:rsidR="00A53638" w:rsidRPr="00012546" w:rsidRDefault="00C976EB">
            <w:pPr>
              <w:spacing w:after="0"/>
            </w:pPr>
            <w:r w:rsidRPr="00012546">
              <w:t> </w:t>
            </w:r>
          </w:p>
        </w:tc>
      </w:tr>
      <w:tr w:rsidR="00A53638" w:rsidRPr="00012546" w14:paraId="4E783A8E" w14:textId="77777777">
        <w:tc>
          <w:tcPr>
            <w:tcW w:w="2700" w:type="dxa"/>
            <w:shd w:val="clear" w:color="auto" w:fill="F1F3F4"/>
            <w:tcMar>
              <w:top w:w="90" w:type="dxa"/>
              <w:left w:w="120" w:type="dxa"/>
              <w:bottom w:w="90" w:type="dxa"/>
              <w:right w:w="120" w:type="dxa"/>
            </w:tcMar>
            <w:vAlign w:val="center"/>
          </w:tcPr>
          <w:p w14:paraId="06500C42" w14:textId="77777777" w:rsidR="00A53638" w:rsidRPr="00012546" w:rsidRDefault="00C976EB">
            <w:pPr>
              <w:spacing w:after="0"/>
            </w:pPr>
            <w:r w:rsidRPr="00012546">
              <w:rPr>
                <w:b/>
                <w:sz w:val="19"/>
              </w:rPr>
              <w:t>Responsable opérationnel du projet</w:t>
            </w:r>
          </w:p>
        </w:tc>
        <w:tc>
          <w:tcPr>
            <w:tcW w:w="7100" w:type="dxa"/>
            <w:shd w:val="clear" w:color="auto" w:fill="F5FBF7"/>
            <w:tcMar>
              <w:top w:w="90" w:type="dxa"/>
              <w:left w:w="120" w:type="dxa"/>
              <w:bottom w:w="90" w:type="dxa"/>
              <w:right w:w="120" w:type="dxa"/>
            </w:tcMar>
            <w:vAlign w:val="center"/>
          </w:tcPr>
          <w:p w14:paraId="47F2F39A" w14:textId="77777777" w:rsidR="00A53638" w:rsidRPr="00012546" w:rsidRDefault="00C976EB">
            <w:pPr>
              <w:spacing w:after="0"/>
            </w:pPr>
            <w:r w:rsidRPr="00012546">
              <w:t> </w:t>
            </w:r>
          </w:p>
        </w:tc>
      </w:tr>
      <w:tr w:rsidR="00A53638" w:rsidRPr="00012546" w14:paraId="33626B4A" w14:textId="77777777">
        <w:tc>
          <w:tcPr>
            <w:tcW w:w="2700" w:type="dxa"/>
            <w:shd w:val="clear" w:color="auto" w:fill="F1F3F4"/>
            <w:tcMar>
              <w:top w:w="90" w:type="dxa"/>
              <w:left w:w="120" w:type="dxa"/>
              <w:bottom w:w="90" w:type="dxa"/>
              <w:right w:w="120" w:type="dxa"/>
            </w:tcMar>
            <w:vAlign w:val="center"/>
          </w:tcPr>
          <w:p w14:paraId="756B2ABB" w14:textId="77777777" w:rsidR="00A53638" w:rsidRPr="00012546" w:rsidRDefault="00C976EB">
            <w:pPr>
              <w:spacing w:after="0"/>
            </w:pPr>
            <w:r w:rsidRPr="00012546">
              <w:rPr>
                <w:b/>
                <w:sz w:val="19"/>
              </w:rPr>
              <w:t>Téléphone et courriel du contact</w:t>
            </w:r>
          </w:p>
        </w:tc>
        <w:tc>
          <w:tcPr>
            <w:tcW w:w="7100" w:type="dxa"/>
            <w:shd w:val="clear" w:color="auto" w:fill="F5FBF7"/>
            <w:tcMar>
              <w:top w:w="90" w:type="dxa"/>
              <w:left w:w="120" w:type="dxa"/>
              <w:bottom w:w="90" w:type="dxa"/>
              <w:right w:w="120" w:type="dxa"/>
            </w:tcMar>
            <w:vAlign w:val="center"/>
          </w:tcPr>
          <w:p w14:paraId="2B533D46" w14:textId="77777777" w:rsidR="00A53638" w:rsidRPr="00012546" w:rsidRDefault="00C976EB">
            <w:pPr>
              <w:spacing w:after="0"/>
            </w:pPr>
            <w:r w:rsidRPr="00012546">
              <w:t> </w:t>
            </w:r>
          </w:p>
        </w:tc>
      </w:tr>
      <w:tr w:rsidR="00A53638" w:rsidRPr="00012546" w14:paraId="24B6EC2D" w14:textId="77777777">
        <w:tc>
          <w:tcPr>
            <w:tcW w:w="2700" w:type="dxa"/>
            <w:shd w:val="clear" w:color="auto" w:fill="F1F3F4"/>
            <w:tcMar>
              <w:top w:w="90" w:type="dxa"/>
              <w:left w:w="120" w:type="dxa"/>
              <w:bottom w:w="90" w:type="dxa"/>
              <w:right w:w="120" w:type="dxa"/>
            </w:tcMar>
            <w:vAlign w:val="center"/>
          </w:tcPr>
          <w:p w14:paraId="61BACCF3" w14:textId="77777777" w:rsidR="00A53638" w:rsidRPr="00012546" w:rsidRDefault="00C976EB">
            <w:pPr>
              <w:spacing w:after="0"/>
            </w:pPr>
            <w:r w:rsidRPr="00012546">
              <w:rPr>
                <w:b/>
                <w:sz w:val="19"/>
              </w:rPr>
              <w:t>Récupération de la TVA</w:t>
            </w:r>
          </w:p>
        </w:tc>
        <w:tc>
          <w:tcPr>
            <w:tcW w:w="7100" w:type="dxa"/>
            <w:shd w:val="clear" w:color="auto" w:fill="F5FBF7"/>
            <w:tcMar>
              <w:top w:w="90" w:type="dxa"/>
              <w:left w:w="120" w:type="dxa"/>
              <w:bottom w:w="90" w:type="dxa"/>
              <w:right w:w="120" w:type="dxa"/>
            </w:tcMar>
            <w:vAlign w:val="center"/>
          </w:tcPr>
          <w:p w14:paraId="565562AA" w14:textId="77777777" w:rsidR="00A53638" w:rsidRPr="00012546" w:rsidRDefault="00C976EB">
            <w:pPr>
              <w:spacing w:after="0"/>
            </w:pPr>
            <w:proofErr w:type="gramStart"/>
            <w:r w:rsidRPr="00012546">
              <w:rPr>
                <w:color w:val="5F6368"/>
                <w:sz w:val="19"/>
              </w:rPr>
              <w:t>[ ]</w:t>
            </w:r>
            <w:proofErr w:type="gramEnd"/>
            <w:r w:rsidRPr="00012546">
              <w:rPr>
                <w:color w:val="5F6368"/>
                <w:sz w:val="19"/>
              </w:rPr>
              <w:t xml:space="preserve"> Oui     [ ] Non     [ ] Partiellement</w:t>
            </w:r>
          </w:p>
        </w:tc>
      </w:tr>
    </w:tbl>
    <w:p w14:paraId="188F3AB7"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39D073BD" w14:textId="77777777">
        <w:tc>
          <w:tcPr>
            <w:tcW w:w="9800" w:type="dxa"/>
            <w:shd w:val="clear" w:color="auto" w:fill="009B4A"/>
            <w:tcMar>
              <w:top w:w="90" w:type="dxa"/>
              <w:left w:w="120" w:type="dxa"/>
              <w:bottom w:w="90" w:type="dxa"/>
              <w:right w:w="120" w:type="dxa"/>
            </w:tcMar>
            <w:vAlign w:val="center"/>
          </w:tcPr>
          <w:p w14:paraId="49CC3314" w14:textId="77777777" w:rsidR="00A53638" w:rsidRPr="00012546" w:rsidRDefault="00C976EB">
            <w:pPr>
              <w:spacing w:after="0"/>
            </w:pPr>
            <w:r w:rsidRPr="00012546">
              <w:rPr>
                <w:b/>
                <w:color w:val="FFFFFF"/>
                <w:sz w:val="23"/>
              </w:rPr>
              <w:t>2. SYNTHÈSE DU PROJET</w:t>
            </w:r>
          </w:p>
        </w:tc>
      </w:tr>
    </w:tbl>
    <w:p w14:paraId="0CF4DB9A"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2700"/>
        <w:gridCol w:w="7100"/>
      </w:tblGrid>
      <w:tr w:rsidR="00A53638" w:rsidRPr="00012546" w14:paraId="0B9A0C6C" w14:textId="77777777">
        <w:tc>
          <w:tcPr>
            <w:tcW w:w="2700" w:type="dxa"/>
            <w:shd w:val="clear" w:color="auto" w:fill="F1F3F4"/>
            <w:tcMar>
              <w:top w:w="90" w:type="dxa"/>
              <w:left w:w="120" w:type="dxa"/>
              <w:bottom w:w="90" w:type="dxa"/>
              <w:right w:w="120" w:type="dxa"/>
            </w:tcMar>
            <w:vAlign w:val="center"/>
          </w:tcPr>
          <w:p w14:paraId="2899506E" w14:textId="77777777" w:rsidR="00A53638" w:rsidRPr="00012546" w:rsidRDefault="00C976EB">
            <w:pPr>
              <w:spacing w:after="0"/>
            </w:pPr>
            <w:r w:rsidRPr="00012546">
              <w:rPr>
                <w:b/>
                <w:sz w:val="19"/>
              </w:rPr>
              <w:t>Date prévisionnelle de début</w:t>
            </w:r>
          </w:p>
        </w:tc>
        <w:tc>
          <w:tcPr>
            <w:tcW w:w="7100" w:type="dxa"/>
            <w:shd w:val="clear" w:color="auto" w:fill="F5FBF7"/>
            <w:tcMar>
              <w:top w:w="90" w:type="dxa"/>
              <w:left w:w="120" w:type="dxa"/>
              <w:bottom w:w="90" w:type="dxa"/>
              <w:right w:w="120" w:type="dxa"/>
            </w:tcMar>
            <w:vAlign w:val="center"/>
          </w:tcPr>
          <w:p w14:paraId="1CAF4941" w14:textId="77777777" w:rsidR="00A53638" w:rsidRPr="00012546" w:rsidRDefault="00C976EB">
            <w:pPr>
              <w:spacing w:after="0"/>
            </w:pPr>
            <w:r w:rsidRPr="00012546">
              <w:t> </w:t>
            </w:r>
          </w:p>
        </w:tc>
      </w:tr>
      <w:tr w:rsidR="00A53638" w:rsidRPr="00012546" w14:paraId="183B5E7A" w14:textId="77777777">
        <w:tc>
          <w:tcPr>
            <w:tcW w:w="2700" w:type="dxa"/>
            <w:shd w:val="clear" w:color="auto" w:fill="F1F3F4"/>
            <w:tcMar>
              <w:top w:w="90" w:type="dxa"/>
              <w:left w:w="120" w:type="dxa"/>
              <w:bottom w:w="90" w:type="dxa"/>
              <w:right w:w="120" w:type="dxa"/>
            </w:tcMar>
            <w:vAlign w:val="center"/>
          </w:tcPr>
          <w:p w14:paraId="2FDB3B7D" w14:textId="77777777" w:rsidR="00A53638" w:rsidRPr="00012546" w:rsidRDefault="00C976EB">
            <w:pPr>
              <w:spacing w:after="0"/>
            </w:pPr>
            <w:r w:rsidRPr="00012546">
              <w:rPr>
                <w:b/>
                <w:sz w:val="19"/>
              </w:rPr>
              <w:t>Date prévisionnelle de fin</w:t>
            </w:r>
          </w:p>
        </w:tc>
        <w:tc>
          <w:tcPr>
            <w:tcW w:w="7100" w:type="dxa"/>
            <w:shd w:val="clear" w:color="auto" w:fill="F5FBF7"/>
            <w:tcMar>
              <w:top w:w="90" w:type="dxa"/>
              <w:left w:w="120" w:type="dxa"/>
              <w:bottom w:w="90" w:type="dxa"/>
              <w:right w:w="120" w:type="dxa"/>
            </w:tcMar>
            <w:vAlign w:val="center"/>
          </w:tcPr>
          <w:p w14:paraId="0886035B" w14:textId="77777777" w:rsidR="00A53638" w:rsidRPr="00012546" w:rsidRDefault="00C976EB">
            <w:pPr>
              <w:spacing w:after="0"/>
            </w:pPr>
            <w:r w:rsidRPr="00012546">
              <w:t> </w:t>
            </w:r>
          </w:p>
        </w:tc>
      </w:tr>
      <w:tr w:rsidR="00A53638" w:rsidRPr="00012546" w14:paraId="59E96E85" w14:textId="77777777">
        <w:tc>
          <w:tcPr>
            <w:tcW w:w="2700" w:type="dxa"/>
            <w:shd w:val="clear" w:color="auto" w:fill="F1F3F4"/>
            <w:tcMar>
              <w:top w:w="90" w:type="dxa"/>
              <w:left w:w="120" w:type="dxa"/>
              <w:bottom w:w="90" w:type="dxa"/>
              <w:right w:w="120" w:type="dxa"/>
            </w:tcMar>
            <w:vAlign w:val="center"/>
          </w:tcPr>
          <w:p w14:paraId="38A42C70" w14:textId="77777777" w:rsidR="00A53638" w:rsidRPr="00012546" w:rsidRDefault="00C976EB">
            <w:pPr>
              <w:spacing w:after="0"/>
            </w:pPr>
            <w:r w:rsidRPr="00012546">
              <w:rPr>
                <w:b/>
                <w:sz w:val="19"/>
              </w:rPr>
              <w:lastRenderedPageBreak/>
              <w:t>Territoire / communes concernées</w:t>
            </w:r>
          </w:p>
        </w:tc>
        <w:tc>
          <w:tcPr>
            <w:tcW w:w="7100" w:type="dxa"/>
            <w:shd w:val="clear" w:color="auto" w:fill="F5FBF7"/>
            <w:tcMar>
              <w:top w:w="90" w:type="dxa"/>
              <w:left w:w="120" w:type="dxa"/>
              <w:bottom w:w="90" w:type="dxa"/>
              <w:right w:w="120" w:type="dxa"/>
            </w:tcMar>
            <w:vAlign w:val="center"/>
          </w:tcPr>
          <w:p w14:paraId="0D498E6C" w14:textId="77777777" w:rsidR="00A53638" w:rsidRPr="00012546" w:rsidRDefault="00C976EB">
            <w:pPr>
              <w:spacing w:after="0"/>
            </w:pPr>
            <w:r w:rsidRPr="00012546">
              <w:t> </w:t>
            </w:r>
          </w:p>
        </w:tc>
      </w:tr>
      <w:tr w:rsidR="00A53638" w:rsidRPr="00012546" w14:paraId="43822BA7" w14:textId="77777777">
        <w:tc>
          <w:tcPr>
            <w:tcW w:w="2700" w:type="dxa"/>
            <w:shd w:val="clear" w:color="auto" w:fill="F1F3F4"/>
            <w:tcMar>
              <w:top w:w="90" w:type="dxa"/>
              <w:left w:w="120" w:type="dxa"/>
              <w:bottom w:w="90" w:type="dxa"/>
              <w:right w:w="120" w:type="dxa"/>
            </w:tcMar>
            <w:vAlign w:val="center"/>
          </w:tcPr>
          <w:p w14:paraId="6B41C160" w14:textId="77777777" w:rsidR="00A53638" w:rsidRPr="00012546" w:rsidRDefault="00C976EB">
            <w:pPr>
              <w:spacing w:after="0"/>
            </w:pPr>
            <w:r w:rsidRPr="00012546">
              <w:rPr>
                <w:b/>
                <w:sz w:val="19"/>
              </w:rPr>
              <w:t>Coût total prévisionnel</w:t>
            </w:r>
          </w:p>
        </w:tc>
        <w:tc>
          <w:tcPr>
            <w:tcW w:w="7100" w:type="dxa"/>
            <w:shd w:val="clear" w:color="auto" w:fill="F5FBF7"/>
            <w:tcMar>
              <w:top w:w="90" w:type="dxa"/>
              <w:left w:w="120" w:type="dxa"/>
              <w:bottom w:w="90" w:type="dxa"/>
              <w:right w:w="120" w:type="dxa"/>
            </w:tcMar>
            <w:vAlign w:val="center"/>
          </w:tcPr>
          <w:p w14:paraId="54A470A4" w14:textId="77777777" w:rsidR="00A53638" w:rsidRPr="00012546" w:rsidRDefault="00C976EB">
            <w:pPr>
              <w:spacing w:after="0"/>
            </w:pPr>
            <w:r w:rsidRPr="00012546">
              <w:t> </w:t>
            </w:r>
          </w:p>
        </w:tc>
      </w:tr>
      <w:tr w:rsidR="00A53638" w:rsidRPr="00012546" w14:paraId="0487ED4B" w14:textId="77777777">
        <w:tc>
          <w:tcPr>
            <w:tcW w:w="2700" w:type="dxa"/>
            <w:shd w:val="clear" w:color="auto" w:fill="F1F3F4"/>
            <w:tcMar>
              <w:top w:w="90" w:type="dxa"/>
              <w:left w:w="120" w:type="dxa"/>
              <w:bottom w:w="90" w:type="dxa"/>
              <w:right w:w="120" w:type="dxa"/>
            </w:tcMar>
            <w:vAlign w:val="center"/>
          </w:tcPr>
          <w:p w14:paraId="73D18AF8" w14:textId="77777777" w:rsidR="00A53638" w:rsidRPr="00012546" w:rsidRDefault="00C976EB">
            <w:pPr>
              <w:spacing w:after="0"/>
            </w:pPr>
            <w:r w:rsidRPr="00012546">
              <w:rPr>
                <w:b/>
                <w:sz w:val="19"/>
              </w:rPr>
              <w:t>Aide DAAF sollicitée</w:t>
            </w:r>
          </w:p>
        </w:tc>
        <w:tc>
          <w:tcPr>
            <w:tcW w:w="7100" w:type="dxa"/>
            <w:shd w:val="clear" w:color="auto" w:fill="F5FBF7"/>
            <w:tcMar>
              <w:top w:w="90" w:type="dxa"/>
              <w:left w:w="120" w:type="dxa"/>
              <w:bottom w:w="90" w:type="dxa"/>
              <w:right w:w="120" w:type="dxa"/>
            </w:tcMar>
            <w:vAlign w:val="center"/>
          </w:tcPr>
          <w:p w14:paraId="48CD3C1D" w14:textId="77777777" w:rsidR="00A53638" w:rsidRPr="00012546" w:rsidRDefault="00C976EB">
            <w:pPr>
              <w:spacing w:after="0"/>
            </w:pPr>
            <w:r w:rsidRPr="00012546">
              <w:t> </w:t>
            </w:r>
          </w:p>
        </w:tc>
      </w:tr>
    </w:tbl>
    <w:p w14:paraId="6DA71808" w14:textId="20E3D4FF" w:rsidR="00A53638" w:rsidRPr="00012546" w:rsidRDefault="00A53638">
      <w:pPr>
        <w:spacing w:after="0"/>
      </w:pPr>
    </w:p>
    <w:p w14:paraId="70289B84" w14:textId="77777777" w:rsidR="00F66687" w:rsidRPr="00012546" w:rsidRDefault="00F66687" w:rsidP="00F66687">
      <w:pPr>
        <w:pStyle w:val="Smallnote"/>
        <w:rPr>
          <w:lang w:val="fr-FR"/>
        </w:rPr>
      </w:pPr>
      <w:r w:rsidRPr="00012546">
        <w:rPr>
          <w:b/>
          <w:bCs/>
          <w:lang w:val="fr-FR"/>
        </w:rPr>
        <w:t>La date de début ne peut être antérieure à la date de dépôt de la demande dans SAFRAN. Toute dépense engagée avant la décision attributive l’est aux risques du demandeur.</w:t>
      </w:r>
    </w:p>
    <w:p w14:paraId="5F6EED83" w14:textId="77777777" w:rsidR="00F66687" w:rsidRPr="00012546" w:rsidRDefault="00F66687">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64B8C551" w14:textId="77777777">
        <w:tc>
          <w:tcPr>
            <w:tcW w:w="9800" w:type="dxa"/>
            <w:shd w:val="clear" w:color="auto" w:fill="F1F3F4"/>
            <w:tcMar>
              <w:top w:w="90" w:type="dxa"/>
              <w:left w:w="120" w:type="dxa"/>
              <w:bottom w:w="90" w:type="dxa"/>
              <w:right w:w="120" w:type="dxa"/>
            </w:tcMar>
            <w:vAlign w:val="center"/>
          </w:tcPr>
          <w:p w14:paraId="3E51D72E" w14:textId="77777777" w:rsidR="00A53638" w:rsidRPr="00012546" w:rsidRDefault="00C976EB">
            <w:pPr>
              <w:spacing w:after="0"/>
            </w:pPr>
            <w:r w:rsidRPr="00012546">
              <w:rPr>
                <w:b/>
                <w:sz w:val="19"/>
              </w:rPr>
              <w:t xml:space="preserve">Résumé du </w:t>
            </w:r>
            <w:proofErr w:type="gramStart"/>
            <w:r w:rsidRPr="00012546">
              <w:rPr>
                <w:b/>
                <w:sz w:val="19"/>
              </w:rPr>
              <w:t>projet</w:t>
            </w:r>
            <w:r w:rsidRPr="00012546">
              <w:rPr>
                <w:i/>
                <w:color w:val="5F6368"/>
                <w:sz w:val="17"/>
              </w:rPr>
              <w:t xml:space="preserve">  (</w:t>
            </w:r>
            <w:proofErr w:type="gramEnd"/>
            <w:r w:rsidRPr="00012546">
              <w:rPr>
                <w:i/>
                <w:color w:val="5F6368"/>
                <w:sz w:val="17"/>
              </w:rPr>
              <w:t>finalité, actions principales, publics concernés et résultats attendus – 1 500 caractères maximum)</w:t>
            </w:r>
          </w:p>
        </w:tc>
      </w:tr>
      <w:tr w:rsidR="00A53638" w:rsidRPr="00012546" w14:paraId="45012D50" w14:textId="77777777">
        <w:tc>
          <w:tcPr>
            <w:tcW w:w="9800" w:type="dxa"/>
            <w:shd w:val="clear" w:color="auto" w:fill="F5FBF7"/>
            <w:tcMar>
              <w:top w:w="90" w:type="dxa"/>
              <w:left w:w="120" w:type="dxa"/>
              <w:bottom w:w="90" w:type="dxa"/>
              <w:right w:w="120" w:type="dxa"/>
            </w:tcMar>
            <w:vAlign w:val="center"/>
          </w:tcPr>
          <w:p w14:paraId="1F76AAD1" w14:textId="77777777" w:rsidR="00A53638" w:rsidRPr="00012546" w:rsidRDefault="00C976EB">
            <w:pPr>
              <w:spacing w:after="100"/>
            </w:pPr>
            <w:r w:rsidRPr="00012546">
              <w:t> </w:t>
            </w:r>
          </w:p>
          <w:p w14:paraId="2683C71B" w14:textId="77777777" w:rsidR="00A53638" w:rsidRPr="00012546" w:rsidRDefault="00C976EB">
            <w:pPr>
              <w:spacing w:after="100"/>
            </w:pPr>
            <w:r w:rsidRPr="00012546">
              <w:t> </w:t>
            </w:r>
          </w:p>
          <w:p w14:paraId="287A0C9C" w14:textId="77777777" w:rsidR="00A53638" w:rsidRPr="00012546" w:rsidRDefault="00C976EB">
            <w:pPr>
              <w:spacing w:after="100"/>
            </w:pPr>
            <w:r w:rsidRPr="00012546">
              <w:t> </w:t>
            </w:r>
          </w:p>
          <w:p w14:paraId="6D42802E" w14:textId="77777777" w:rsidR="00A53638" w:rsidRPr="00012546" w:rsidRDefault="00C976EB">
            <w:pPr>
              <w:spacing w:after="100"/>
            </w:pPr>
            <w:r w:rsidRPr="00012546">
              <w:t> </w:t>
            </w:r>
          </w:p>
          <w:p w14:paraId="2B3C57CD" w14:textId="77777777" w:rsidR="00A53638" w:rsidRPr="00012546" w:rsidRDefault="00C976EB">
            <w:pPr>
              <w:spacing w:after="100"/>
            </w:pPr>
            <w:r w:rsidRPr="00012546">
              <w:t> </w:t>
            </w:r>
          </w:p>
        </w:tc>
      </w:tr>
    </w:tbl>
    <w:p w14:paraId="593427BC" w14:textId="60E3088B" w:rsidR="00A53638" w:rsidRPr="00012546" w:rsidRDefault="00A53638" w:rsidP="00F66687">
      <w:pPr>
        <w:pStyle w:val="Smallnote"/>
        <w:rPr>
          <w:lang w:val="fr-FR"/>
        </w:rPr>
      </w:pPr>
    </w:p>
    <w:tbl>
      <w:tblPr>
        <w:tblW w:w="9800" w:type="dxa"/>
        <w:tblInd w:w="120" w:type="dxa"/>
        <w:tblLayout w:type="fixed"/>
        <w:tblLook w:val="04A0" w:firstRow="1" w:lastRow="0" w:firstColumn="1" w:lastColumn="0" w:noHBand="0" w:noVBand="1"/>
      </w:tblPr>
      <w:tblGrid>
        <w:gridCol w:w="9800"/>
      </w:tblGrid>
      <w:tr w:rsidR="00A53638" w:rsidRPr="00012546" w14:paraId="33899E2A" w14:textId="77777777">
        <w:tc>
          <w:tcPr>
            <w:tcW w:w="9800" w:type="dxa"/>
            <w:shd w:val="clear" w:color="auto" w:fill="009B4A"/>
            <w:tcMar>
              <w:top w:w="90" w:type="dxa"/>
              <w:left w:w="120" w:type="dxa"/>
              <w:bottom w:w="90" w:type="dxa"/>
              <w:right w:w="120" w:type="dxa"/>
            </w:tcMar>
            <w:vAlign w:val="center"/>
          </w:tcPr>
          <w:p w14:paraId="40E530B0" w14:textId="77777777" w:rsidR="00A53638" w:rsidRPr="00012546" w:rsidRDefault="00C976EB">
            <w:pPr>
              <w:spacing w:after="0"/>
            </w:pPr>
            <w:r w:rsidRPr="00012546">
              <w:rPr>
                <w:b/>
                <w:color w:val="FFFFFF"/>
                <w:sz w:val="23"/>
              </w:rPr>
              <w:t>3. CONTEXTE, BESOINS ET OBJECTIFS</w:t>
            </w:r>
          </w:p>
        </w:tc>
      </w:tr>
    </w:tbl>
    <w:p w14:paraId="41857D03"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2851750F" w14:textId="77777777">
        <w:tc>
          <w:tcPr>
            <w:tcW w:w="9800" w:type="dxa"/>
            <w:shd w:val="clear" w:color="auto" w:fill="F1F3F4"/>
            <w:tcMar>
              <w:top w:w="90" w:type="dxa"/>
              <w:left w:w="120" w:type="dxa"/>
              <w:bottom w:w="90" w:type="dxa"/>
              <w:right w:w="120" w:type="dxa"/>
            </w:tcMar>
            <w:vAlign w:val="center"/>
          </w:tcPr>
          <w:p w14:paraId="3919A811" w14:textId="77777777" w:rsidR="00A53638" w:rsidRPr="00012546" w:rsidRDefault="00C976EB">
            <w:pPr>
              <w:spacing w:after="0"/>
            </w:pPr>
            <w:r w:rsidRPr="00012546">
              <w:rPr>
                <w:b/>
                <w:sz w:val="19"/>
              </w:rPr>
              <w:t xml:space="preserve">Diagnostic et besoins auxquels répond le </w:t>
            </w:r>
            <w:proofErr w:type="gramStart"/>
            <w:r w:rsidRPr="00012546">
              <w:rPr>
                <w:b/>
                <w:sz w:val="19"/>
              </w:rPr>
              <w:t>projet</w:t>
            </w:r>
            <w:r w:rsidRPr="00012546">
              <w:rPr>
                <w:i/>
                <w:color w:val="5F6368"/>
                <w:sz w:val="17"/>
              </w:rPr>
              <w:t xml:space="preserve">  (</w:t>
            </w:r>
            <w:proofErr w:type="gramEnd"/>
            <w:r w:rsidRPr="00012546">
              <w:rPr>
                <w:i/>
                <w:color w:val="5F6368"/>
                <w:sz w:val="17"/>
              </w:rPr>
              <w:t>situation de départ, enjeux de la filière et problèmes à résoudre)</w:t>
            </w:r>
          </w:p>
        </w:tc>
      </w:tr>
      <w:tr w:rsidR="00A53638" w:rsidRPr="00012546" w14:paraId="4EDC9528" w14:textId="77777777">
        <w:tc>
          <w:tcPr>
            <w:tcW w:w="9800" w:type="dxa"/>
            <w:shd w:val="clear" w:color="auto" w:fill="F5FBF7"/>
            <w:tcMar>
              <w:top w:w="90" w:type="dxa"/>
              <w:left w:w="120" w:type="dxa"/>
              <w:bottom w:w="90" w:type="dxa"/>
              <w:right w:w="120" w:type="dxa"/>
            </w:tcMar>
            <w:vAlign w:val="center"/>
          </w:tcPr>
          <w:p w14:paraId="580494F8" w14:textId="77777777" w:rsidR="00A53638" w:rsidRPr="00012546" w:rsidRDefault="00C976EB">
            <w:pPr>
              <w:spacing w:after="100"/>
            </w:pPr>
            <w:r w:rsidRPr="00012546">
              <w:t> </w:t>
            </w:r>
          </w:p>
          <w:p w14:paraId="42D3C3BD" w14:textId="77777777" w:rsidR="00A53638" w:rsidRPr="00012546" w:rsidRDefault="00C976EB">
            <w:pPr>
              <w:spacing w:after="100"/>
            </w:pPr>
            <w:r w:rsidRPr="00012546">
              <w:t> </w:t>
            </w:r>
          </w:p>
          <w:p w14:paraId="5108F4BD" w14:textId="77777777" w:rsidR="00A53638" w:rsidRPr="00012546" w:rsidRDefault="00C976EB">
            <w:pPr>
              <w:spacing w:after="100"/>
            </w:pPr>
            <w:r w:rsidRPr="00012546">
              <w:t> </w:t>
            </w:r>
          </w:p>
          <w:p w14:paraId="5FA1D0A6" w14:textId="77777777" w:rsidR="00A53638" w:rsidRPr="00012546" w:rsidRDefault="00C976EB">
            <w:pPr>
              <w:spacing w:after="100"/>
            </w:pPr>
            <w:r w:rsidRPr="00012546">
              <w:t> </w:t>
            </w:r>
          </w:p>
          <w:p w14:paraId="5DCE4FE9" w14:textId="77777777" w:rsidR="00A53638" w:rsidRPr="00012546" w:rsidRDefault="00C976EB">
            <w:pPr>
              <w:spacing w:after="100"/>
            </w:pPr>
            <w:r w:rsidRPr="00012546">
              <w:t> </w:t>
            </w:r>
          </w:p>
        </w:tc>
      </w:tr>
    </w:tbl>
    <w:p w14:paraId="7F52EE81"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03148166" w14:textId="77777777">
        <w:tc>
          <w:tcPr>
            <w:tcW w:w="9800" w:type="dxa"/>
            <w:shd w:val="clear" w:color="auto" w:fill="F1F3F4"/>
            <w:tcMar>
              <w:top w:w="90" w:type="dxa"/>
              <w:left w:w="120" w:type="dxa"/>
              <w:bottom w:w="90" w:type="dxa"/>
              <w:right w:w="120" w:type="dxa"/>
            </w:tcMar>
            <w:vAlign w:val="center"/>
          </w:tcPr>
          <w:p w14:paraId="2B94B5F0" w14:textId="77777777" w:rsidR="00A53638" w:rsidRPr="00012546" w:rsidRDefault="00C976EB">
            <w:pPr>
              <w:spacing w:after="0"/>
            </w:pPr>
            <w:r w:rsidRPr="00012546">
              <w:rPr>
                <w:b/>
                <w:sz w:val="19"/>
              </w:rPr>
              <w:t>Objectif général</w:t>
            </w:r>
          </w:p>
        </w:tc>
      </w:tr>
      <w:tr w:rsidR="00A53638" w:rsidRPr="00012546" w14:paraId="1B380BCC" w14:textId="77777777">
        <w:tc>
          <w:tcPr>
            <w:tcW w:w="9800" w:type="dxa"/>
            <w:shd w:val="clear" w:color="auto" w:fill="F5FBF7"/>
            <w:tcMar>
              <w:top w:w="90" w:type="dxa"/>
              <w:left w:w="120" w:type="dxa"/>
              <w:bottom w:w="90" w:type="dxa"/>
              <w:right w:w="120" w:type="dxa"/>
            </w:tcMar>
            <w:vAlign w:val="center"/>
          </w:tcPr>
          <w:p w14:paraId="44B4C4ED" w14:textId="77777777" w:rsidR="00A53638" w:rsidRPr="00012546" w:rsidRDefault="00C976EB">
            <w:pPr>
              <w:spacing w:after="100"/>
            </w:pPr>
            <w:r w:rsidRPr="00012546">
              <w:t> </w:t>
            </w:r>
          </w:p>
          <w:p w14:paraId="65F38BA5" w14:textId="77777777" w:rsidR="00A53638" w:rsidRPr="00012546" w:rsidRDefault="00C976EB">
            <w:pPr>
              <w:spacing w:after="100"/>
            </w:pPr>
            <w:r w:rsidRPr="00012546">
              <w:t> </w:t>
            </w:r>
          </w:p>
          <w:p w14:paraId="4B4117BA" w14:textId="77777777" w:rsidR="00A53638" w:rsidRPr="00012546" w:rsidRDefault="00C976EB">
            <w:pPr>
              <w:spacing w:after="100"/>
            </w:pPr>
            <w:r w:rsidRPr="00012546">
              <w:t> </w:t>
            </w:r>
          </w:p>
        </w:tc>
      </w:tr>
    </w:tbl>
    <w:p w14:paraId="502940B0"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717AA255" w14:textId="77777777">
        <w:tc>
          <w:tcPr>
            <w:tcW w:w="9800" w:type="dxa"/>
            <w:shd w:val="clear" w:color="auto" w:fill="F1F3F4"/>
            <w:tcMar>
              <w:top w:w="90" w:type="dxa"/>
              <w:left w:w="120" w:type="dxa"/>
              <w:bottom w:w="90" w:type="dxa"/>
              <w:right w:w="120" w:type="dxa"/>
            </w:tcMar>
            <w:vAlign w:val="center"/>
          </w:tcPr>
          <w:p w14:paraId="59A386E3" w14:textId="77777777" w:rsidR="00A53638" w:rsidRPr="00012546" w:rsidRDefault="00C976EB">
            <w:pPr>
              <w:spacing w:after="0"/>
            </w:pPr>
            <w:r w:rsidRPr="00012546">
              <w:rPr>
                <w:b/>
                <w:sz w:val="19"/>
              </w:rPr>
              <w:t xml:space="preserve">Objectifs </w:t>
            </w:r>
            <w:proofErr w:type="gramStart"/>
            <w:r w:rsidRPr="00012546">
              <w:rPr>
                <w:b/>
                <w:sz w:val="19"/>
              </w:rPr>
              <w:t>opérationnels</w:t>
            </w:r>
            <w:r w:rsidRPr="00012546">
              <w:rPr>
                <w:i/>
                <w:color w:val="5F6368"/>
                <w:sz w:val="17"/>
              </w:rPr>
              <w:t xml:space="preserve">  (</w:t>
            </w:r>
            <w:proofErr w:type="gramEnd"/>
            <w:r w:rsidRPr="00012546">
              <w:rPr>
                <w:i/>
                <w:color w:val="5F6368"/>
                <w:sz w:val="17"/>
              </w:rPr>
              <w:t>formulés de manière mesurable et reliés aux indicateurs du classeur)</w:t>
            </w:r>
          </w:p>
        </w:tc>
      </w:tr>
      <w:tr w:rsidR="00A53638" w:rsidRPr="00012546" w14:paraId="3B4DF7B6" w14:textId="77777777">
        <w:tc>
          <w:tcPr>
            <w:tcW w:w="9800" w:type="dxa"/>
            <w:shd w:val="clear" w:color="auto" w:fill="F5FBF7"/>
            <w:tcMar>
              <w:top w:w="90" w:type="dxa"/>
              <w:left w:w="120" w:type="dxa"/>
              <w:bottom w:w="90" w:type="dxa"/>
              <w:right w:w="120" w:type="dxa"/>
            </w:tcMar>
            <w:vAlign w:val="center"/>
          </w:tcPr>
          <w:p w14:paraId="08B277FD" w14:textId="77777777" w:rsidR="00A53638" w:rsidRPr="00012546" w:rsidRDefault="00C976EB">
            <w:pPr>
              <w:spacing w:after="100"/>
            </w:pPr>
            <w:r w:rsidRPr="00012546">
              <w:t> </w:t>
            </w:r>
          </w:p>
          <w:p w14:paraId="41B1E7F9" w14:textId="77777777" w:rsidR="00A53638" w:rsidRPr="00012546" w:rsidRDefault="00C976EB">
            <w:pPr>
              <w:spacing w:after="100"/>
            </w:pPr>
            <w:r w:rsidRPr="00012546">
              <w:t> </w:t>
            </w:r>
          </w:p>
          <w:p w14:paraId="611D04BC" w14:textId="77777777" w:rsidR="00A53638" w:rsidRPr="00012546" w:rsidRDefault="00C976EB">
            <w:pPr>
              <w:spacing w:after="100"/>
            </w:pPr>
            <w:r w:rsidRPr="00012546">
              <w:t> </w:t>
            </w:r>
          </w:p>
          <w:p w14:paraId="314B92DD" w14:textId="77777777" w:rsidR="00A53638" w:rsidRPr="00012546" w:rsidRDefault="00C976EB">
            <w:pPr>
              <w:spacing w:after="100"/>
            </w:pPr>
            <w:r w:rsidRPr="00012546">
              <w:t> </w:t>
            </w:r>
          </w:p>
        </w:tc>
      </w:tr>
    </w:tbl>
    <w:p w14:paraId="3924C946" w14:textId="46263BBC" w:rsidR="0066486F" w:rsidRDefault="0066486F">
      <w:pPr>
        <w:spacing w:after="0"/>
      </w:pPr>
    </w:p>
    <w:p w14:paraId="43CE6D1E" w14:textId="77777777" w:rsidR="0066486F" w:rsidRDefault="0066486F">
      <w:pPr>
        <w:spacing w:after="200"/>
      </w:pPr>
      <w:r>
        <w:br w:type="page"/>
      </w:r>
    </w:p>
    <w:p w14:paraId="38664307"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664CBA0A" w14:textId="77777777">
        <w:tc>
          <w:tcPr>
            <w:tcW w:w="9800" w:type="dxa"/>
            <w:shd w:val="clear" w:color="auto" w:fill="009B4A"/>
            <w:tcMar>
              <w:top w:w="90" w:type="dxa"/>
              <w:left w:w="120" w:type="dxa"/>
              <w:bottom w:w="90" w:type="dxa"/>
              <w:right w:w="120" w:type="dxa"/>
            </w:tcMar>
            <w:vAlign w:val="center"/>
          </w:tcPr>
          <w:p w14:paraId="534A5932" w14:textId="77777777" w:rsidR="00A53638" w:rsidRPr="00012546" w:rsidRDefault="00C976EB">
            <w:pPr>
              <w:spacing w:after="0"/>
            </w:pPr>
            <w:r w:rsidRPr="00012546">
              <w:rPr>
                <w:b/>
                <w:color w:val="FFFFFF"/>
                <w:sz w:val="23"/>
              </w:rPr>
              <w:t>4. PLAN D’ACTIONS ET CALENDRIER</w:t>
            </w:r>
          </w:p>
        </w:tc>
      </w:tr>
    </w:tbl>
    <w:p w14:paraId="2889FA89"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550"/>
        <w:gridCol w:w="3050"/>
        <w:gridCol w:w="1550"/>
        <w:gridCol w:w="1600"/>
        <w:gridCol w:w="1350"/>
        <w:gridCol w:w="1700"/>
      </w:tblGrid>
      <w:tr w:rsidR="00A53638" w:rsidRPr="00012546" w14:paraId="49BC7ABF" w14:textId="77777777">
        <w:trPr>
          <w:tblHeader/>
        </w:trPr>
        <w:tc>
          <w:tcPr>
            <w:tcW w:w="550" w:type="dxa"/>
            <w:shd w:val="clear" w:color="auto" w:fill="009B4A"/>
            <w:tcMar>
              <w:top w:w="90" w:type="dxa"/>
              <w:left w:w="120" w:type="dxa"/>
              <w:bottom w:w="90" w:type="dxa"/>
              <w:right w:w="120" w:type="dxa"/>
            </w:tcMar>
            <w:vAlign w:val="center"/>
          </w:tcPr>
          <w:p w14:paraId="505D18A2" w14:textId="77777777" w:rsidR="00A53638" w:rsidRPr="00012546" w:rsidRDefault="00C976EB">
            <w:pPr>
              <w:spacing w:after="0"/>
              <w:jc w:val="center"/>
            </w:pPr>
            <w:r w:rsidRPr="00012546">
              <w:rPr>
                <w:b/>
                <w:color w:val="FFFFFF"/>
                <w:sz w:val="19"/>
              </w:rPr>
              <w:t>N°</w:t>
            </w:r>
          </w:p>
        </w:tc>
        <w:tc>
          <w:tcPr>
            <w:tcW w:w="3050" w:type="dxa"/>
            <w:shd w:val="clear" w:color="auto" w:fill="009B4A"/>
            <w:tcMar>
              <w:top w:w="90" w:type="dxa"/>
              <w:left w:w="120" w:type="dxa"/>
              <w:bottom w:w="90" w:type="dxa"/>
              <w:right w:w="120" w:type="dxa"/>
            </w:tcMar>
            <w:vAlign w:val="center"/>
          </w:tcPr>
          <w:p w14:paraId="1E86E7E7" w14:textId="77777777" w:rsidR="00A53638" w:rsidRPr="00012546" w:rsidRDefault="00C976EB">
            <w:pPr>
              <w:spacing w:after="0"/>
              <w:jc w:val="center"/>
            </w:pPr>
            <w:r w:rsidRPr="00012546">
              <w:rPr>
                <w:b/>
                <w:color w:val="FFFFFF"/>
                <w:sz w:val="19"/>
              </w:rPr>
              <w:t>Action / contenu</w:t>
            </w:r>
          </w:p>
        </w:tc>
        <w:tc>
          <w:tcPr>
            <w:tcW w:w="1550" w:type="dxa"/>
            <w:shd w:val="clear" w:color="auto" w:fill="009B4A"/>
            <w:tcMar>
              <w:top w:w="90" w:type="dxa"/>
              <w:left w:w="120" w:type="dxa"/>
              <w:bottom w:w="90" w:type="dxa"/>
              <w:right w:w="120" w:type="dxa"/>
            </w:tcMar>
            <w:vAlign w:val="center"/>
          </w:tcPr>
          <w:p w14:paraId="387B55B8" w14:textId="77777777" w:rsidR="00A53638" w:rsidRPr="00012546" w:rsidRDefault="00C976EB">
            <w:pPr>
              <w:spacing w:after="0"/>
              <w:jc w:val="center"/>
            </w:pPr>
            <w:r w:rsidRPr="00012546">
              <w:rPr>
                <w:b/>
                <w:color w:val="FFFFFF"/>
                <w:sz w:val="19"/>
              </w:rPr>
              <w:t>Responsable</w:t>
            </w:r>
          </w:p>
        </w:tc>
        <w:tc>
          <w:tcPr>
            <w:tcW w:w="1600" w:type="dxa"/>
            <w:shd w:val="clear" w:color="auto" w:fill="009B4A"/>
            <w:tcMar>
              <w:top w:w="90" w:type="dxa"/>
              <w:left w:w="120" w:type="dxa"/>
              <w:bottom w:w="90" w:type="dxa"/>
              <w:right w:w="120" w:type="dxa"/>
            </w:tcMar>
            <w:vAlign w:val="center"/>
          </w:tcPr>
          <w:p w14:paraId="6E9454A6" w14:textId="77777777" w:rsidR="00A53638" w:rsidRPr="00012546" w:rsidRDefault="00C976EB">
            <w:pPr>
              <w:spacing w:after="0"/>
              <w:jc w:val="center"/>
            </w:pPr>
            <w:r w:rsidRPr="00012546">
              <w:rPr>
                <w:b/>
                <w:color w:val="FFFFFF"/>
                <w:sz w:val="19"/>
              </w:rPr>
              <w:t>Public visé</w:t>
            </w:r>
          </w:p>
        </w:tc>
        <w:tc>
          <w:tcPr>
            <w:tcW w:w="1350" w:type="dxa"/>
            <w:shd w:val="clear" w:color="auto" w:fill="009B4A"/>
            <w:tcMar>
              <w:top w:w="90" w:type="dxa"/>
              <w:left w:w="120" w:type="dxa"/>
              <w:bottom w:w="90" w:type="dxa"/>
              <w:right w:w="120" w:type="dxa"/>
            </w:tcMar>
            <w:vAlign w:val="center"/>
          </w:tcPr>
          <w:p w14:paraId="4B805838" w14:textId="77777777" w:rsidR="00A53638" w:rsidRPr="00012546" w:rsidRDefault="00C976EB">
            <w:pPr>
              <w:spacing w:after="0"/>
              <w:jc w:val="center"/>
            </w:pPr>
            <w:r w:rsidRPr="00012546">
              <w:rPr>
                <w:b/>
                <w:color w:val="FFFFFF"/>
                <w:sz w:val="19"/>
              </w:rPr>
              <w:t>Période</w:t>
            </w:r>
          </w:p>
        </w:tc>
        <w:tc>
          <w:tcPr>
            <w:tcW w:w="1700" w:type="dxa"/>
            <w:shd w:val="clear" w:color="auto" w:fill="009B4A"/>
            <w:tcMar>
              <w:top w:w="90" w:type="dxa"/>
              <w:left w:w="120" w:type="dxa"/>
              <w:bottom w:w="90" w:type="dxa"/>
              <w:right w:w="120" w:type="dxa"/>
            </w:tcMar>
            <w:vAlign w:val="center"/>
          </w:tcPr>
          <w:p w14:paraId="15C53630" w14:textId="77777777" w:rsidR="00A53638" w:rsidRPr="00012546" w:rsidRDefault="00C976EB">
            <w:pPr>
              <w:spacing w:after="0"/>
              <w:jc w:val="center"/>
            </w:pPr>
            <w:r w:rsidRPr="00012546">
              <w:rPr>
                <w:b/>
                <w:color w:val="FFFFFF"/>
                <w:sz w:val="19"/>
              </w:rPr>
              <w:t>Livrable</w:t>
            </w:r>
          </w:p>
        </w:tc>
      </w:tr>
      <w:tr w:rsidR="00A53638" w:rsidRPr="00012546" w14:paraId="0C207FFD" w14:textId="77777777">
        <w:tc>
          <w:tcPr>
            <w:tcW w:w="550" w:type="dxa"/>
            <w:shd w:val="clear" w:color="auto" w:fill="F5FBF7"/>
            <w:tcMar>
              <w:top w:w="90" w:type="dxa"/>
              <w:left w:w="120" w:type="dxa"/>
              <w:bottom w:w="90" w:type="dxa"/>
              <w:right w:w="120" w:type="dxa"/>
            </w:tcMar>
            <w:vAlign w:val="center"/>
          </w:tcPr>
          <w:p w14:paraId="5EBDCAC6"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32190285"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04827413"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1BABA285"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228682D6"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1D562044" w14:textId="77777777" w:rsidR="00A53638" w:rsidRPr="00012546" w:rsidRDefault="00C976EB">
            <w:pPr>
              <w:spacing w:after="20"/>
            </w:pPr>
            <w:r w:rsidRPr="00012546">
              <w:t> </w:t>
            </w:r>
          </w:p>
        </w:tc>
      </w:tr>
      <w:tr w:rsidR="00A53638" w:rsidRPr="00012546" w14:paraId="6AF7637C" w14:textId="77777777">
        <w:tc>
          <w:tcPr>
            <w:tcW w:w="550" w:type="dxa"/>
            <w:shd w:val="clear" w:color="auto" w:fill="F5FBF7"/>
            <w:tcMar>
              <w:top w:w="90" w:type="dxa"/>
              <w:left w:w="120" w:type="dxa"/>
              <w:bottom w:w="90" w:type="dxa"/>
              <w:right w:w="120" w:type="dxa"/>
            </w:tcMar>
            <w:vAlign w:val="center"/>
          </w:tcPr>
          <w:p w14:paraId="55DAB1A0"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41DD211D"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5B4C3524"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159F9D97"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276D78D5"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2DC14817" w14:textId="77777777" w:rsidR="00A53638" w:rsidRPr="00012546" w:rsidRDefault="00C976EB">
            <w:pPr>
              <w:spacing w:after="20"/>
            </w:pPr>
            <w:r w:rsidRPr="00012546">
              <w:t> </w:t>
            </w:r>
          </w:p>
        </w:tc>
      </w:tr>
      <w:tr w:rsidR="00A53638" w:rsidRPr="00012546" w14:paraId="6C200E52" w14:textId="77777777">
        <w:tc>
          <w:tcPr>
            <w:tcW w:w="550" w:type="dxa"/>
            <w:shd w:val="clear" w:color="auto" w:fill="F5FBF7"/>
            <w:tcMar>
              <w:top w:w="90" w:type="dxa"/>
              <w:left w:w="120" w:type="dxa"/>
              <w:bottom w:w="90" w:type="dxa"/>
              <w:right w:w="120" w:type="dxa"/>
            </w:tcMar>
            <w:vAlign w:val="center"/>
          </w:tcPr>
          <w:p w14:paraId="2FB070AD"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1EDF7497"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7D88933A"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7B85181F"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3BFB4770"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31F05600" w14:textId="77777777" w:rsidR="00A53638" w:rsidRPr="00012546" w:rsidRDefault="00C976EB">
            <w:pPr>
              <w:spacing w:after="20"/>
            </w:pPr>
            <w:r w:rsidRPr="00012546">
              <w:t> </w:t>
            </w:r>
          </w:p>
        </w:tc>
      </w:tr>
      <w:tr w:rsidR="00A53638" w:rsidRPr="00012546" w14:paraId="060D0BB9" w14:textId="77777777">
        <w:tc>
          <w:tcPr>
            <w:tcW w:w="550" w:type="dxa"/>
            <w:shd w:val="clear" w:color="auto" w:fill="F5FBF7"/>
            <w:tcMar>
              <w:top w:w="90" w:type="dxa"/>
              <w:left w:w="120" w:type="dxa"/>
              <w:bottom w:w="90" w:type="dxa"/>
              <w:right w:w="120" w:type="dxa"/>
            </w:tcMar>
            <w:vAlign w:val="center"/>
          </w:tcPr>
          <w:p w14:paraId="24D25534"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341B77A5"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1CC9C0EC"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02FAD842"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6C470A21"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7C5C8FFE" w14:textId="77777777" w:rsidR="00A53638" w:rsidRPr="00012546" w:rsidRDefault="00C976EB">
            <w:pPr>
              <w:spacing w:after="20"/>
            </w:pPr>
            <w:r w:rsidRPr="00012546">
              <w:t> </w:t>
            </w:r>
          </w:p>
        </w:tc>
      </w:tr>
      <w:tr w:rsidR="00A53638" w:rsidRPr="00012546" w14:paraId="5FE52A1C" w14:textId="77777777">
        <w:tc>
          <w:tcPr>
            <w:tcW w:w="550" w:type="dxa"/>
            <w:shd w:val="clear" w:color="auto" w:fill="F5FBF7"/>
            <w:tcMar>
              <w:top w:w="90" w:type="dxa"/>
              <w:left w:w="120" w:type="dxa"/>
              <w:bottom w:w="90" w:type="dxa"/>
              <w:right w:w="120" w:type="dxa"/>
            </w:tcMar>
            <w:vAlign w:val="center"/>
          </w:tcPr>
          <w:p w14:paraId="3D8762D7"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0DE7B983"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0DC47D2E"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46031617"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7F735C06"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079E530F" w14:textId="77777777" w:rsidR="00A53638" w:rsidRPr="00012546" w:rsidRDefault="00C976EB">
            <w:pPr>
              <w:spacing w:after="20"/>
            </w:pPr>
            <w:r w:rsidRPr="00012546">
              <w:t> </w:t>
            </w:r>
          </w:p>
        </w:tc>
      </w:tr>
      <w:tr w:rsidR="00A53638" w:rsidRPr="00012546" w14:paraId="32162F9C" w14:textId="77777777">
        <w:tc>
          <w:tcPr>
            <w:tcW w:w="550" w:type="dxa"/>
            <w:shd w:val="clear" w:color="auto" w:fill="F5FBF7"/>
            <w:tcMar>
              <w:top w:w="90" w:type="dxa"/>
              <w:left w:w="120" w:type="dxa"/>
              <w:bottom w:w="90" w:type="dxa"/>
              <w:right w:w="120" w:type="dxa"/>
            </w:tcMar>
            <w:vAlign w:val="center"/>
          </w:tcPr>
          <w:p w14:paraId="758D4ED5" w14:textId="77777777" w:rsidR="00A53638" w:rsidRPr="00012546" w:rsidRDefault="00C976EB">
            <w:pPr>
              <w:spacing w:after="20"/>
            </w:pPr>
            <w:r w:rsidRPr="00012546">
              <w:t> </w:t>
            </w:r>
          </w:p>
        </w:tc>
        <w:tc>
          <w:tcPr>
            <w:tcW w:w="3050" w:type="dxa"/>
            <w:shd w:val="clear" w:color="auto" w:fill="F5FBF7"/>
            <w:tcMar>
              <w:top w:w="90" w:type="dxa"/>
              <w:left w:w="120" w:type="dxa"/>
              <w:bottom w:w="90" w:type="dxa"/>
              <w:right w:w="120" w:type="dxa"/>
            </w:tcMar>
            <w:vAlign w:val="center"/>
          </w:tcPr>
          <w:p w14:paraId="49163957" w14:textId="77777777" w:rsidR="00A53638" w:rsidRPr="00012546" w:rsidRDefault="00C976EB">
            <w:pPr>
              <w:spacing w:after="20"/>
            </w:pPr>
            <w:r w:rsidRPr="00012546">
              <w:t> </w:t>
            </w:r>
          </w:p>
        </w:tc>
        <w:tc>
          <w:tcPr>
            <w:tcW w:w="1550" w:type="dxa"/>
            <w:shd w:val="clear" w:color="auto" w:fill="F5FBF7"/>
            <w:tcMar>
              <w:top w:w="90" w:type="dxa"/>
              <w:left w:w="120" w:type="dxa"/>
              <w:bottom w:w="90" w:type="dxa"/>
              <w:right w:w="120" w:type="dxa"/>
            </w:tcMar>
            <w:vAlign w:val="center"/>
          </w:tcPr>
          <w:p w14:paraId="74A29119"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1BA56BC3" w14:textId="77777777" w:rsidR="00A53638" w:rsidRPr="00012546" w:rsidRDefault="00C976EB">
            <w:pPr>
              <w:spacing w:after="20"/>
            </w:pPr>
            <w:r w:rsidRPr="00012546">
              <w:t> </w:t>
            </w:r>
          </w:p>
        </w:tc>
        <w:tc>
          <w:tcPr>
            <w:tcW w:w="1350" w:type="dxa"/>
            <w:shd w:val="clear" w:color="auto" w:fill="F5FBF7"/>
            <w:tcMar>
              <w:top w:w="90" w:type="dxa"/>
              <w:left w:w="120" w:type="dxa"/>
              <w:bottom w:w="90" w:type="dxa"/>
              <w:right w:w="120" w:type="dxa"/>
            </w:tcMar>
            <w:vAlign w:val="center"/>
          </w:tcPr>
          <w:p w14:paraId="3423DF19" w14:textId="77777777" w:rsidR="00A53638" w:rsidRPr="00012546" w:rsidRDefault="00C976EB">
            <w:pPr>
              <w:spacing w:after="20"/>
            </w:pPr>
            <w:r w:rsidRPr="00012546">
              <w:t> </w:t>
            </w:r>
          </w:p>
        </w:tc>
        <w:tc>
          <w:tcPr>
            <w:tcW w:w="1700" w:type="dxa"/>
            <w:shd w:val="clear" w:color="auto" w:fill="F5FBF7"/>
            <w:tcMar>
              <w:top w:w="90" w:type="dxa"/>
              <w:left w:w="120" w:type="dxa"/>
              <w:bottom w:w="90" w:type="dxa"/>
              <w:right w:w="120" w:type="dxa"/>
            </w:tcMar>
            <w:vAlign w:val="center"/>
          </w:tcPr>
          <w:p w14:paraId="5F3291F4" w14:textId="77777777" w:rsidR="00A53638" w:rsidRPr="00012546" w:rsidRDefault="00C976EB">
            <w:pPr>
              <w:spacing w:after="20"/>
            </w:pPr>
            <w:r w:rsidRPr="00012546">
              <w:t> </w:t>
            </w:r>
          </w:p>
        </w:tc>
      </w:tr>
    </w:tbl>
    <w:p w14:paraId="182D31B7"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5751AA4B" w14:textId="77777777">
        <w:tc>
          <w:tcPr>
            <w:tcW w:w="9800" w:type="dxa"/>
            <w:shd w:val="clear" w:color="auto" w:fill="F1F3F4"/>
            <w:tcMar>
              <w:top w:w="90" w:type="dxa"/>
              <w:left w:w="120" w:type="dxa"/>
              <w:bottom w:w="90" w:type="dxa"/>
              <w:right w:w="120" w:type="dxa"/>
            </w:tcMar>
            <w:vAlign w:val="center"/>
          </w:tcPr>
          <w:p w14:paraId="18D8FC3F" w14:textId="77777777" w:rsidR="00A53638" w:rsidRPr="00012546" w:rsidRDefault="00C976EB">
            <w:pPr>
              <w:spacing w:after="0"/>
            </w:pPr>
            <w:r w:rsidRPr="00012546">
              <w:rPr>
                <w:b/>
                <w:sz w:val="19"/>
              </w:rPr>
              <w:t xml:space="preserve">Méthode de mise en œuvre et </w:t>
            </w:r>
            <w:proofErr w:type="gramStart"/>
            <w:r w:rsidRPr="00012546">
              <w:rPr>
                <w:b/>
                <w:sz w:val="19"/>
              </w:rPr>
              <w:t>coordination</w:t>
            </w:r>
            <w:r w:rsidRPr="00012546">
              <w:rPr>
                <w:i/>
                <w:color w:val="5F6368"/>
                <w:sz w:val="17"/>
              </w:rPr>
              <w:t xml:space="preserve">  (</w:t>
            </w:r>
            <w:proofErr w:type="gramEnd"/>
            <w:r w:rsidRPr="00012546">
              <w:rPr>
                <w:i/>
                <w:color w:val="5F6368"/>
                <w:sz w:val="17"/>
              </w:rPr>
              <w:t>organisation pratique, mobilisation des bénéficiaires et suivi des actions)</w:t>
            </w:r>
          </w:p>
        </w:tc>
      </w:tr>
      <w:tr w:rsidR="00A53638" w:rsidRPr="00012546" w14:paraId="455B5BAE" w14:textId="77777777">
        <w:tc>
          <w:tcPr>
            <w:tcW w:w="9800" w:type="dxa"/>
            <w:shd w:val="clear" w:color="auto" w:fill="F5FBF7"/>
            <w:tcMar>
              <w:top w:w="90" w:type="dxa"/>
              <w:left w:w="120" w:type="dxa"/>
              <w:bottom w:w="90" w:type="dxa"/>
              <w:right w:w="120" w:type="dxa"/>
            </w:tcMar>
            <w:vAlign w:val="center"/>
          </w:tcPr>
          <w:p w14:paraId="72FEDBEE" w14:textId="77777777" w:rsidR="00A53638" w:rsidRPr="00012546" w:rsidRDefault="00C976EB">
            <w:pPr>
              <w:spacing w:after="100"/>
            </w:pPr>
            <w:r w:rsidRPr="00012546">
              <w:t> </w:t>
            </w:r>
          </w:p>
          <w:p w14:paraId="36482DC0" w14:textId="77777777" w:rsidR="00A53638" w:rsidRPr="00012546" w:rsidRDefault="00C976EB">
            <w:pPr>
              <w:spacing w:after="100"/>
            </w:pPr>
            <w:r w:rsidRPr="00012546">
              <w:t> </w:t>
            </w:r>
          </w:p>
          <w:p w14:paraId="0A0FF4FF" w14:textId="77777777" w:rsidR="00A53638" w:rsidRPr="00012546" w:rsidRDefault="00C976EB">
            <w:pPr>
              <w:spacing w:after="100"/>
            </w:pPr>
            <w:r w:rsidRPr="00012546">
              <w:t> </w:t>
            </w:r>
          </w:p>
          <w:p w14:paraId="213690BD" w14:textId="77777777" w:rsidR="00A53638" w:rsidRPr="00012546" w:rsidRDefault="00C976EB">
            <w:pPr>
              <w:spacing w:after="100"/>
            </w:pPr>
            <w:r w:rsidRPr="00012546">
              <w:t> </w:t>
            </w:r>
          </w:p>
        </w:tc>
      </w:tr>
    </w:tbl>
    <w:p w14:paraId="5CD904D1"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2329714A" w14:textId="77777777">
        <w:tc>
          <w:tcPr>
            <w:tcW w:w="9800" w:type="dxa"/>
            <w:shd w:val="clear" w:color="auto" w:fill="009B4A"/>
            <w:tcMar>
              <w:top w:w="90" w:type="dxa"/>
              <w:left w:w="120" w:type="dxa"/>
              <w:bottom w:w="90" w:type="dxa"/>
              <w:right w:w="120" w:type="dxa"/>
            </w:tcMar>
            <w:vAlign w:val="center"/>
          </w:tcPr>
          <w:p w14:paraId="0C9AA144" w14:textId="77777777" w:rsidR="00A53638" w:rsidRPr="00012546" w:rsidRDefault="00C976EB">
            <w:pPr>
              <w:spacing w:after="0"/>
            </w:pPr>
            <w:r w:rsidRPr="00012546">
              <w:rPr>
                <w:b/>
                <w:color w:val="FFFFFF"/>
                <w:sz w:val="23"/>
              </w:rPr>
              <w:t>5. PARTENARIATS ET STRUCTURATION DE FILIÈRE</w:t>
            </w:r>
          </w:p>
        </w:tc>
      </w:tr>
    </w:tbl>
    <w:p w14:paraId="07EBF795"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2200"/>
        <w:gridCol w:w="1900"/>
        <w:gridCol w:w="3000"/>
        <w:gridCol w:w="2700"/>
      </w:tblGrid>
      <w:tr w:rsidR="00A53638" w:rsidRPr="00012546" w14:paraId="4098BF3E" w14:textId="77777777">
        <w:trPr>
          <w:tblHeader/>
        </w:trPr>
        <w:tc>
          <w:tcPr>
            <w:tcW w:w="2200" w:type="dxa"/>
            <w:shd w:val="clear" w:color="auto" w:fill="009B4A"/>
            <w:tcMar>
              <w:top w:w="90" w:type="dxa"/>
              <w:left w:w="120" w:type="dxa"/>
              <w:bottom w:w="90" w:type="dxa"/>
              <w:right w:w="120" w:type="dxa"/>
            </w:tcMar>
            <w:vAlign w:val="center"/>
          </w:tcPr>
          <w:p w14:paraId="0285BE7D" w14:textId="77777777" w:rsidR="00A53638" w:rsidRPr="00012546" w:rsidRDefault="00C976EB">
            <w:pPr>
              <w:spacing w:after="0"/>
              <w:jc w:val="center"/>
            </w:pPr>
            <w:r w:rsidRPr="00012546">
              <w:rPr>
                <w:b/>
                <w:color w:val="FFFFFF"/>
                <w:sz w:val="19"/>
              </w:rPr>
              <w:t>Partenaire</w:t>
            </w:r>
          </w:p>
        </w:tc>
        <w:tc>
          <w:tcPr>
            <w:tcW w:w="1900" w:type="dxa"/>
            <w:shd w:val="clear" w:color="auto" w:fill="009B4A"/>
            <w:tcMar>
              <w:top w:w="90" w:type="dxa"/>
              <w:left w:w="120" w:type="dxa"/>
              <w:bottom w:w="90" w:type="dxa"/>
              <w:right w:w="120" w:type="dxa"/>
            </w:tcMar>
            <w:vAlign w:val="center"/>
          </w:tcPr>
          <w:p w14:paraId="5FE96D17" w14:textId="77777777" w:rsidR="00A53638" w:rsidRPr="00012546" w:rsidRDefault="00C976EB">
            <w:pPr>
              <w:spacing w:after="0"/>
              <w:jc w:val="center"/>
            </w:pPr>
            <w:r w:rsidRPr="00012546">
              <w:rPr>
                <w:b/>
                <w:color w:val="FFFFFF"/>
                <w:sz w:val="19"/>
              </w:rPr>
              <w:t>Statut / référence</w:t>
            </w:r>
          </w:p>
        </w:tc>
        <w:tc>
          <w:tcPr>
            <w:tcW w:w="3000" w:type="dxa"/>
            <w:shd w:val="clear" w:color="auto" w:fill="009B4A"/>
            <w:tcMar>
              <w:top w:w="90" w:type="dxa"/>
              <w:left w:w="120" w:type="dxa"/>
              <w:bottom w:w="90" w:type="dxa"/>
              <w:right w:w="120" w:type="dxa"/>
            </w:tcMar>
            <w:vAlign w:val="center"/>
          </w:tcPr>
          <w:p w14:paraId="190B0797" w14:textId="77777777" w:rsidR="00A53638" w:rsidRPr="00012546" w:rsidRDefault="00C976EB">
            <w:pPr>
              <w:spacing w:after="0"/>
              <w:jc w:val="center"/>
            </w:pPr>
            <w:r w:rsidRPr="00012546">
              <w:rPr>
                <w:b/>
                <w:color w:val="FFFFFF"/>
                <w:sz w:val="19"/>
              </w:rPr>
              <w:t>Rôle dans le projet</w:t>
            </w:r>
          </w:p>
        </w:tc>
        <w:tc>
          <w:tcPr>
            <w:tcW w:w="2700" w:type="dxa"/>
            <w:shd w:val="clear" w:color="auto" w:fill="009B4A"/>
            <w:tcMar>
              <w:top w:w="90" w:type="dxa"/>
              <w:left w:w="120" w:type="dxa"/>
              <w:bottom w:w="90" w:type="dxa"/>
              <w:right w:w="120" w:type="dxa"/>
            </w:tcMar>
            <w:vAlign w:val="center"/>
          </w:tcPr>
          <w:p w14:paraId="572EFC7A" w14:textId="77777777" w:rsidR="00A53638" w:rsidRPr="00012546" w:rsidRDefault="00C976EB">
            <w:pPr>
              <w:spacing w:after="0"/>
              <w:jc w:val="center"/>
            </w:pPr>
            <w:r w:rsidRPr="00012546">
              <w:rPr>
                <w:b/>
                <w:color w:val="FFFFFF"/>
                <w:sz w:val="19"/>
              </w:rPr>
              <w:t>Engagement / preuve jointe</w:t>
            </w:r>
          </w:p>
        </w:tc>
      </w:tr>
      <w:tr w:rsidR="00A53638" w:rsidRPr="00012546" w14:paraId="0E8CE3A2" w14:textId="77777777">
        <w:tc>
          <w:tcPr>
            <w:tcW w:w="2200" w:type="dxa"/>
            <w:shd w:val="clear" w:color="auto" w:fill="F5FBF7"/>
            <w:tcMar>
              <w:top w:w="90" w:type="dxa"/>
              <w:left w:w="120" w:type="dxa"/>
              <w:bottom w:w="90" w:type="dxa"/>
              <w:right w:w="120" w:type="dxa"/>
            </w:tcMar>
            <w:vAlign w:val="center"/>
          </w:tcPr>
          <w:p w14:paraId="3EED8F15" w14:textId="77777777" w:rsidR="00A53638" w:rsidRPr="00012546" w:rsidRDefault="00C976EB">
            <w:pPr>
              <w:spacing w:after="20"/>
            </w:pPr>
            <w:r w:rsidRPr="00012546">
              <w:t> </w:t>
            </w:r>
          </w:p>
        </w:tc>
        <w:tc>
          <w:tcPr>
            <w:tcW w:w="1900" w:type="dxa"/>
            <w:shd w:val="clear" w:color="auto" w:fill="F5FBF7"/>
            <w:tcMar>
              <w:top w:w="90" w:type="dxa"/>
              <w:left w:w="120" w:type="dxa"/>
              <w:bottom w:w="90" w:type="dxa"/>
              <w:right w:w="120" w:type="dxa"/>
            </w:tcMar>
            <w:vAlign w:val="center"/>
          </w:tcPr>
          <w:p w14:paraId="3A96DF23" w14:textId="77777777" w:rsidR="00A53638" w:rsidRPr="00012546" w:rsidRDefault="00C976EB">
            <w:pPr>
              <w:spacing w:after="20"/>
            </w:pPr>
            <w:proofErr w:type="gramStart"/>
            <w:r w:rsidRPr="00012546">
              <w:rPr>
                <w:sz w:val="17"/>
              </w:rPr>
              <w:t>[ ]</w:t>
            </w:r>
            <w:proofErr w:type="gramEnd"/>
            <w:r w:rsidRPr="00012546">
              <w:rPr>
                <w:sz w:val="17"/>
              </w:rPr>
              <w:t xml:space="preserve"> Associé   [ ] Prestataire   [ ] Demandeur distinct</w:t>
            </w:r>
          </w:p>
        </w:tc>
        <w:tc>
          <w:tcPr>
            <w:tcW w:w="3000" w:type="dxa"/>
            <w:shd w:val="clear" w:color="auto" w:fill="F5FBF7"/>
            <w:tcMar>
              <w:top w:w="90" w:type="dxa"/>
              <w:left w:w="120" w:type="dxa"/>
              <w:bottom w:w="90" w:type="dxa"/>
              <w:right w:w="120" w:type="dxa"/>
            </w:tcMar>
            <w:vAlign w:val="center"/>
          </w:tcPr>
          <w:p w14:paraId="48FB18A2" w14:textId="77777777" w:rsidR="00A53638" w:rsidRPr="00012546" w:rsidRDefault="00C976EB">
            <w:pPr>
              <w:spacing w:after="20"/>
            </w:pPr>
            <w:r w:rsidRPr="00012546">
              <w:t> </w:t>
            </w:r>
          </w:p>
        </w:tc>
        <w:tc>
          <w:tcPr>
            <w:tcW w:w="2700" w:type="dxa"/>
            <w:shd w:val="clear" w:color="auto" w:fill="F5FBF7"/>
            <w:tcMar>
              <w:top w:w="90" w:type="dxa"/>
              <w:left w:w="120" w:type="dxa"/>
              <w:bottom w:w="90" w:type="dxa"/>
              <w:right w:w="120" w:type="dxa"/>
            </w:tcMar>
            <w:vAlign w:val="center"/>
          </w:tcPr>
          <w:p w14:paraId="63ECCD4D" w14:textId="77777777" w:rsidR="00A53638" w:rsidRPr="00012546" w:rsidRDefault="00C976EB">
            <w:pPr>
              <w:spacing w:after="20"/>
            </w:pPr>
            <w:r w:rsidRPr="00012546">
              <w:t> </w:t>
            </w:r>
          </w:p>
        </w:tc>
      </w:tr>
      <w:tr w:rsidR="00A53638" w:rsidRPr="00012546" w14:paraId="69A6EA0D" w14:textId="77777777">
        <w:tc>
          <w:tcPr>
            <w:tcW w:w="2200" w:type="dxa"/>
            <w:shd w:val="clear" w:color="auto" w:fill="F5FBF7"/>
            <w:tcMar>
              <w:top w:w="90" w:type="dxa"/>
              <w:left w:w="120" w:type="dxa"/>
              <w:bottom w:w="90" w:type="dxa"/>
              <w:right w:w="120" w:type="dxa"/>
            </w:tcMar>
            <w:vAlign w:val="center"/>
          </w:tcPr>
          <w:p w14:paraId="4E057D77" w14:textId="77777777" w:rsidR="00A53638" w:rsidRPr="00012546" w:rsidRDefault="00C976EB">
            <w:pPr>
              <w:spacing w:after="20"/>
            </w:pPr>
            <w:r w:rsidRPr="00012546">
              <w:t> </w:t>
            </w:r>
          </w:p>
        </w:tc>
        <w:tc>
          <w:tcPr>
            <w:tcW w:w="1900" w:type="dxa"/>
            <w:shd w:val="clear" w:color="auto" w:fill="F5FBF7"/>
            <w:tcMar>
              <w:top w:w="90" w:type="dxa"/>
              <w:left w:w="120" w:type="dxa"/>
              <w:bottom w:w="90" w:type="dxa"/>
              <w:right w:w="120" w:type="dxa"/>
            </w:tcMar>
            <w:vAlign w:val="center"/>
          </w:tcPr>
          <w:p w14:paraId="43AB203D" w14:textId="77777777" w:rsidR="00A53638" w:rsidRPr="00012546" w:rsidRDefault="00C976EB">
            <w:pPr>
              <w:spacing w:after="20"/>
            </w:pPr>
            <w:proofErr w:type="gramStart"/>
            <w:r w:rsidRPr="00012546">
              <w:rPr>
                <w:sz w:val="17"/>
              </w:rPr>
              <w:t>[ ]</w:t>
            </w:r>
            <w:proofErr w:type="gramEnd"/>
            <w:r w:rsidRPr="00012546">
              <w:rPr>
                <w:sz w:val="17"/>
              </w:rPr>
              <w:t xml:space="preserve"> Associé   [ ] Prestataire   [ ] Demandeur distinct</w:t>
            </w:r>
          </w:p>
        </w:tc>
        <w:tc>
          <w:tcPr>
            <w:tcW w:w="3000" w:type="dxa"/>
            <w:shd w:val="clear" w:color="auto" w:fill="F5FBF7"/>
            <w:tcMar>
              <w:top w:w="90" w:type="dxa"/>
              <w:left w:w="120" w:type="dxa"/>
              <w:bottom w:w="90" w:type="dxa"/>
              <w:right w:w="120" w:type="dxa"/>
            </w:tcMar>
            <w:vAlign w:val="center"/>
          </w:tcPr>
          <w:p w14:paraId="17008E1E" w14:textId="77777777" w:rsidR="00A53638" w:rsidRPr="00012546" w:rsidRDefault="00C976EB">
            <w:pPr>
              <w:spacing w:after="20"/>
            </w:pPr>
            <w:r w:rsidRPr="00012546">
              <w:t> </w:t>
            </w:r>
          </w:p>
        </w:tc>
        <w:tc>
          <w:tcPr>
            <w:tcW w:w="2700" w:type="dxa"/>
            <w:shd w:val="clear" w:color="auto" w:fill="F5FBF7"/>
            <w:tcMar>
              <w:top w:w="90" w:type="dxa"/>
              <w:left w:w="120" w:type="dxa"/>
              <w:bottom w:w="90" w:type="dxa"/>
              <w:right w:w="120" w:type="dxa"/>
            </w:tcMar>
            <w:vAlign w:val="center"/>
          </w:tcPr>
          <w:p w14:paraId="0B58D318" w14:textId="77777777" w:rsidR="00A53638" w:rsidRPr="00012546" w:rsidRDefault="00C976EB">
            <w:pPr>
              <w:spacing w:after="20"/>
            </w:pPr>
            <w:r w:rsidRPr="00012546">
              <w:t> </w:t>
            </w:r>
          </w:p>
        </w:tc>
      </w:tr>
      <w:tr w:rsidR="00A53638" w:rsidRPr="00012546" w14:paraId="44C3EFB5" w14:textId="77777777">
        <w:tc>
          <w:tcPr>
            <w:tcW w:w="2200" w:type="dxa"/>
            <w:shd w:val="clear" w:color="auto" w:fill="F5FBF7"/>
            <w:tcMar>
              <w:top w:w="90" w:type="dxa"/>
              <w:left w:w="120" w:type="dxa"/>
              <w:bottom w:w="90" w:type="dxa"/>
              <w:right w:w="120" w:type="dxa"/>
            </w:tcMar>
            <w:vAlign w:val="center"/>
          </w:tcPr>
          <w:p w14:paraId="436DE69D" w14:textId="77777777" w:rsidR="00A53638" w:rsidRPr="00012546" w:rsidRDefault="00C976EB">
            <w:pPr>
              <w:spacing w:after="20"/>
            </w:pPr>
            <w:r w:rsidRPr="00012546">
              <w:t> </w:t>
            </w:r>
          </w:p>
        </w:tc>
        <w:tc>
          <w:tcPr>
            <w:tcW w:w="1900" w:type="dxa"/>
            <w:shd w:val="clear" w:color="auto" w:fill="F5FBF7"/>
            <w:tcMar>
              <w:top w:w="90" w:type="dxa"/>
              <w:left w:w="120" w:type="dxa"/>
              <w:bottom w:w="90" w:type="dxa"/>
              <w:right w:w="120" w:type="dxa"/>
            </w:tcMar>
            <w:vAlign w:val="center"/>
          </w:tcPr>
          <w:p w14:paraId="6A34F278" w14:textId="77777777" w:rsidR="00A53638" w:rsidRPr="00012546" w:rsidRDefault="00C976EB">
            <w:pPr>
              <w:spacing w:after="20"/>
            </w:pPr>
            <w:proofErr w:type="gramStart"/>
            <w:r w:rsidRPr="00012546">
              <w:rPr>
                <w:sz w:val="17"/>
              </w:rPr>
              <w:t>[ ]</w:t>
            </w:r>
            <w:proofErr w:type="gramEnd"/>
            <w:r w:rsidRPr="00012546">
              <w:rPr>
                <w:sz w:val="17"/>
              </w:rPr>
              <w:t xml:space="preserve"> Associé   [ ] Prestataire   [ ] Demandeur distinct</w:t>
            </w:r>
          </w:p>
        </w:tc>
        <w:tc>
          <w:tcPr>
            <w:tcW w:w="3000" w:type="dxa"/>
            <w:shd w:val="clear" w:color="auto" w:fill="F5FBF7"/>
            <w:tcMar>
              <w:top w:w="90" w:type="dxa"/>
              <w:left w:w="120" w:type="dxa"/>
              <w:bottom w:w="90" w:type="dxa"/>
              <w:right w:w="120" w:type="dxa"/>
            </w:tcMar>
            <w:vAlign w:val="center"/>
          </w:tcPr>
          <w:p w14:paraId="0C46D2D8" w14:textId="77777777" w:rsidR="00A53638" w:rsidRPr="00012546" w:rsidRDefault="00C976EB">
            <w:pPr>
              <w:spacing w:after="20"/>
            </w:pPr>
            <w:r w:rsidRPr="00012546">
              <w:t> </w:t>
            </w:r>
          </w:p>
        </w:tc>
        <w:tc>
          <w:tcPr>
            <w:tcW w:w="2700" w:type="dxa"/>
            <w:shd w:val="clear" w:color="auto" w:fill="F5FBF7"/>
            <w:tcMar>
              <w:top w:w="90" w:type="dxa"/>
              <w:left w:w="120" w:type="dxa"/>
              <w:bottom w:w="90" w:type="dxa"/>
              <w:right w:w="120" w:type="dxa"/>
            </w:tcMar>
            <w:vAlign w:val="center"/>
          </w:tcPr>
          <w:p w14:paraId="14135581" w14:textId="77777777" w:rsidR="00A53638" w:rsidRPr="00012546" w:rsidRDefault="00C976EB">
            <w:pPr>
              <w:spacing w:after="20"/>
            </w:pPr>
            <w:r w:rsidRPr="00012546">
              <w:t> </w:t>
            </w:r>
          </w:p>
        </w:tc>
      </w:tr>
      <w:tr w:rsidR="00A53638" w:rsidRPr="00012546" w14:paraId="202D1599" w14:textId="77777777">
        <w:tc>
          <w:tcPr>
            <w:tcW w:w="2200" w:type="dxa"/>
            <w:shd w:val="clear" w:color="auto" w:fill="F5FBF7"/>
            <w:tcMar>
              <w:top w:w="90" w:type="dxa"/>
              <w:left w:w="120" w:type="dxa"/>
              <w:bottom w:w="90" w:type="dxa"/>
              <w:right w:w="120" w:type="dxa"/>
            </w:tcMar>
            <w:vAlign w:val="center"/>
          </w:tcPr>
          <w:p w14:paraId="2BCFD549" w14:textId="77777777" w:rsidR="00A53638" w:rsidRPr="00012546" w:rsidRDefault="00C976EB">
            <w:pPr>
              <w:spacing w:after="20"/>
            </w:pPr>
            <w:r w:rsidRPr="00012546">
              <w:t> </w:t>
            </w:r>
          </w:p>
        </w:tc>
        <w:tc>
          <w:tcPr>
            <w:tcW w:w="1900" w:type="dxa"/>
            <w:shd w:val="clear" w:color="auto" w:fill="F5FBF7"/>
            <w:tcMar>
              <w:top w:w="90" w:type="dxa"/>
              <w:left w:w="120" w:type="dxa"/>
              <w:bottom w:w="90" w:type="dxa"/>
              <w:right w:w="120" w:type="dxa"/>
            </w:tcMar>
            <w:vAlign w:val="center"/>
          </w:tcPr>
          <w:p w14:paraId="5F3625E3" w14:textId="77777777" w:rsidR="00A53638" w:rsidRPr="00012546" w:rsidRDefault="00C976EB">
            <w:pPr>
              <w:spacing w:after="20"/>
            </w:pPr>
            <w:proofErr w:type="gramStart"/>
            <w:r w:rsidRPr="00012546">
              <w:rPr>
                <w:sz w:val="17"/>
              </w:rPr>
              <w:t>[ ]</w:t>
            </w:r>
            <w:proofErr w:type="gramEnd"/>
            <w:r w:rsidRPr="00012546">
              <w:rPr>
                <w:sz w:val="17"/>
              </w:rPr>
              <w:t xml:space="preserve"> Associé   [ ] Prestataire   [ ] Demandeur distinct</w:t>
            </w:r>
          </w:p>
        </w:tc>
        <w:tc>
          <w:tcPr>
            <w:tcW w:w="3000" w:type="dxa"/>
            <w:shd w:val="clear" w:color="auto" w:fill="F5FBF7"/>
            <w:tcMar>
              <w:top w:w="90" w:type="dxa"/>
              <w:left w:w="120" w:type="dxa"/>
              <w:bottom w:w="90" w:type="dxa"/>
              <w:right w:w="120" w:type="dxa"/>
            </w:tcMar>
            <w:vAlign w:val="center"/>
          </w:tcPr>
          <w:p w14:paraId="3B586389" w14:textId="77777777" w:rsidR="00A53638" w:rsidRPr="00012546" w:rsidRDefault="00C976EB">
            <w:pPr>
              <w:spacing w:after="20"/>
            </w:pPr>
            <w:r w:rsidRPr="00012546">
              <w:t> </w:t>
            </w:r>
          </w:p>
        </w:tc>
        <w:tc>
          <w:tcPr>
            <w:tcW w:w="2700" w:type="dxa"/>
            <w:shd w:val="clear" w:color="auto" w:fill="F5FBF7"/>
            <w:tcMar>
              <w:top w:w="90" w:type="dxa"/>
              <w:left w:w="120" w:type="dxa"/>
              <w:bottom w:w="90" w:type="dxa"/>
              <w:right w:w="120" w:type="dxa"/>
            </w:tcMar>
            <w:vAlign w:val="center"/>
          </w:tcPr>
          <w:p w14:paraId="48EF5217" w14:textId="77777777" w:rsidR="00A53638" w:rsidRPr="00012546" w:rsidRDefault="00C976EB">
            <w:pPr>
              <w:spacing w:after="20"/>
            </w:pPr>
            <w:r w:rsidRPr="00012546">
              <w:t> </w:t>
            </w:r>
          </w:p>
        </w:tc>
      </w:tr>
      <w:tr w:rsidR="00A53638" w:rsidRPr="00012546" w14:paraId="36796BCE" w14:textId="77777777">
        <w:tc>
          <w:tcPr>
            <w:tcW w:w="2200" w:type="dxa"/>
            <w:shd w:val="clear" w:color="auto" w:fill="F5FBF7"/>
            <w:tcMar>
              <w:top w:w="90" w:type="dxa"/>
              <w:left w:w="120" w:type="dxa"/>
              <w:bottom w:w="90" w:type="dxa"/>
              <w:right w:w="120" w:type="dxa"/>
            </w:tcMar>
            <w:vAlign w:val="center"/>
          </w:tcPr>
          <w:p w14:paraId="7CA24EDE" w14:textId="77777777" w:rsidR="00A53638" w:rsidRPr="00012546" w:rsidRDefault="00C976EB">
            <w:pPr>
              <w:spacing w:after="20"/>
            </w:pPr>
            <w:r w:rsidRPr="00012546">
              <w:t> </w:t>
            </w:r>
          </w:p>
        </w:tc>
        <w:tc>
          <w:tcPr>
            <w:tcW w:w="1900" w:type="dxa"/>
            <w:shd w:val="clear" w:color="auto" w:fill="F5FBF7"/>
            <w:tcMar>
              <w:top w:w="90" w:type="dxa"/>
              <w:left w:w="120" w:type="dxa"/>
              <w:bottom w:w="90" w:type="dxa"/>
              <w:right w:w="120" w:type="dxa"/>
            </w:tcMar>
            <w:vAlign w:val="center"/>
          </w:tcPr>
          <w:p w14:paraId="79B89501" w14:textId="77777777" w:rsidR="00A53638" w:rsidRPr="00012546" w:rsidRDefault="00C976EB">
            <w:pPr>
              <w:spacing w:after="20"/>
            </w:pPr>
            <w:proofErr w:type="gramStart"/>
            <w:r w:rsidRPr="00012546">
              <w:rPr>
                <w:sz w:val="17"/>
              </w:rPr>
              <w:t>[ ]</w:t>
            </w:r>
            <w:proofErr w:type="gramEnd"/>
            <w:r w:rsidRPr="00012546">
              <w:rPr>
                <w:sz w:val="17"/>
              </w:rPr>
              <w:t xml:space="preserve"> Associé   [ ] Prestataire   [ ] Demandeur distinct</w:t>
            </w:r>
          </w:p>
        </w:tc>
        <w:tc>
          <w:tcPr>
            <w:tcW w:w="3000" w:type="dxa"/>
            <w:shd w:val="clear" w:color="auto" w:fill="F5FBF7"/>
            <w:tcMar>
              <w:top w:w="90" w:type="dxa"/>
              <w:left w:w="120" w:type="dxa"/>
              <w:bottom w:w="90" w:type="dxa"/>
              <w:right w:w="120" w:type="dxa"/>
            </w:tcMar>
            <w:vAlign w:val="center"/>
          </w:tcPr>
          <w:p w14:paraId="39393908" w14:textId="77777777" w:rsidR="00A53638" w:rsidRPr="00012546" w:rsidRDefault="00C976EB">
            <w:pPr>
              <w:spacing w:after="20"/>
            </w:pPr>
            <w:r w:rsidRPr="00012546">
              <w:t> </w:t>
            </w:r>
          </w:p>
        </w:tc>
        <w:tc>
          <w:tcPr>
            <w:tcW w:w="2700" w:type="dxa"/>
            <w:shd w:val="clear" w:color="auto" w:fill="F5FBF7"/>
            <w:tcMar>
              <w:top w:w="90" w:type="dxa"/>
              <w:left w:w="120" w:type="dxa"/>
              <w:bottom w:w="90" w:type="dxa"/>
              <w:right w:w="120" w:type="dxa"/>
            </w:tcMar>
            <w:vAlign w:val="center"/>
          </w:tcPr>
          <w:p w14:paraId="634DB083" w14:textId="77777777" w:rsidR="00A53638" w:rsidRPr="00012546" w:rsidRDefault="00C976EB">
            <w:pPr>
              <w:spacing w:after="20"/>
            </w:pPr>
            <w:r w:rsidRPr="00012546">
              <w:t> </w:t>
            </w:r>
          </w:p>
        </w:tc>
      </w:tr>
    </w:tbl>
    <w:p w14:paraId="6B298BFC" w14:textId="77777777" w:rsidR="00A53638" w:rsidRPr="00012546" w:rsidRDefault="00A53638">
      <w:pPr>
        <w:spacing w:after="0"/>
      </w:pPr>
    </w:p>
    <w:p w14:paraId="33EC2DB2" w14:textId="0507FBA5" w:rsidR="00A53638" w:rsidRPr="00012546" w:rsidRDefault="00C465CE">
      <w:pPr>
        <w:pStyle w:val="Smallnote"/>
        <w:rPr>
          <w:lang w:val="fr-FR"/>
        </w:rPr>
      </w:pPr>
      <w:r w:rsidRPr="00012546">
        <w:rPr>
          <w:lang w:val="fr-FR"/>
        </w:rPr>
        <w:t>Joindre une fiche d’engagement pour chaque partenaire associé. Pour un prestataire, joindre un devis ou un projet de contrat. Lorsqu’une autre structure supporte ses propres dépenses et sollicite une aide, elle dépose un dossier SAFRAN distinct ; les dossiers coordonnés sont accompagnés, le cas échéant, d’une convention de partenariat.</w:t>
      </w:r>
    </w:p>
    <w:tbl>
      <w:tblPr>
        <w:tblW w:w="9800" w:type="dxa"/>
        <w:tblInd w:w="120" w:type="dxa"/>
        <w:tblLayout w:type="fixed"/>
        <w:tblLook w:val="04A0" w:firstRow="1" w:lastRow="0" w:firstColumn="1" w:lastColumn="0" w:noHBand="0" w:noVBand="1"/>
      </w:tblPr>
      <w:tblGrid>
        <w:gridCol w:w="9800"/>
      </w:tblGrid>
      <w:tr w:rsidR="00A53638" w:rsidRPr="00012546" w14:paraId="09983A18" w14:textId="77777777">
        <w:tc>
          <w:tcPr>
            <w:tcW w:w="9800" w:type="dxa"/>
            <w:shd w:val="clear" w:color="auto" w:fill="F1F3F4"/>
            <w:tcMar>
              <w:top w:w="90" w:type="dxa"/>
              <w:left w:w="120" w:type="dxa"/>
              <w:bottom w:w="90" w:type="dxa"/>
              <w:right w:w="120" w:type="dxa"/>
            </w:tcMar>
            <w:vAlign w:val="center"/>
          </w:tcPr>
          <w:p w14:paraId="06A1D5EB" w14:textId="77777777" w:rsidR="00A53638" w:rsidRPr="00012546" w:rsidRDefault="00C976EB">
            <w:pPr>
              <w:spacing w:after="0"/>
            </w:pPr>
            <w:r w:rsidRPr="00012546">
              <w:rPr>
                <w:b/>
                <w:sz w:val="19"/>
              </w:rPr>
              <w:t xml:space="preserve">Effet structurant du </w:t>
            </w:r>
            <w:proofErr w:type="gramStart"/>
            <w:r w:rsidRPr="00012546">
              <w:rPr>
                <w:b/>
                <w:sz w:val="19"/>
              </w:rPr>
              <w:t>projet</w:t>
            </w:r>
            <w:r w:rsidRPr="00012546">
              <w:rPr>
                <w:i/>
                <w:color w:val="5F6368"/>
                <w:sz w:val="17"/>
              </w:rPr>
              <w:t xml:space="preserve">  (</w:t>
            </w:r>
            <w:proofErr w:type="gramEnd"/>
            <w:r w:rsidRPr="00012546">
              <w:rPr>
                <w:i/>
                <w:color w:val="5F6368"/>
                <w:sz w:val="17"/>
              </w:rPr>
              <w:t>complémentarité des acteurs, sécurisation des débouchés, contractualisation et perspectives)</w:t>
            </w:r>
          </w:p>
        </w:tc>
      </w:tr>
      <w:tr w:rsidR="00A53638" w:rsidRPr="00012546" w14:paraId="36DF9813" w14:textId="77777777">
        <w:tc>
          <w:tcPr>
            <w:tcW w:w="9800" w:type="dxa"/>
            <w:shd w:val="clear" w:color="auto" w:fill="F5FBF7"/>
            <w:tcMar>
              <w:top w:w="90" w:type="dxa"/>
              <w:left w:w="120" w:type="dxa"/>
              <w:bottom w:w="90" w:type="dxa"/>
              <w:right w:w="120" w:type="dxa"/>
            </w:tcMar>
            <w:vAlign w:val="center"/>
          </w:tcPr>
          <w:p w14:paraId="2FF95428" w14:textId="77777777" w:rsidR="00A53638" w:rsidRPr="00012546" w:rsidRDefault="00C976EB">
            <w:pPr>
              <w:spacing w:after="100"/>
            </w:pPr>
            <w:r w:rsidRPr="00012546">
              <w:t> </w:t>
            </w:r>
          </w:p>
          <w:p w14:paraId="0B1E472B" w14:textId="77777777" w:rsidR="00A53638" w:rsidRPr="00012546" w:rsidRDefault="00C976EB">
            <w:pPr>
              <w:spacing w:after="100"/>
            </w:pPr>
            <w:r w:rsidRPr="00012546">
              <w:lastRenderedPageBreak/>
              <w:t> </w:t>
            </w:r>
          </w:p>
          <w:p w14:paraId="239CFEC9" w14:textId="77777777" w:rsidR="00A53638" w:rsidRPr="00012546" w:rsidRDefault="00C976EB">
            <w:pPr>
              <w:spacing w:after="100"/>
            </w:pPr>
            <w:r w:rsidRPr="00012546">
              <w:t> </w:t>
            </w:r>
          </w:p>
          <w:p w14:paraId="58E72768" w14:textId="77777777" w:rsidR="00A53638" w:rsidRPr="00012546" w:rsidRDefault="00C976EB">
            <w:pPr>
              <w:spacing w:after="100"/>
            </w:pPr>
            <w:r w:rsidRPr="00012546">
              <w:t> </w:t>
            </w:r>
          </w:p>
        </w:tc>
      </w:tr>
    </w:tbl>
    <w:p w14:paraId="3AD9DBD5"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0E41D1D1" w14:textId="77777777">
        <w:tc>
          <w:tcPr>
            <w:tcW w:w="9800" w:type="dxa"/>
            <w:shd w:val="clear" w:color="auto" w:fill="009B4A"/>
            <w:tcMar>
              <w:top w:w="90" w:type="dxa"/>
              <w:left w:w="120" w:type="dxa"/>
              <w:bottom w:w="90" w:type="dxa"/>
              <w:right w:w="120" w:type="dxa"/>
            </w:tcMar>
            <w:vAlign w:val="center"/>
          </w:tcPr>
          <w:p w14:paraId="52D3466E" w14:textId="77777777" w:rsidR="00A53638" w:rsidRPr="00012546" w:rsidRDefault="00C976EB">
            <w:pPr>
              <w:spacing w:after="0"/>
            </w:pPr>
            <w:r w:rsidRPr="00012546">
              <w:rPr>
                <w:b/>
                <w:color w:val="FFFFFF"/>
                <w:sz w:val="23"/>
              </w:rPr>
              <w:t>6. IMPACTS ET INDICATEURS CLÉS</w:t>
            </w:r>
          </w:p>
        </w:tc>
      </w:tr>
    </w:tbl>
    <w:p w14:paraId="0E1AE8F7"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3300"/>
        <w:gridCol w:w="1600"/>
        <w:gridCol w:w="1600"/>
        <w:gridCol w:w="3300"/>
      </w:tblGrid>
      <w:tr w:rsidR="00A53638" w:rsidRPr="00012546" w14:paraId="7CFF1425" w14:textId="77777777">
        <w:trPr>
          <w:tblHeader/>
        </w:trPr>
        <w:tc>
          <w:tcPr>
            <w:tcW w:w="3300" w:type="dxa"/>
            <w:shd w:val="clear" w:color="auto" w:fill="009B4A"/>
            <w:tcMar>
              <w:top w:w="90" w:type="dxa"/>
              <w:left w:w="120" w:type="dxa"/>
              <w:bottom w:w="90" w:type="dxa"/>
              <w:right w:w="120" w:type="dxa"/>
            </w:tcMar>
            <w:vAlign w:val="center"/>
          </w:tcPr>
          <w:p w14:paraId="3967FB63" w14:textId="77777777" w:rsidR="00A53638" w:rsidRPr="00012546" w:rsidRDefault="00C976EB">
            <w:pPr>
              <w:spacing w:after="0"/>
              <w:jc w:val="center"/>
            </w:pPr>
            <w:r w:rsidRPr="00012546">
              <w:rPr>
                <w:b/>
                <w:color w:val="FFFFFF"/>
                <w:sz w:val="19"/>
              </w:rPr>
              <w:t>Indicateur clé</w:t>
            </w:r>
          </w:p>
        </w:tc>
        <w:tc>
          <w:tcPr>
            <w:tcW w:w="1600" w:type="dxa"/>
            <w:shd w:val="clear" w:color="auto" w:fill="009B4A"/>
            <w:tcMar>
              <w:top w:w="90" w:type="dxa"/>
              <w:left w:w="120" w:type="dxa"/>
              <w:bottom w:w="90" w:type="dxa"/>
              <w:right w:w="120" w:type="dxa"/>
            </w:tcMar>
            <w:vAlign w:val="center"/>
          </w:tcPr>
          <w:p w14:paraId="6523CC85" w14:textId="77777777" w:rsidR="00A53638" w:rsidRPr="00012546" w:rsidRDefault="00C976EB">
            <w:pPr>
              <w:spacing w:after="0"/>
              <w:jc w:val="center"/>
            </w:pPr>
            <w:r w:rsidRPr="00012546">
              <w:rPr>
                <w:b/>
                <w:color w:val="FFFFFF"/>
                <w:sz w:val="19"/>
              </w:rPr>
              <w:t>Situation initiale</w:t>
            </w:r>
          </w:p>
        </w:tc>
        <w:tc>
          <w:tcPr>
            <w:tcW w:w="1600" w:type="dxa"/>
            <w:shd w:val="clear" w:color="auto" w:fill="009B4A"/>
            <w:tcMar>
              <w:top w:w="90" w:type="dxa"/>
              <w:left w:w="120" w:type="dxa"/>
              <w:bottom w:w="90" w:type="dxa"/>
              <w:right w:w="120" w:type="dxa"/>
            </w:tcMar>
            <w:vAlign w:val="center"/>
          </w:tcPr>
          <w:p w14:paraId="2969F611" w14:textId="77777777" w:rsidR="00A53638" w:rsidRPr="00012546" w:rsidRDefault="00C976EB">
            <w:pPr>
              <w:spacing w:after="0"/>
              <w:jc w:val="center"/>
            </w:pPr>
            <w:r w:rsidRPr="00012546">
              <w:rPr>
                <w:b/>
                <w:color w:val="FFFFFF"/>
                <w:sz w:val="19"/>
              </w:rPr>
              <w:t>Objectif 2027</w:t>
            </w:r>
          </w:p>
        </w:tc>
        <w:tc>
          <w:tcPr>
            <w:tcW w:w="3300" w:type="dxa"/>
            <w:shd w:val="clear" w:color="auto" w:fill="009B4A"/>
            <w:tcMar>
              <w:top w:w="90" w:type="dxa"/>
              <w:left w:w="120" w:type="dxa"/>
              <w:bottom w:w="90" w:type="dxa"/>
              <w:right w:w="120" w:type="dxa"/>
            </w:tcMar>
            <w:vAlign w:val="center"/>
          </w:tcPr>
          <w:p w14:paraId="6111A54B" w14:textId="77777777" w:rsidR="00A53638" w:rsidRPr="00012546" w:rsidRDefault="00C976EB">
            <w:pPr>
              <w:spacing w:after="0"/>
              <w:jc w:val="center"/>
            </w:pPr>
            <w:r w:rsidRPr="00012546">
              <w:rPr>
                <w:b/>
                <w:color w:val="FFFFFF"/>
                <w:sz w:val="19"/>
              </w:rPr>
              <w:t>Méthode / source de suivi</w:t>
            </w:r>
          </w:p>
        </w:tc>
      </w:tr>
      <w:tr w:rsidR="00A53638" w:rsidRPr="00012546" w14:paraId="7FF6FD82" w14:textId="77777777">
        <w:tc>
          <w:tcPr>
            <w:tcW w:w="3300" w:type="dxa"/>
            <w:tcMar>
              <w:top w:w="90" w:type="dxa"/>
              <w:left w:w="120" w:type="dxa"/>
              <w:bottom w:w="90" w:type="dxa"/>
              <w:right w:w="120" w:type="dxa"/>
            </w:tcMar>
            <w:vAlign w:val="center"/>
          </w:tcPr>
          <w:p w14:paraId="60B4D0D7" w14:textId="77777777" w:rsidR="00A53638" w:rsidRPr="00012546" w:rsidRDefault="00C976EB">
            <w:pPr>
              <w:spacing w:after="20"/>
            </w:pPr>
            <w:r w:rsidRPr="00012546">
              <w:rPr>
                <w:sz w:val="17"/>
              </w:rPr>
              <w:t>Nombre de producteurs bénéficiaires</w:t>
            </w:r>
          </w:p>
        </w:tc>
        <w:tc>
          <w:tcPr>
            <w:tcW w:w="1600" w:type="dxa"/>
            <w:shd w:val="clear" w:color="auto" w:fill="F5FBF7"/>
            <w:tcMar>
              <w:top w:w="90" w:type="dxa"/>
              <w:left w:w="120" w:type="dxa"/>
              <w:bottom w:w="90" w:type="dxa"/>
              <w:right w:w="120" w:type="dxa"/>
            </w:tcMar>
            <w:vAlign w:val="center"/>
          </w:tcPr>
          <w:p w14:paraId="13BCBC9F"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4A9CE48C"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7FF89EF4" w14:textId="77777777" w:rsidR="00A53638" w:rsidRPr="00012546" w:rsidRDefault="00C976EB">
            <w:pPr>
              <w:spacing w:after="20"/>
            </w:pPr>
            <w:r w:rsidRPr="00012546">
              <w:t> </w:t>
            </w:r>
          </w:p>
        </w:tc>
      </w:tr>
      <w:tr w:rsidR="00A53638" w:rsidRPr="00012546" w14:paraId="7FEEADD9" w14:textId="77777777">
        <w:tc>
          <w:tcPr>
            <w:tcW w:w="3300" w:type="dxa"/>
            <w:tcMar>
              <w:top w:w="90" w:type="dxa"/>
              <w:left w:w="120" w:type="dxa"/>
              <w:bottom w:w="90" w:type="dxa"/>
              <w:right w:w="120" w:type="dxa"/>
            </w:tcMar>
            <w:vAlign w:val="center"/>
          </w:tcPr>
          <w:p w14:paraId="416862A1" w14:textId="77777777" w:rsidR="00A53638" w:rsidRPr="00012546" w:rsidRDefault="00C976EB">
            <w:pPr>
              <w:spacing w:after="20"/>
            </w:pPr>
            <w:r w:rsidRPr="00012546">
              <w:rPr>
                <w:sz w:val="17"/>
              </w:rPr>
              <w:t>Nombre de producteurs en conversion</w:t>
            </w:r>
          </w:p>
        </w:tc>
        <w:tc>
          <w:tcPr>
            <w:tcW w:w="1600" w:type="dxa"/>
            <w:shd w:val="clear" w:color="auto" w:fill="F5FBF7"/>
            <w:tcMar>
              <w:top w:w="90" w:type="dxa"/>
              <w:left w:w="120" w:type="dxa"/>
              <w:bottom w:w="90" w:type="dxa"/>
              <w:right w:w="120" w:type="dxa"/>
            </w:tcMar>
            <w:vAlign w:val="center"/>
          </w:tcPr>
          <w:p w14:paraId="5C9CA4CF"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006B8FBD"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397606C6" w14:textId="77777777" w:rsidR="00A53638" w:rsidRPr="00012546" w:rsidRDefault="00C976EB">
            <w:pPr>
              <w:spacing w:after="20"/>
            </w:pPr>
            <w:r w:rsidRPr="00012546">
              <w:t> </w:t>
            </w:r>
          </w:p>
        </w:tc>
      </w:tr>
      <w:tr w:rsidR="00A53638" w:rsidRPr="00012546" w14:paraId="704A7865" w14:textId="77777777">
        <w:tc>
          <w:tcPr>
            <w:tcW w:w="3300" w:type="dxa"/>
            <w:tcMar>
              <w:top w:w="90" w:type="dxa"/>
              <w:left w:w="120" w:type="dxa"/>
              <w:bottom w:w="90" w:type="dxa"/>
              <w:right w:w="120" w:type="dxa"/>
            </w:tcMar>
            <w:vAlign w:val="center"/>
          </w:tcPr>
          <w:p w14:paraId="029053EC" w14:textId="77777777" w:rsidR="00A53638" w:rsidRPr="00012546" w:rsidRDefault="00C976EB">
            <w:pPr>
              <w:spacing w:after="20"/>
            </w:pPr>
            <w:r w:rsidRPr="00012546">
              <w:rPr>
                <w:sz w:val="17"/>
              </w:rPr>
              <w:t>Surface bio ou en conversion concernée (ha)</w:t>
            </w:r>
          </w:p>
        </w:tc>
        <w:tc>
          <w:tcPr>
            <w:tcW w:w="1600" w:type="dxa"/>
            <w:shd w:val="clear" w:color="auto" w:fill="F5FBF7"/>
            <w:tcMar>
              <w:top w:w="90" w:type="dxa"/>
              <w:left w:w="120" w:type="dxa"/>
              <w:bottom w:w="90" w:type="dxa"/>
              <w:right w:w="120" w:type="dxa"/>
            </w:tcMar>
            <w:vAlign w:val="center"/>
          </w:tcPr>
          <w:p w14:paraId="75F04266"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1D302FB5"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5CA2E57B" w14:textId="77777777" w:rsidR="00A53638" w:rsidRPr="00012546" w:rsidRDefault="00C976EB">
            <w:pPr>
              <w:spacing w:after="20"/>
            </w:pPr>
            <w:r w:rsidRPr="00012546">
              <w:t> </w:t>
            </w:r>
          </w:p>
        </w:tc>
      </w:tr>
      <w:tr w:rsidR="00A53638" w:rsidRPr="00012546" w14:paraId="5635ACB4" w14:textId="77777777">
        <w:tc>
          <w:tcPr>
            <w:tcW w:w="3300" w:type="dxa"/>
            <w:tcMar>
              <w:top w:w="90" w:type="dxa"/>
              <w:left w:w="120" w:type="dxa"/>
              <w:bottom w:w="90" w:type="dxa"/>
              <w:right w:w="120" w:type="dxa"/>
            </w:tcMar>
            <w:vAlign w:val="center"/>
          </w:tcPr>
          <w:p w14:paraId="73F9BD4A" w14:textId="77777777" w:rsidR="00A53638" w:rsidRPr="00012546" w:rsidRDefault="00C976EB">
            <w:pPr>
              <w:spacing w:after="20"/>
            </w:pPr>
            <w:r w:rsidRPr="00012546">
              <w:rPr>
                <w:sz w:val="17"/>
              </w:rPr>
              <w:t>Volume de produits biologiques concerné</w:t>
            </w:r>
          </w:p>
        </w:tc>
        <w:tc>
          <w:tcPr>
            <w:tcW w:w="1600" w:type="dxa"/>
            <w:shd w:val="clear" w:color="auto" w:fill="F5FBF7"/>
            <w:tcMar>
              <w:top w:w="90" w:type="dxa"/>
              <w:left w:w="120" w:type="dxa"/>
              <w:bottom w:w="90" w:type="dxa"/>
              <w:right w:w="120" w:type="dxa"/>
            </w:tcMar>
            <w:vAlign w:val="center"/>
          </w:tcPr>
          <w:p w14:paraId="4EDFB0CD"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768E781E"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52A31A52" w14:textId="77777777" w:rsidR="00A53638" w:rsidRPr="00012546" w:rsidRDefault="00C976EB">
            <w:pPr>
              <w:spacing w:after="20"/>
            </w:pPr>
            <w:r w:rsidRPr="00012546">
              <w:t> </w:t>
            </w:r>
          </w:p>
        </w:tc>
      </w:tr>
      <w:tr w:rsidR="00A53638" w:rsidRPr="00012546" w14:paraId="3650363D" w14:textId="77777777">
        <w:tc>
          <w:tcPr>
            <w:tcW w:w="3300" w:type="dxa"/>
            <w:tcMar>
              <w:top w:w="90" w:type="dxa"/>
              <w:left w:w="120" w:type="dxa"/>
              <w:bottom w:w="90" w:type="dxa"/>
              <w:right w:w="120" w:type="dxa"/>
            </w:tcMar>
            <w:vAlign w:val="center"/>
          </w:tcPr>
          <w:p w14:paraId="642F6B53" w14:textId="56CA4E8A" w:rsidR="00A53638" w:rsidRPr="00012546" w:rsidRDefault="00C465CE">
            <w:pPr>
              <w:spacing w:after="20"/>
            </w:pPr>
            <w:r w:rsidRPr="00012546">
              <w:rPr>
                <w:sz w:val="17"/>
              </w:rPr>
              <w:t>Part ou volume destiné à la restauration hors domicile (RHD</w:t>
            </w:r>
            <w:r w:rsidRPr="00012546">
              <w:t>)</w:t>
            </w:r>
          </w:p>
        </w:tc>
        <w:tc>
          <w:tcPr>
            <w:tcW w:w="1600" w:type="dxa"/>
            <w:shd w:val="clear" w:color="auto" w:fill="F5FBF7"/>
            <w:tcMar>
              <w:top w:w="90" w:type="dxa"/>
              <w:left w:w="120" w:type="dxa"/>
              <w:bottom w:w="90" w:type="dxa"/>
              <w:right w:w="120" w:type="dxa"/>
            </w:tcMar>
            <w:vAlign w:val="center"/>
          </w:tcPr>
          <w:p w14:paraId="0A354B9D"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39A26E33"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276A5BCB" w14:textId="77777777" w:rsidR="00A53638" w:rsidRPr="00012546" w:rsidRDefault="00C976EB">
            <w:pPr>
              <w:spacing w:after="20"/>
            </w:pPr>
            <w:r w:rsidRPr="00012546">
              <w:t> </w:t>
            </w:r>
          </w:p>
        </w:tc>
      </w:tr>
      <w:tr w:rsidR="00A53638" w:rsidRPr="00012546" w14:paraId="2E0492C4" w14:textId="77777777">
        <w:tc>
          <w:tcPr>
            <w:tcW w:w="3300" w:type="dxa"/>
            <w:tcMar>
              <w:top w:w="90" w:type="dxa"/>
              <w:left w:w="120" w:type="dxa"/>
              <w:bottom w:w="90" w:type="dxa"/>
              <w:right w:w="120" w:type="dxa"/>
            </w:tcMar>
            <w:vAlign w:val="center"/>
          </w:tcPr>
          <w:p w14:paraId="3E3DA48B" w14:textId="77777777" w:rsidR="00A53638" w:rsidRPr="00012546" w:rsidRDefault="00C976EB">
            <w:pPr>
              <w:spacing w:after="20"/>
            </w:pPr>
            <w:r w:rsidRPr="00012546">
              <w:rPr>
                <w:sz w:val="17"/>
              </w:rPr>
              <w:t>Autre indicateur déterminant</w:t>
            </w:r>
          </w:p>
        </w:tc>
        <w:tc>
          <w:tcPr>
            <w:tcW w:w="1600" w:type="dxa"/>
            <w:shd w:val="clear" w:color="auto" w:fill="F5FBF7"/>
            <w:tcMar>
              <w:top w:w="90" w:type="dxa"/>
              <w:left w:w="120" w:type="dxa"/>
              <w:bottom w:w="90" w:type="dxa"/>
              <w:right w:w="120" w:type="dxa"/>
            </w:tcMar>
            <w:vAlign w:val="center"/>
          </w:tcPr>
          <w:p w14:paraId="5DDE2EED" w14:textId="77777777" w:rsidR="00A53638" w:rsidRPr="00012546" w:rsidRDefault="00C976EB">
            <w:pPr>
              <w:spacing w:after="20"/>
            </w:pPr>
            <w:r w:rsidRPr="00012546">
              <w:t> </w:t>
            </w:r>
          </w:p>
        </w:tc>
        <w:tc>
          <w:tcPr>
            <w:tcW w:w="1600" w:type="dxa"/>
            <w:shd w:val="clear" w:color="auto" w:fill="F5FBF7"/>
            <w:tcMar>
              <w:top w:w="90" w:type="dxa"/>
              <w:left w:w="120" w:type="dxa"/>
              <w:bottom w:w="90" w:type="dxa"/>
              <w:right w:w="120" w:type="dxa"/>
            </w:tcMar>
            <w:vAlign w:val="center"/>
          </w:tcPr>
          <w:p w14:paraId="2FBB3069" w14:textId="77777777" w:rsidR="00A53638" w:rsidRPr="00012546" w:rsidRDefault="00C976EB">
            <w:pPr>
              <w:spacing w:after="20"/>
            </w:pPr>
            <w:r w:rsidRPr="00012546">
              <w:t> </w:t>
            </w:r>
          </w:p>
        </w:tc>
        <w:tc>
          <w:tcPr>
            <w:tcW w:w="3300" w:type="dxa"/>
            <w:shd w:val="clear" w:color="auto" w:fill="F5FBF7"/>
            <w:tcMar>
              <w:top w:w="90" w:type="dxa"/>
              <w:left w:w="120" w:type="dxa"/>
              <w:bottom w:w="90" w:type="dxa"/>
              <w:right w:w="120" w:type="dxa"/>
            </w:tcMar>
            <w:vAlign w:val="center"/>
          </w:tcPr>
          <w:p w14:paraId="3B3CFEB7" w14:textId="77777777" w:rsidR="00A53638" w:rsidRPr="00012546" w:rsidRDefault="00C976EB">
            <w:pPr>
              <w:spacing w:after="20"/>
            </w:pPr>
            <w:r w:rsidRPr="00012546">
              <w:t> </w:t>
            </w:r>
          </w:p>
        </w:tc>
      </w:tr>
    </w:tbl>
    <w:p w14:paraId="007F2C58" w14:textId="77777777" w:rsidR="00A53638" w:rsidRPr="00012546" w:rsidRDefault="00A53638">
      <w:pPr>
        <w:spacing w:after="0"/>
      </w:pPr>
    </w:p>
    <w:p w14:paraId="29D4D5DB" w14:textId="77777777" w:rsidR="00A53638" w:rsidRPr="00012546" w:rsidRDefault="00C976EB">
      <w:pPr>
        <w:pStyle w:val="Smallnote"/>
        <w:rPr>
          <w:lang w:val="fr-FR"/>
        </w:rPr>
      </w:pPr>
      <w:r w:rsidRPr="00012546">
        <w:rPr>
          <w:lang w:val="fr-FR"/>
        </w:rPr>
        <w:t>Les indicateurs détaillés sont à renseigner dans le classeur joint.</w:t>
      </w:r>
    </w:p>
    <w:tbl>
      <w:tblPr>
        <w:tblW w:w="9800" w:type="dxa"/>
        <w:tblInd w:w="120" w:type="dxa"/>
        <w:tblLayout w:type="fixed"/>
        <w:tblLook w:val="04A0" w:firstRow="1" w:lastRow="0" w:firstColumn="1" w:lastColumn="0" w:noHBand="0" w:noVBand="1"/>
      </w:tblPr>
      <w:tblGrid>
        <w:gridCol w:w="9800"/>
      </w:tblGrid>
      <w:tr w:rsidR="00A53638" w:rsidRPr="00012546" w14:paraId="23C840E1" w14:textId="77777777">
        <w:tc>
          <w:tcPr>
            <w:tcW w:w="9800" w:type="dxa"/>
            <w:shd w:val="clear" w:color="auto" w:fill="009B4A"/>
            <w:tcMar>
              <w:top w:w="90" w:type="dxa"/>
              <w:left w:w="120" w:type="dxa"/>
              <w:bottom w:w="90" w:type="dxa"/>
              <w:right w:w="120" w:type="dxa"/>
            </w:tcMar>
            <w:vAlign w:val="center"/>
          </w:tcPr>
          <w:p w14:paraId="651CFAA4" w14:textId="77777777" w:rsidR="00A53638" w:rsidRPr="00012546" w:rsidRDefault="00C976EB">
            <w:pPr>
              <w:spacing w:after="0"/>
            </w:pPr>
            <w:r w:rsidRPr="00012546">
              <w:rPr>
                <w:b/>
                <w:color w:val="FFFFFF"/>
                <w:sz w:val="23"/>
              </w:rPr>
              <w:t>7. QUALITÉ ET DÉMARCHES AVANCÉES</w:t>
            </w:r>
          </w:p>
        </w:tc>
      </w:tr>
    </w:tbl>
    <w:p w14:paraId="546DCB0F"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7B466196" w14:textId="77777777">
        <w:tc>
          <w:tcPr>
            <w:tcW w:w="9800" w:type="dxa"/>
            <w:shd w:val="clear" w:color="auto" w:fill="F1F3F4"/>
            <w:tcMar>
              <w:top w:w="90" w:type="dxa"/>
              <w:left w:w="120" w:type="dxa"/>
              <w:bottom w:w="90" w:type="dxa"/>
              <w:right w:w="120" w:type="dxa"/>
            </w:tcMar>
            <w:vAlign w:val="center"/>
          </w:tcPr>
          <w:p w14:paraId="1313D7B1" w14:textId="77777777" w:rsidR="00A53638" w:rsidRPr="00012546" w:rsidRDefault="00C976EB">
            <w:pPr>
              <w:spacing w:after="0"/>
            </w:pPr>
            <w:r w:rsidRPr="00012546">
              <w:rPr>
                <w:b/>
                <w:sz w:val="19"/>
              </w:rPr>
              <w:t xml:space="preserve">Démarches allant au-delà des obligations </w:t>
            </w:r>
            <w:proofErr w:type="gramStart"/>
            <w:r w:rsidRPr="00012546">
              <w:rPr>
                <w:b/>
                <w:sz w:val="19"/>
              </w:rPr>
              <w:t>réglementaires</w:t>
            </w:r>
            <w:r w:rsidRPr="00012546">
              <w:rPr>
                <w:i/>
                <w:color w:val="5F6368"/>
                <w:sz w:val="17"/>
              </w:rPr>
              <w:t xml:space="preserve">  (</w:t>
            </w:r>
            <w:proofErr w:type="gramEnd"/>
            <w:r w:rsidRPr="00012546">
              <w:rPr>
                <w:i/>
                <w:color w:val="5F6368"/>
                <w:sz w:val="17"/>
              </w:rPr>
              <w:t>eau, biodiversité, bas carbone, éco-conception, bien-être animal, SIQO, ESS ou démarche territoriale)</w:t>
            </w:r>
          </w:p>
        </w:tc>
      </w:tr>
      <w:tr w:rsidR="00A53638" w:rsidRPr="00012546" w14:paraId="29979671" w14:textId="77777777">
        <w:tc>
          <w:tcPr>
            <w:tcW w:w="9800" w:type="dxa"/>
            <w:shd w:val="clear" w:color="auto" w:fill="F5FBF7"/>
            <w:tcMar>
              <w:top w:w="90" w:type="dxa"/>
              <w:left w:w="120" w:type="dxa"/>
              <w:bottom w:w="90" w:type="dxa"/>
              <w:right w:w="120" w:type="dxa"/>
            </w:tcMar>
            <w:vAlign w:val="center"/>
          </w:tcPr>
          <w:p w14:paraId="561AB1D9" w14:textId="77777777" w:rsidR="00A53638" w:rsidRPr="00012546" w:rsidRDefault="00C976EB">
            <w:pPr>
              <w:spacing w:after="100"/>
            </w:pPr>
            <w:r w:rsidRPr="00012546">
              <w:t> </w:t>
            </w:r>
          </w:p>
          <w:p w14:paraId="5925C37F" w14:textId="77777777" w:rsidR="00A53638" w:rsidRPr="00012546" w:rsidRDefault="00C976EB">
            <w:pPr>
              <w:spacing w:after="100"/>
            </w:pPr>
            <w:r w:rsidRPr="00012546">
              <w:t> </w:t>
            </w:r>
          </w:p>
          <w:p w14:paraId="18C9CE09" w14:textId="77777777" w:rsidR="00A53638" w:rsidRPr="00012546" w:rsidRDefault="00C976EB">
            <w:pPr>
              <w:spacing w:after="100"/>
            </w:pPr>
            <w:r w:rsidRPr="00012546">
              <w:t> </w:t>
            </w:r>
          </w:p>
          <w:p w14:paraId="10F1DC28" w14:textId="77777777" w:rsidR="00A53638" w:rsidRPr="00012546" w:rsidRDefault="00C976EB">
            <w:pPr>
              <w:spacing w:after="100"/>
            </w:pPr>
            <w:r w:rsidRPr="00012546">
              <w:t> </w:t>
            </w:r>
          </w:p>
        </w:tc>
      </w:tr>
    </w:tbl>
    <w:p w14:paraId="37733176"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201F3D29" w14:textId="77777777">
        <w:tc>
          <w:tcPr>
            <w:tcW w:w="9800" w:type="dxa"/>
            <w:shd w:val="clear" w:color="auto" w:fill="F1F3F4"/>
            <w:tcMar>
              <w:top w:w="90" w:type="dxa"/>
              <w:left w:w="120" w:type="dxa"/>
              <w:bottom w:w="90" w:type="dxa"/>
              <w:right w:w="120" w:type="dxa"/>
            </w:tcMar>
            <w:vAlign w:val="center"/>
          </w:tcPr>
          <w:p w14:paraId="593D4F7C" w14:textId="77777777" w:rsidR="00A53638" w:rsidRPr="00012546" w:rsidRDefault="00C976EB">
            <w:pPr>
              <w:spacing w:after="0"/>
            </w:pPr>
            <w:r w:rsidRPr="00012546">
              <w:rPr>
                <w:b/>
                <w:sz w:val="19"/>
              </w:rPr>
              <w:t xml:space="preserve">Justificatifs </w:t>
            </w:r>
            <w:proofErr w:type="gramStart"/>
            <w:r w:rsidRPr="00012546">
              <w:rPr>
                <w:b/>
                <w:sz w:val="19"/>
              </w:rPr>
              <w:t>joints</w:t>
            </w:r>
            <w:r w:rsidRPr="00012546">
              <w:rPr>
                <w:i/>
                <w:color w:val="5F6368"/>
                <w:sz w:val="17"/>
              </w:rPr>
              <w:t xml:space="preserve">  (</w:t>
            </w:r>
            <w:proofErr w:type="gramEnd"/>
            <w:r w:rsidRPr="00012546">
              <w:rPr>
                <w:i/>
                <w:color w:val="5F6368"/>
                <w:sz w:val="17"/>
              </w:rPr>
              <w:t>labels, diagnostics, cartes, attestations ou documents équivalents)</w:t>
            </w:r>
          </w:p>
        </w:tc>
      </w:tr>
      <w:tr w:rsidR="00A53638" w:rsidRPr="00012546" w14:paraId="42F38856" w14:textId="77777777">
        <w:tc>
          <w:tcPr>
            <w:tcW w:w="9800" w:type="dxa"/>
            <w:shd w:val="clear" w:color="auto" w:fill="F5FBF7"/>
            <w:tcMar>
              <w:top w:w="90" w:type="dxa"/>
              <w:left w:w="120" w:type="dxa"/>
              <w:bottom w:w="90" w:type="dxa"/>
              <w:right w:w="120" w:type="dxa"/>
            </w:tcMar>
            <w:vAlign w:val="center"/>
          </w:tcPr>
          <w:p w14:paraId="697A240F" w14:textId="77777777" w:rsidR="00A53638" w:rsidRPr="00012546" w:rsidRDefault="00C976EB">
            <w:pPr>
              <w:spacing w:after="100"/>
            </w:pPr>
            <w:r w:rsidRPr="00012546">
              <w:t> </w:t>
            </w:r>
          </w:p>
          <w:p w14:paraId="0DC64F4F" w14:textId="77777777" w:rsidR="00A53638" w:rsidRPr="00012546" w:rsidRDefault="00C976EB">
            <w:pPr>
              <w:spacing w:after="100"/>
            </w:pPr>
            <w:r w:rsidRPr="00012546">
              <w:t> </w:t>
            </w:r>
          </w:p>
          <w:p w14:paraId="0BDD46D8" w14:textId="77777777" w:rsidR="00A53638" w:rsidRPr="00012546" w:rsidRDefault="00C976EB">
            <w:pPr>
              <w:spacing w:after="100"/>
            </w:pPr>
            <w:r w:rsidRPr="00012546">
              <w:t> </w:t>
            </w:r>
          </w:p>
        </w:tc>
      </w:tr>
    </w:tbl>
    <w:p w14:paraId="13C22A1B"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1EBCE20A" w14:textId="77777777">
        <w:tc>
          <w:tcPr>
            <w:tcW w:w="9800" w:type="dxa"/>
            <w:shd w:val="clear" w:color="auto" w:fill="009B4A"/>
            <w:tcMar>
              <w:top w:w="90" w:type="dxa"/>
              <w:left w:w="120" w:type="dxa"/>
              <w:bottom w:w="90" w:type="dxa"/>
              <w:right w:w="120" w:type="dxa"/>
            </w:tcMar>
            <w:vAlign w:val="center"/>
          </w:tcPr>
          <w:p w14:paraId="1AD5FFA3" w14:textId="77777777" w:rsidR="00A53638" w:rsidRPr="00012546" w:rsidRDefault="00C976EB">
            <w:pPr>
              <w:spacing w:after="0"/>
            </w:pPr>
            <w:r w:rsidRPr="00012546">
              <w:rPr>
                <w:b/>
                <w:color w:val="FFFFFF"/>
                <w:sz w:val="23"/>
              </w:rPr>
              <w:t>8. BUDGET ET PLAN DE FINANCEMENT</w:t>
            </w:r>
          </w:p>
        </w:tc>
      </w:tr>
    </w:tbl>
    <w:p w14:paraId="4F385A98"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2700"/>
        <w:gridCol w:w="7100"/>
      </w:tblGrid>
      <w:tr w:rsidR="00A53638" w:rsidRPr="00012546" w14:paraId="0E4101A6" w14:textId="77777777">
        <w:tc>
          <w:tcPr>
            <w:tcW w:w="2700" w:type="dxa"/>
            <w:shd w:val="clear" w:color="auto" w:fill="F1F3F4"/>
            <w:tcMar>
              <w:top w:w="90" w:type="dxa"/>
              <w:left w:w="120" w:type="dxa"/>
              <w:bottom w:w="90" w:type="dxa"/>
              <w:right w:w="120" w:type="dxa"/>
            </w:tcMar>
            <w:vAlign w:val="center"/>
          </w:tcPr>
          <w:p w14:paraId="3FF86591" w14:textId="77777777" w:rsidR="00A53638" w:rsidRPr="00012546" w:rsidRDefault="00C976EB">
            <w:pPr>
              <w:spacing w:after="0"/>
            </w:pPr>
            <w:r w:rsidRPr="00012546">
              <w:rPr>
                <w:b/>
                <w:sz w:val="19"/>
              </w:rPr>
              <w:t>Dépenses directes de personnel</w:t>
            </w:r>
          </w:p>
        </w:tc>
        <w:tc>
          <w:tcPr>
            <w:tcW w:w="7100" w:type="dxa"/>
            <w:shd w:val="clear" w:color="auto" w:fill="F5FBF7"/>
            <w:tcMar>
              <w:top w:w="90" w:type="dxa"/>
              <w:left w:w="120" w:type="dxa"/>
              <w:bottom w:w="90" w:type="dxa"/>
              <w:right w:w="120" w:type="dxa"/>
            </w:tcMar>
            <w:vAlign w:val="center"/>
          </w:tcPr>
          <w:p w14:paraId="375D382E" w14:textId="77777777" w:rsidR="00A53638" w:rsidRPr="00012546" w:rsidRDefault="00C976EB">
            <w:pPr>
              <w:spacing w:after="0"/>
            </w:pPr>
            <w:r w:rsidRPr="00012546">
              <w:t> </w:t>
            </w:r>
          </w:p>
        </w:tc>
      </w:tr>
      <w:tr w:rsidR="00A53638" w:rsidRPr="00012546" w14:paraId="111C6BEF" w14:textId="77777777">
        <w:tc>
          <w:tcPr>
            <w:tcW w:w="2700" w:type="dxa"/>
            <w:shd w:val="clear" w:color="auto" w:fill="F1F3F4"/>
            <w:tcMar>
              <w:top w:w="90" w:type="dxa"/>
              <w:left w:w="120" w:type="dxa"/>
              <w:bottom w:w="90" w:type="dxa"/>
              <w:right w:w="120" w:type="dxa"/>
            </w:tcMar>
            <w:vAlign w:val="center"/>
          </w:tcPr>
          <w:p w14:paraId="6EE8F4F9" w14:textId="77777777" w:rsidR="00A53638" w:rsidRPr="00012546" w:rsidRDefault="00C976EB">
            <w:pPr>
              <w:spacing w:after="0"/>
            </w:pPr>
            <w:r w:rsidRPr="00012546">
              <w:rPr>
                <w:b/>
                <w:sz w:val="19"/>
              </w:rPr>
              <w:t>Autres dépenses directes</w:t>
            </w:r>
          </w:p>
        </w:tc>
        <w:tc>
          <w:tcPr>
            <w:tcW w:w="7100" w:type="dxa"/>
            <w:shd w:val="clear" w:color="auto" w:fill="F5FBF7"/>
            <w:tcMar>
              <w:top w:w="90" w:type="dxa"/>
              <w:left w:w="120" w:type="dxa"/>
              <w:bottom w:w="90" w:type="dxa"/>
              <w:right w:w="120" w:type="dxa"/>
            </w:tcMar>
            <w:vAlign w:val="center"/>
          </w:tcPr>
          <w:p w14:paraId="7A0AF315" w14:textId="77777777" w:rsidR="00A53638" w:rsidRPr="00012546" w:rsidRDefault="00C976EB">
            <w:pPr>
              <w:spacing w:after="0"/>
            </w:pPr>
            <w:r w:rsidRPr="00012546">
              <w:t> </w:t>
            </w:r>
          </w:p>
        </w:tc>
      </w:tr>
      <w:tr w:rsidR="00A53638" w:rsidRPr="00012546" w14:paraId="57036B37" w14:textId="77777777">
        <w:tc>
          <w:tcPr>
            <w:tcW w:w="2700" w:type="dxa"/>
            <w:shd w:val="clear" w:color="auto" w:fill="F1F3F4"/>
            <w:tcMar>
              <w:top w:w="90" w:type="dxa"/>
              <w:left w:w="120" w:type="dxa"/>
              <w:bottom w:w="90" w:type="dxa"/>
              <w:right w:w="120" w:type="dxa"/>
            </w:tcMar>
            <w:vAlign w:val="center"/>
          </w:tcPr>
          <w:p w14:paraId="0A657AAE" w14:textId="77777777" w:rsidR="00A53638" w:rsidRPr="00012546" w:rsidRDefault="00C976EB">
            <w:pPr>
              <w:spacing w:after="0"/>
            </w:pPr>
            <w:r w:rsidRPr="00012546">
              <w:rPr>
                <w:b/>
                <w:sz w:val="19"/>
              </w:rPr>
              <w:t>Frais indirects sollicités</w:t>
            </w:r>
          </w:p>
        </w:tc>
        <w:tc>
          <w:tcPr>
            <w:tcW w:w="7100" w:type="dxa"/>
            <w:shd w:val="clear" w:color="auto" w:fill="F5FBF7"/>
            <w:tcMar>
              <w:top w:w="90" w:type="dxa"/>
              <w:left w:w="120" w:type="dxa"/>
              <w:bottom w:w="90" w:type="dxa"/>
              <w:right w:w="120" w:type="dxa"/>
            </w:tcMar>
            <w:vAlign w:val="center"/>
          </w:tcPr>
          <w:p w14:paraId="72202A4B" w14:textId="77777777" w:rsidR="00A53638" w:rsidRPr="00012546" w:rsidRDefault="00C976EB">
            <w:pPr>
              <w:spacing w:after="0"/>
            </w:pPr>
            <w:r w:rsidRPr="00012546">
              <w:t> </w:t>
            </w:r>
          </w:p>
        </w:tc>
      </w:tr>
      <w:tr w:rsidR="00A53638" w:rsidRPr="00012546" w14:paraId="286363FE" w14:textId="77777777">
        <w:tc>
          <w:tcPr>
            <w:tcW w:w="2700" w:type="dxa"/>
            <w:shd w:val="clear" w:color="auto" w:fill="F1F3F4"/>
            <w:tcMar>
              <w:top w:w="90" w:type="dxa"/>
              <w:left w:w="120" w:type="dxa"/>
              <w:bottom w:w="90" w:type="dxa"/>
              <w:right w:w="120" w:type="dxa"/>
            </w:tcMar>
            <w:vAlign w:val="center"/>
          </w:tcPr>
          <w:p w14:paraId="39351371" w14:textId="77777777" w:rsidR="00A53638" w:rsidRPr="00012546" w:rsidRDefault="00C976EB">
            <w:pPr>
              <w:spacing w:after="0"/>
            </w:pPr>
            <w:r w:rsidRPr="00012546">
              <w:rPr>
                <w:b/>
                <w:sz w:val="19"/>
              </w:rPr>
              <w:lastRenderedPageBreak/>
              <w:t>Coût total prévisionnel</w:t>
            </w:r>
          </w:p>
        </w:tc>
        <w:tc>
          <w:tcPr>
            <w:tcW w:w="7100" w:type="dxa"/>
            <w:shd w:val="clear" w:color="auto" w:fill="F5FBF7"/>
            <w:tcMar>
              <w:top w:w="90" w:type="dxa"/>
              <w:left w:w="120" w:type="dxa"/>
              <w:bottom w:w="90" w:type="dxa"/>
              <w:right w:w="120" w:type="dxa"/>
            </w:tcMar>
            <w:vAlign w:val="center"/>
          </w:tcPr>
          <w:p w14:paraId="4437B68F" w14:textId="77777777" w:rsidR="00A53638" w:rsidRPr="00012546" w:rsidRDefault="00C976EB">
            <w:pPr>
              <w:spacing w:after="0"/>
            </w:pPr>
            <w:r w:rsidRPr="00012546">
              <w:t> </w:t>
            </w:r>
          </w:p>
        </w:tc>
      </w:tr>
      <w:tr w:rsidR="00A53638" w:rsidRPr="00012546" w14:paraId="55FA83AE" w14:textId="77777777">
        <w:tc>
          <w:tcPr>
            <w:tcW w:w="2700" w:type="dxa"/>
            <w:shd w:val="clear" w:color="auto" w:fill="F1F3F4"/>
            <w:tcMar>
              <w:top w:w="90" w:type="dxa"/>
              <w:left w:w="120" w:type="dxa"/>
              <w:bottom w:w="90" w:type="dxa"/>
              <w:right w:w="120" w:type="dxa"/>
            </w:tcMar>
            <w:vAlign w:val="center"/>
          </w:tcPr>
          <w:p w14:paraId="07FFCB2A" w14:textId="77777777" w:rsidR="00A53638" w:rsidRPr="00012546" w:rsidRDefault="00C976EB">
            <w:pPr>
              <w:spacing w:after="0"/>
            </w:pPr>
            <w:r w:rsidRPr="00012546">
              <w:rPr>
                <w:b/>
                <w:sz w:val="19"/>
              </w:rPr>
              <w:t>Aide DAAF sollicitée</w:t>
            </w:r>
          </w:p>
        </w:tc>
        <w:tc>
          <w:tcPr>
            <w:tcW w:w="7100" w:type="dxa"/>
            <w:shd w:val="clear" w:color="auto" w:fill="F5FBF7"/>
            <w:tcMar>
              <w:top w:w="90" w:type="dxa"/>
              <w:left w:w="120" w:type="dxa"/>
              <w:bottom w:w="90" w:type="dxa"/>
              <w:right w:w="120" w:type="dxa"/>
            </w:tcMar>
            <w:vAlign w:val="center"/>
          </w:tcPr>
          <w:p w14:paraId="7B21AD19" w14:textId="77777777" w:rsidR="00A53638" w:rsidRPr="00012546" w:rsidRDefault="00C976EB">
            <w:pPr>
              <w:spacing w:after="0"/>
            </w:pPr>
            <w:r w:rsidRPr="00012546">
              <w:t> </w:t>
            </w:r>
          </w:p>
        </w:tc>
      </w:tr>
      <w:tr w:rsidR="00A53638" w:rsidRPr="00012546" w14:paraId="303C1544" w14:textId="77777777">
        <w:tc>
          <w:tcPr>
            <w:tcW w:w="2700" w:type="dxa"/>
            <w:shd w:val="clear" w:color="auto" w:fill="F1F3F4"/>
            <w:tcMar>
              <w:top w:w="90" w:type="dxa"/>
              <w:left w:w="120" w:type="dxa"/>
              <w:bottom w:w="90" w:type="dxa"/>
              <w:right w:w="120" w:type="dxa"/>
            </w:tcMar>
            <w:vAlign w:val="center"/>
          </w:tcPr>
          <w:p w14:paraId="069A7DC3" w14:textId="77777777" w:rsidR="00A53638" w:rsidRPr="00012546" w:rsidRDefault="00C976EB">
            <w:pPr>
              <w:spacing w:after="0"/>
            </w:pPr>
            <w:r w:rsidRPr="00012546">
              <w:rPr>
                <w:b/>
                <w:sz w:val="19"/>
              </w:rPr>
              <w:t>Autres financements publics</w:t>
            </w:r>
          </w:p>
        </w:tc>
        <w:tc>
          <w:tcPr>
            <w:tcW w:w="7100" w:type="dxa"/>
            <w:shd w:val="clear" w:color="auto" w:fill="F5FBF7"/>
            <w:tcMar>
              <w:top w:w="90" w:type="dxa"/>
              <w:left w:w="120" w:type="dxa"/>
              <w:bottom w:w="90" w:type="dxa"/>
              <w:right w:w="120" w:type="dxa"/>
            </w:tcMar>
            <w:vAlign w:val="center"/>
          </w:tcPr>
          <w:p w14:paraId="6FD74341" w14:textId="77777777" w:rsidR="00A53638" w:rsidRPr="00012546" w:rsidRDefault="00C976EB">
            <w:pPr>
              <w:spacing w:after="0"/>
            </w:pPr>
            <w:r w:rsidRPr="00012546">
              <w:t> </w:t>
            </w:r>
          </w:p>
        </w:tc>
      </w:tr>
      <w:tr w:rsidR="00A53638" w:rsidRPr="00012546" w14:paraId="2DF036CA" w14:textId="77777777">
        <w:tc>
          <w:tcPr>
            <w:tcW w:w="2700" w:type="dxa"/>
            <w:shd w:val="clear" w:color="auto" w:fill="F1F3F4"/>
            <w:tcMar>
              <w:top w:w="90" w:type="dxa"/>
              <w:left w:w="120" w:type="dxa"/>
              <w:bottom w:w="90" w:type="dxa"/>
              <w:right w:w="120" w:type="dxa"/>
            </w:tcMar>
            <w:vAlign w:val="center"/>
          </w:tcPr>
          <w:p w14:paraId="0C08A6E6" w14:textId="77777777" w:rsidR="00A53638" w:rsidRPr="00012546" w:rsidRDefault="00C976EB">
            <w:pPr>
              <w:spacing w:after="0"/>
            </w:pPr>
            <w:r w:rsidRPr="00012546">
              <w:rPr>
                <w:b/>
                <w:sz w:val="19"/>
              </w:rPr>
              <w:t>Financements privés</w:t>
            </w:r>
          </w:p>
        </w:tc>
        <w:tc>
          <w:tcPr>
            <w:tcW w:w="7100" w:type="dxa"/>
            <w:shd w:val="clear" w:color="auto" w:fill="F5FBF7"/>
            <w:tcMar>
              <w:top w:w="90" w:type="dxa"/>
              <w:left w:w="120" w:type="dxa"/>
              <w:bottom w:w="90" w:type="dxa"/>
              <w:right w:w="120" w:type="dxa"/>
            </w:tcMar>
            <w:vAlign w:val="center"/>
          </w:tcPr>
          <w:p w14:paraId="42F78D30" w14:textId="77777777" w:rsidR="00A53638" w:rsidRPr="00012546" w:rsidRDefault="00C976EB">
            <w:pPr>
              <w:spacing w:after="0"/>
            </w:pPr>
            <w:r w:rsidRPr="00012546">
              <w:t> </w:t>
            </w:r>
          </w:p>
        </w:tc>
      </w:tr>
      <w:tr w:rsidR="00A53638" w:rsidRPr="00012546" w14:paraId="3A12A491" w14:textId="77777777">
        <w:tc>
          <w:tcPr>
            <w:tcW w:w="2700" w:type="dxa"/>
            <w:shd w:val="clear" w:color="auto" w:fill="F1F3F4"/>
            <w:tcMar>
              <w:top w:w="90" w:type="dxa"/>
              <w:left w:w="120" w:type="dxa"/>
              <w:bottom w:w="90" w:type="dxa"/>
              <w:right w:w="120" w:type="dxa"/>
            </w:tcMar>
            <w:vAlign w:val="center"/>
          </w:tcPr>
          <w:p w14:paraId="7372C0BE" w14:textId="77777777" w:rsidR="00A53638" w:rsidRPr="00012546" w:rsidRDefault="00C976EB">
            <w:pPr>
              <w:spacing w:after="0"/>
            </w:pPr>
            <w:r w:rsidRPr="00012546">
              <w:rPr>
                <w:b/>
                <w:sz w:val="19"/>
              </w:rPr>
              <w:t>Autofinancement du bénéficiaire</w:t>
            </w:r>
          </w:p>
        </w:tc>
        <w:tc>
          <w:tcPr>
            <w:tcW w:w="7100" w:type="dxa"/>
            <w:shd w:val="clear" w:color="auto" w:fill="F5FBF7"/>
            <w:tcMar>
              <w:top w:w="90" w:type="dxa"/>
              <w:left w:w="120" w:type="dxa"/>
              <w:bottom w:w="90" w:type="dxa"/>
              <w:right w:w="120" w:type="dxa"/>
            </w:tcMar>
            <w:vAlign w:val="center"/>
          </w:tcPr>
          <w:p w14:paraId="14591F4E" w14:textId="77777777" w:rsidR="00A53638" w:rsidRPr="00012546" w:rsidRDefault="00C976EB">
            <w:pPr>
              <w:spacing w:after="0"/>
            </w:pPr>
            <w:r w:rsidRPr="00012546">
              <w:t> </w:t>
            </w:r>
          </w:p>
        </w:tc>
      </w:tr>
    </w:tbl>
    <w:p w14:paraId="78400F1C" w14:textId="77777777" w:rsidR="00A53638" w:rsidRPr="00012546" w:rsidRDefault="00A53638">
      <w:pPr>
        <w:spacing w:after="0"/>
      </w:pPr>
    </w:p>
    <w:p w14:paraId="4C90AD77" w14:textId="78A18B98" w:rsidR="00A53638" w:rsidRPr="00012546" w:rsidRDefault="00C976EB">
      <w:pPr>
        <w:pStyle w:val="Smallnote"/>
        <w:rPr>
          <w:lang w:val="fr-FR"/>
        </w:rPr>
      </w:pPr>
      <w:r w:rsidRPr="00012546">
        <w:rPr>
          <w:lang w:val="fr-FR"/>
        </w:rPr>
        <w:t>Ces montants doivent correspondre exactement au récapitulatif financier du classeur « Budget et indicateurs ». Les dépenses sont présentées hors taxes lorsque la TVA est récupérable et toutes taxes comprises, ou pour la seule fraction de TVA non récupérable, lorsqu’elle est réellement et définitivement supportée par le bénéficiaire.</w:t>
      </w:r>
    </w:p>
    <w:tbl>
      <w:tblPr>
        <w:tblW w:w="9800" w:type="dxa"/>
        <w:tblInd w:w="120" w:type="dxa"/>
        <w:tblLayout w:type="fixed"/>
        <w:tblLook w:val="04A0" w:firstRow="1" w:lastRow="0" w:firstColumn="1" w:lastColumn="0" w:noHBand="0" w:noVBand="1"/>
      </w:tblPr>
      <w:tblGrid>
        <w:gridCol w:w="9800"/>
      </w:tblGrid>
      <w:tr w:rsidR="00A53638" w:rsidRPr="00012546" w14:paraId="05D5D151" w14:textId="77777777">
        <w:tc>
          <w:tcPr>
            <w:tcW w:w="9800" w:type="dxa"/>
            <w:shd w:val="clear" w:color="auto" w:fill="F1F3F4"/>
            <w:tcMar>
              <w:top w:w="90" w:type="dxa"/>
              <w:left w:w="120" w:type="dxa"/>
              <w:bottom w:w="90" w:type="dxa"/>
              <w:right w:w="120" w:type="dxa"/>
            </w:tcMar>
            <w:vAlign w:val="center"/>
          </w:tcPr>
          <w:p w14:paraId="655B97A7" w14:textId="77777777" w:rsidR="00A53638" w:rsidRPr="00012546" w:rsidRDefault="00C976EB">
            <w:pPr>
              <w:spacing w:after="0"/>
            </w:pPr>
            <w:proofErr w:type="spellStart"/>
            <w:r w:rsidRPr="00012546">
              <w:rPr>
                <w:b/>
                <w:sz w:val="19"/>
              </w:rPr>
              <w:t>Cofinanceurs</w:t>
            </w:r>
            <w:proofErr w:type="spellEnd"/>
            <w:r w:rsidRPr="00012546">
              <w:rPr>
                <w:b/>
                <w:sz w:val="19"/>
              </w:rPr>
              <w:t xml:space="preserve"> sollicités et état des </w:t>
            </w:r>
            <w:proofErr w:type="gramStart"/>
            <w:r w:rsidRPr="00012546">
              <w:rPr>
                <w:b/>
                <w:sz w:val="19"/>
              </w:rPr>
              <w:t>démarches</w:t>
            </w:r>
            <w:r w:rsidRPr="00012546">
              <w:rPr>
                <w:i/>
                <w:color w:val="5F6368"/>
                <w:sz w:val="17"/>
              </w:rPr>
              <w:t xml:space="preserve">  (</w:t>
            </w:r>
            <w:proofErr w:type="gramEnd"/>
            <w:r w:rsidRPr="00012546">
              <w:rPr>
                <w:i/>
                <w:color w:val="5F6368"/>
                <w:sz w:val="17"/>
              </w:rPr>
              <w:t>organisme, montant, date de demande et réponse obtenue le cas échéant)</w:t>
            </w:r>
          </w:p>
        </w:tc>
      </w:tr>
      <w:tr w:rsidR="00A53638" w:rsidRPr="00012546" w14:paraId="4C588236" w14:textId="77777777">
        <w:tc>
          <w:tcPr>
            <w:tcW w:w="9800" w:type="dxa"/>
            <w:shd w:val="clear" w:color="auto" w:fill="F5FBF7"/>
            <w:tcMar>
              <w:top w:w="90" w:type="dxa"/>
              <w:left w:w="120" w:type="dxa"/>
              <w:bottom w:w="90" w:type="dxa"/>
              <w:right w:w="120" w:type="dxa"/>
            </w:tcMar>
            <w:vAlign w:val="center"/>
          </w:tcPr>
          <w:p w14:paraId="76CBB643" w14:textId="77777777" w:rsidR="00A53638" w:rsidRPr="00012546" w:rsidRDefault="00C976EB">
            <w:pPr>
              <w:spacing w:after="100"/>
            </w:pPr>
            <w:r w:rsidRPr="00012546">
              <w:t> </w:t>
            </w:r>
          </w:p>
          <w:p w14:paraId="001C1E22" w14:textId="77777777" w:rsidR="00A53638" w:rsidRPr="00012546" w:rsidRDefault="00C976EB">
            <w:pPr>
              <w:spacing w:after="100"/>
            </w:pPr>
            <w:r w:rsidRPr="00012546">
              <w:t> </w:t>
            </w:r>
          </w:p>
          <w:p w14:paraId="51BCA025" w14:textId="77777777" w:rsidR="00A53638" w:rsidRPr="00012546" w:rsidRDefault="00C976EB">
            <w:pPr>
              <w:spacing w:after="100"/>
            </w:pPr>
            <w:r w:rsidRPr="00012546">
              <w:t> </w:t>
            </w:r>
          </w:p>
        </w:tc>
      </w:tr>
    </w:tbl>
    <w:p w14:paraId="7A882083"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63F6A8B3" w14:textId="77777777">
        <w:tc>
          <w:tcPr>
            <w:tcW w:w="9800" w:type="dxa"/>
            <w:shd w:val="clear" w:color="auto" w:fill="009B4A"/>
            <w:tcMar>
              <w:top w:w="90" w:type="dxa"/>
              <w:left w:w="120" w:type="dxa"/>
              <w:bottom w:w="90" w:type="dxa"/>
              <w:right w:w="120" w:type="dxa"/>
            </w:tcMar>
            <w:vAlign w:val="center"/>
          </w:tcPr>
          <w:p w14:paraId="53544C0E" w14:textId="77777777" w:rsidR="00A53638" w:rsidRPr="00012546" w:rsidRDefault="00C976EB">
            <w:pPr>
              <w:spacing w:after="0"/>
            </w:pPr>
            <w:r w:rsidRPr="00012546">
              <w:rPr>
                <w:b/>
                <w:color w:val="FFFFFF"/>
                <w:sz w:val="23"/>
              </w:rPr>
              <w:t>9. PIÈCES JOINTES</w:t>
            </w:r>
          </w:p>
        </w:tc>
      </w:tr>
    </w:tbl>
    <w:p w14:paraId="08B2BF49"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6100"/>
        <w:gridCol w:w="2600"/>
        <w:gridCol w:w="1100"/>
      </w:tblGrid>
      <w:tr w:rsidR="00A53638" w:rsidRPr="00012546" w14:paraId="15143A3C" w14:textId="77777777">
        <w:trPr>
          <w:tblHeader/>
        </w:trPr>
        <w:tc>
          <w:tcPr>
            <w:tcW w:w="6100" w:type="dxa"/>
            <w:shd w:val="clear" w:color="auto" w:fill="009B4A"/>
            <w:tcMar>
              <w:top w:w="90" w:type="dxa"/>
              <w:left w:w="120" w:type="dxa"/>
              <w:bottom w:w="90" w:type="dxa"/>
              <w:right w:w="120" w:type="dxa"/>
            </w:tcMar>
            <w:vAlign w:val="center"/>
          </w:tcPr>
          <w:p w14:paraId="4C610858" w14:textId="77777777" w:rsidR="00A53638" w:rsidRPr="00012546" w:rsidRDefault="00C976EB">
            <w:pPr>
              <w:spacing w:after="0"/>
              <w:jc w:val="center"/>
            </w:pPr>
            <w:r w:rsidRPr="00012546">
              <w:rPr>
                <w:b/>
                <w:color w:val="FFFFFF"/>
                <w:sz w:val="19"/>
              </w:rPr>
              <w:t>Pièce</w:t>
            </w:r>
          </w:p>
        </w:tc>
        <w:tc>
          <w:tcPr>
            <w:tcW w:w="2600" w:type="dxa"/>
            <w:shd w:val="clear" w:color="auto" w:fill="009B4A"/>
            <w:tcMar>
              <w:top w:w="90" w:type="dxa"/>
              <w:left w:w="120" w:type="dxa"/>
              <w:bottom w:w="90" w:type="dxa"/>
              <w:right w:w="120" w:type="dxa"/>
            </w:tcMar>
            <w:vAlign w:val="center"/>
          </w:tcPr>
          <w:p w14:paraId="4189F3FB" w14:textId="77777777" w:rsidR="00A53638" w:rsidRPr="00012546" w:rsidRDefault="00C976EB">
            <w:pPr>
              <w:spacing w:after="0"/>
              <w:jc w:val="center"/>
            </w:pPr>
            <w:r w:rsidRPr="00012546">
              <w:rPr>
                <w:b/>
                <w:color w:val="FFFFFF"/>
                <w:sz w:val="19"/>
              </w:rPr>
              <w:t>Applicabilité</w:t>
            </w:r>
          </w:p>
        </w:tc>
        <w:tc>
          <w:tcPr>
            <w:tcW w:w="1100" w:type="dxa"/>
            <w:shd w:val="clear" w:color="auto" w:fill="009B4A"/>
            <w:tcMar>
              <w:top w:w="90" w:type="dxa"/>
              <w:left w:w="120" w:type="dxa"/>
              <w:bottom w:w="90" w:type="dxa"/>
              <w:right w:w="120" w:type="dxa"/>
            </w:tcMar>
            <w:vAlign w:val="center"/>
          </w:tcPr>
          <w:p w14:paraId="6461C01E" w14:textId="77777777" w:rsidR="00A53638" w:rsidRPr="00012546" w:rsidRDefault="00C976EB">
            <w:pPr>
              <w:spacing w:after="0"/>
              <w:jc w:val="center"/>
            </w:pPr>
            <w:r w:rsidRPr="00012546">
              <w:rPr>
                <w:b/>
                <w:color w:val="FFFFFF"/>
                <w:sz w:val="19"/>
              </w:rPr>
              <w:t>Jointe</w:t>
            </w:r>
          </w:p>
        </w:tc>
      </w:tr>
      <w:tr w:rsidR="00A53638" w:rsidRPr="00012546" w14:paraId="2CA89A04" w14:textId="77777777">
        <w:tc>
          <w:tcPr>
            <w:tcW w:w="6100" w:type="dxa"/>
            <w:tcMar>
              <w:top w:w="90" w:type="dxa"/>
              <w:left w:w="120" w:type="dxa"/>
              <w:bottom w:w="90" w:type="dxa"/>
              <w:right w:w="120" w:type="dxa"/>
            </w:tcMar>
            <w:vAlign w:val="center"/>
          </w:tcPr>
          <w:p w14:paraId="440AC286" w14:textId="77777777" w:rsidR="00A53638" w:rsidRPr="00012546" w:rsidRDefault="00C976EB">
            <w:pPr>
              <w:spacing w:after="20"/>
            </w:pPr>
            <w:r w:rsidRPr="00012546">
              <w:rPr>
                <w:sz w:val="17"/>
              </w:rPr>
              <w:t>Formulaire unique complété et signé</w:t>
            </w:r>
          </w:p>
        </w:tc>
        <w:tc>
          <w:tcPr>
            <w:tcW w:w="2600" w:type="dxa"/>
            <w:tcMar>
              <w:top w:w="90" w:type="dxa"/>
              <w:left w:w="120" w:type="dxa"/>
              <w:bottom w:w="90" w:type="dxa"/>
              <w:right w:w="120" w:type="dxa"/>
            </w:tcMar>
            <w:vAlign w:val="center"/>
          </w:tcPr>
          <w:p w14:paraId="6BD56764" w14:textId="77777777" w:rsidR="00A53638" w:rsidRPr="00012546" w:rsidRDefault="00C976EB">
            <w:pPr>
              <w:spacing w:after="20"/>
            </w:pPr>
            <w:r w:rsidRPr="00012546">
              <w:rPr>
                <w:sz w:val="17"/>
              </w:rPr>
              <w:t>Obligatoire</w:t>
            </w:r>
          </w:p>
        </w:tc>
        <w:tc>
          <w:tcPr>
            <w:tcW w:w="1100" w:type="dxa"/>
            <w:shd w:val="clear" w:color="auto" w:fill="F5FBF7"/>
            <w:tcMar>
              <w:top w:w="90" w:type="dxa"/>
              <w:left w:w="120" w:type="dxa"/>
              <w:bottom w:w="90" w:type="dxa"/>
              <w:right w:w="120" w:type="dxa"/>
            </w:tcMar>
            <w:vAlign w:val="center"/>
          </w:tcPr>
          <w:p w14:paraId="74EC69ED" w14:textId="77777777" w:rsidR="00A53638" w:rsidRPr="00012546" w:rsidRDefault="00C976EB">
            <w:pPr>
              <w:spacing w:after="20"/>
            </w:pPr>
            <w:r w:rsidRPr="00012546">
              <w:rPr>
                <w:sz w:val="17"/>
              </w:rPr>
              <w:t>[ ]</w:t>
            </w:r>
          </w:p>
        </w:tc>
      </w:tr>
      <w:tr w:rsidR="00A53638" w:rsidRPr="00012546" w14:paraId="3565327D" w14:textId="77777777">
        <w:tc>
          <w:tcPr>
            <w:tcW w:w="6100" w:type="dxa"/>
            <w:tcMar>
              <w:top w:w="90" w:type="dxa"/>
              <w:left w:w="120" w:type="dxa"/>
              <w:bottom w:w="90" w:type="dxa"/>
              <w:right w:w="120" w:type="dxa"/>
            </w:tcMar>
            <w:vAlign w:val="center"/>
          </w:tcPr>
          <w:p w14:paraId="5B295B1A" w14:textId="77777777" w:rsidR="00A53638" w:rsidRPr="00012546" w:rsidRDefault="00C976EB">
            <w:pPr>
              <w:spacing w:after="20"/>
            </w:pPr>
            <w:r w:rsidRPr="00012546">
              <w:rPr>
                <w:sz w:val="17"/>
              </w:rPr>
              <w:t>Classeur « Budget et indicateurs » complété</w:t>
            </w:r>
          </w:p>
        </w:tc>
        <w:tc>
          <w:tcPr>
            <w:tcW w:w="2600" w:type="dxa"/>
            <w:tcMar>
              <w:top w:w="90" w:type="dxa"/>
              <w:left w:w="120" w:type="dxa"/>
              <w:bottom w:w="90" w:type="dxa"/>
              <w:right w:w="120" w:type="dxa"/>
            </w:tcMar>
            <w:vAlign w:val="center"/>
          </w:tcPr>
          <w:p w14:paraId="5C98D181" w14:textId="77777777" w:rsidR="00A53638" w:rsidRPr="00012546" w:rsidRDefault="00C976EB">
            <w:pPr>
              <w:spacing w:after="20"/>
            </w:pPr>
            <w:r w:rsidRPr="00012546">
              <w:rPr>
                <w:sz w:val="17"/>
              </w:rPr>
              <w:t>Obligatoire</w:t>
            </w:r>
          </w:p>
        </w:tc>
        <w:tc>
          <w:tcPr>
            <w:tcW w:w="1100" w:type="dxa"/>
            <w:shd w:val="clear" w:color="auto" w:fill="F5FBF7"/>
            <w:tcMar>
              <w:top w:w="90" w:type="dxa"/>
              <w:left w:w="120" w:type="dxa"/>
              <w:bottom w:w="90" w:type="dxa"/>
              <w:right w:w="120" w:type="dxa"/>
            </w:tcMar>
            <w:vAlign w:val="center"/>
          </w:tcPr>
          <w:p w14:paraId="6DAA32A1" w14:textId="77777777" w:rsidR="00A53638" w:rsidRPr="00012546" w:rsidRDefault="00C976EB">
            <w:pPr>
              <w:spacing w:after="20"/>
            </w:pPr>
            <w:r w:rsidRPr="00012546">
              <w:rPr>
                <w:sz w:val="17"/>
              </w:rPr>
              <w:t>[ ]</w:t>
            </w:r>
          </w:p>
        </w:tc>
      </w:tr>
      <w:tr w:rsidR="00A53638" w:rsidRPr="00012546" w14:paraId="62C3C404" w14:textId="77777777">
        <w:tc>
          <w:tcPr>
            <w:tcW w:w="6100" w:type="dxa"/>
            <w:tcMar>
              <w:top w:w="90" w:type="dxa"/>
              <w:left w:w="120" w:type="dxa"/>
              <w:bottom w:w="90" w:type="dxa"/>
              <w:right w:w="120" w:type="dxa"/>
            </w:tcMar>
            <w:vAlign w:val="center"/>
          </w:tcPr>
          <w:p w14:paraId="064EC3C0" w14:textId="77777777" w:rsidR="00A53638" w:rsidRPr="00012546" w:rsidRDefault="00C976EB">
            <w:pPr>
              <w:spacing w:after="20"/>
            </w:pPr>
            <w:r w:rsidRPr="00012546">
              <w:rPr>
                <w:sz w:val="17"/>
              </w:rPr>
              <w:t>Justificatifs des dépenses prévisionnelles</w:t>
            </w:r>
          </w:p>
        </w:tc>
        <w:tc>
          <w:tcPr>
            <w:tcW w:w="2600" w:type="dxa"/>
            <w:tcMar>
              <w:top w:w="90" w:type="dxa"/>
              <w:left w:w="120" w:type="dxa"/>
              <w:bottom w:w="90" w:type="dxa"/>
              <w:right w:w="120" w:type="dxa"/>
            </w:tcMar>
            <w:vAlign w:val="center"/>
          </w:tcPr>
          <w:p w14:paraId="16B8442A" w14:textId="77777777" w:rsidR="00A53638" w:rsidRPr="00012546" w:rsidRDefault="00C976EB">
            <w:pPr>
              <w:spacing w:after="20"/>
            </w:pPr>
            <w:r w:rsidRPr="00012546">
              <w:rPr>
                <w:sz w:val="17"/>
              </w:rPr>
              <w:t>Obligatoire</w:t>
            </w:r>
          </w:p>
        </w:tc>
        <w:tc>
          <w:tcPr>
            <w:tcW w:w="1100" w:type="dxa"/>
            <w:shd w:val="clear" w:color="auto" w:fill="F5FBF7"/>
            <w:tcMar>
              <w:top w:w="90" w:type="dxa"/>
              <w:left w:w="120" w:type="dxa"/>
              <w:bottom w:w="90" w:type="dxa"/>
              <w:right w:w="120" w:type="dxa"/>
            </w:tcMar>
            <w:vAlign w:val="center"/>
          </w:tcPr>
          <w:p w14:paraId="361BC791" w14:textId="77777777" w:rsidR="00A53638" w:rsidRPr="00012546" w:rsidRDefault="00C976EB">
            <w:pPr>
              <w:spacing w:after="20"/>
            </w:pPr>
            <w:r w:rsidRPr="00012546">
              <w:rPr>
                <w:sz w:val="17"/>
              </w:rPr>
              <w:t>[ ]</w:t>
            </w:r>
          </w:p>
        </w:tc>
      </w:tr>
      <w:tr w:rsidR="00C465CE" w:rsidRPr="00012546" w14:paraId="5AD689A9" w14:textId="77777777">
        <w:tc>
          <w:tcPr>
            <w:tcW w:w="6100" w:type="dxa"/>
            <w:tcMar>
              <w:top w:w="90" w:type="dxa"/>
              <w:left w:w="120" w:type="dxa"/>
              <w:bottom w:w="90" w:type="dxa"/>
              <w:right w:w="120" w:type="dxa"/>
            </w:tcMar>
            <w:vAlign w:val="center"/>
          </w:tcPr>
          <w:p w14:paraId="6A402016" w14:textId="2BF53478" w:rsidR="00C465CE" w:rsidRPr="00012546" w:rsidRDefault="00C465CE" w:rsidP="00C465CE">
            <w:pPr>
              <w:spacing w:after="20"/>
              <w:rPr>
                <w:sz w:val="17"/>
              </w:rPr>
            </w:pPr>
            <w:r w:rsidRPr="00012546">
              <w:rPr>
                <w:sz w:val="17"/>
              </w:rPr>
              <w:t>Fiche d’engagement du partenaire associé</w:t>
            </w:r>
          </w:p>
        </w:tc>
        <w:tc>
          <w:tcPr>
            <w:tcW w:w="2600" w:type="dxa"/>
            <w:tcMar>
              <w:top w:w="90" w:type="dxa"/>
              <w:left w:w="120" w:type="dxa"/>
              <w:bottom w:w="90" w:type="dxa"/>
              <w:right w:w="120" w:type="dxa"/>
            </w:tcMar>
            <w:vAlign w:val="center"/>
          </w:tcPr>
          <w:p w14:paraId="391BCA41" w14:textId="0DC81C11" w:rsidR="00C465CE" w:rsidRPr="00012546" w:rsidRDefault="00C465CE" w:rsidP="00C465CE">
            <w:pPr>
              <w:spacing w:after="20"/>
              <w:rPr>
                <w:sz w:val="17"/>
              </w:rPr>
            </w:pPr>
            <w:r w:rsidRPr="00012546">
              <w:rPr>
                <w:sz w:val="17"/>
              </w:rPr>
              <w:t>Si partenaire associé</w:t>
            </w:r>
          </w:p>
        </w:tc>
        <w:tc>
          <w:tcPr>
            <w:tcW w:w="1100" w:type="dxa"/>
            <w:shd w:val="clear" w:color="auto" w:fill="F5FBF7"/>
            <w:tcMar>
              <w:top w:w="90" w:type="dxa"/>
              <w:left w:w="120" w:type="dxa"/>
              <w:bottom w:w="90" w:type="dxa"/>
              <w:right w:w="120" w:type="dxa"/>
            </w:tcMar>
            <w:vAlign w:val="center"/>
          </w:tcPr>
          <w:p w14:paraId="7A2AE66B" w14:textId="6DEF78C2" w:rsidR="00C465CE" w:rsidRPr="00012546" w:rsidRDefault="00C465CE" w:rsidP="00C465CE">
            <w:pPr>
              <w:spacing w:after="20"/>
              <w:rPr>
                <w:sz w:val="17"/>
              </w:rPr>
            </w:pPr>
            <w:r w:rsidRPr="00012546">
              <w:rPr>
                <w:sz w:val="17"/>
              </w:rPr>
              <w:t>[ ]</w:t>
            </w:r>
          </w:p>
        </w:tc>
      </w:tr>
      <w:tr w:rsidR="00C465CE" w:rsidRPr="00012546" w14:paraId="7E6EB168" w14:textId="77777777">
        <w:tc>
          <w:tcPr>
            <w:tcW w:w="6100" w:type="dxa"/>
            <w:tcMar>
              <w:top w:w="90" w:type="dxa"/>
              <w:left w:w="120" w:type="dxa"/>
              <w:bottom w:w="90" w:type="dxa"/>
              <w:right w:w="120" w:type="dxa"/>
            </w:tcMar>
            <w:vAlign w:val="center"/>
          </w:tcPr>
          <w:p w14:paraId="1181E499" w14:textId="634BB706" w:rsidR="00C465CE" w:rsidRPr="00012546" w:rsidRDefault="00C465CE" w:rsidP="00C465CE">
            <w:pPr>
              <w:spacing w:after="20"/>
              <w:rPr>
                <w:sz w:val="17"/>
              </w:rPr>
            </w:pPr>
            <w:r w:rsidRPr="00012546">
              <w:rPr>
                <w:sz w:val="17"/>
              </w:rPr>
              <w:t>Devis ou projet de contrat du prestataire</w:t>
            </w:r>
          </w:p>
        </w:tc>
        <w:tc>
          <w:tcPr>
            <w:tcW w:w="2600" w:type="dxa"/>
            <w:tcMar>
              <w:top w:w="90" w:type="dxa"/>
              <w:left w:w="120" w:type="dxa"/>
              <w:bottom w:w="90" w:type="dxa"/>
              <w:right w:w="120" w:type="dxa"/>
            </w:tcMar>
            <w:vAlign w:val="center"/>
          </w:tcPr>
          <w:p w14:paraId="3F2B6AF1" w14:textId="7197E79C" w:rsidR="00C465CE" w:rsidRPr="00012546" w:rsidRDefault="00C465CE" w:rsidP="00C465CE">
            <w:pPr>
              <w:spacing w:after="20"/>
              <w:rPr>
                <w:sz w:val="17"/>
              </w:rPr>
            </w:pPr>
            <w:r w:rsidRPr="00012546">
              <w:rPr>
                <w:sz w:val="17"/>
              </w:rPr>
              <w:t>Si prestation</w:t>
            </w:r>
          </w:p>
        </w:tc>
        <w:tc>
          <w:tcPr>
            <w:tcW w:w="1100" w:type="dxa"/>
            <w:shd w:val="clear" w:color="auto" w:fill="F5FBF7"/>
            <w:tcMar>
              <w:top w:w="90" w:type="dxa"/>
              <w:left w:w="120" w:type="dxa"/>
              <w:bottom w:w="90" w:type="dxa"/>
              <w:right w:w="120" w:type="dxa"/>
            </w:tcMar>
            <w:vAlign w:val="center"/>
          </w:tcPr>
          <w:p w14:paraId="7FB28394" w14:textId="7D7C8E6F" w:rsidR="00C465CE" w:rsidRPr="00012546" w:rsidRDefault="00C465CE" w:rsidP="00C465CE">
            <w:pPr>
              <w:spacing w:after="20"/>
              <w:rPr>
                <w:sz w:val="17"/>
              </w:rPr>
            </w:pPr>
            <w:r w:rsidRPr="00012546">
              <w:rPr>
                <w:sz w:val="17"/>
              </w:rPr>
              <w:t>[ ]</w:t>
            </w:r>
          </w:p>
        </w:tc>
      </w:tr>
      <w:tr w:rsidR="00C465CE" w:rsidRPr="00012546" w14:paraId="5A070B46" w14:textId="77777777">
        <w:tc>
          <w:tcPr>
            <w:tcW w:w="6100" w:type="dxa"/>
            <w:tcMar>
              <w:top w:w="90" w:type="dxa"/>
              <w:left w:w="120" w:type="dxa"/>
              <w:bottom w:w="90" w:type="dxa"/>
              <w:right w:w="120" w:type="dxa"/>
            </w:tcMar>
            <w:vAlign w:val="center"/>
          </w:tcPr>
          <w:p w14:paraId="77E93C06" w14:textId="53BA334E" w:rsidR="00C465CE" w:rsidRPr="00012546" w:rsidRDefault="00C465CE" w:rsidP="00C465CE">
            <w:pPr>
              <w:spacing w:after="20"/>
              <w:rPr>
                <w:sz w:val="17"/>
              </w:rPr>
            </w:pPr>
            <w:r w:rsidRPr="00012546">
              <w:rPr>
                <w:sz w:val="17"/>
              </w:rPr>
              <w:t>Convention coordonnant plusieurs dossiers SAFRAN</w:t>
            </w:r>
          </w:p>
        </w:tc>
        <w:tc>
          <w:tcPr>
            <w:tcW w:w="2600" w:type="dxa"/>
            <w:tcMar>
              <w:top w:w="90" w:type="dxa"/>
              <w:left w:w="120" w:type="dxa"/>
              <w:bottom w:w="90" w:type="dxa"/>
              <w:right w:w="120" w:type="dxa"/>
            </w:tcMar>
            <w:vAlign w:val="center"/>
          </w:tcPr>
          <w:p w14:paraId="49B0A0D9" w14:textId="4D77F38B" w:rsidR="00C465CE" w:rsidRPr="00012546" w:rsidRDefault="00C465CE" w:rsidP="00C465CE">
            <w:pPr>
              <w:spacing w:after="20"/>
              <w:rPr>
                <w:sz w:val="17"/>
              </w:rPr>
            </w:pPr>
            <w:r w:rsidRPr="00012546">
              <w:rPr>
                <w:sz w:val="17"/>
              </w:rPr>
              <w:t>Si demandeurs distincts associés au même projet</w:t>
            </w:r>
          </w:p>
        </w:tc>
        <w:tc>
          <w:tcPr>
            <w:tcW w:w="1100" w:type="dxa"/>
            <w:shd w:val="clear" w:color="auto" w:fill="F5FBF7"/>
            <w:tcMar>
              <w:top w:w="90" w:type="dxa"/>
              <w:left w:w="120" w:type="dxa"/>
              <w:bottom w:w="90" w:type="dxa"/>
              <w:right w:w="120" w:type="dxa"/>
            </w:tcMar>
            <w:vAlign w:val="center"/>
          </w:tcPr>
          <w:p w14:paraId="1817899D" w14:textId="2E713711" w:rsidR="00C465CE" w:rsidRPr="00012546" w:rsidRDefault="00C465CE" w:rsidP="00C465CE">
            <w:pPr>
              <w:spacing w:after="20"/>
              <w:rPr>
                <w:sz w:val="17"/>
              </w:rPr>
            </w:pPr>
            <w:r w:rsidRPr="00012546">
              <w:rPr>
                <w:sz w:val="17"/>
              </w:rPr>
              <w:t>[ ]</w:t>
            </w:r>
          </w:p>
        </w:tc>
      </w:tr>
      <w:tr w:rsidR="00C465CE" w:rsidRPr="00012546" w14:paraId="68F05940" w14:textId="77777777">
        <w:tc>
          <w:tcPr>
            <w:tcW w:w="6100" w:type="dxa"/>
            <w:tcMar>
              <w:top w:w="90" w:type="dxa"/>
              <w:left w:w="120" w:type="dxa"/>
              <w:bottom w:w="90" w:type="dxa"/>
              <w:right w:w="120" w:type="dxa"/>
            </w:tcMar>
            <w:vAlign w:val="center"/>
          </w:tcPr>
          <w:p w14:paraId="7B5CB294" w14:textId="4923CE14" w:rsidR="00C465CE" w:rsidRPr="00012546" w:rsidRDefault="00C465CE" w:rsidP="00C465CE">
            <w:pPr>
              <w:spacing w:after="20"/>
              <w:rPr>
                <w:sz w:val="17"/>
              </w:rPr>
            </w:pPr>
            <w:r w:rsidRPr="00012546">
              <w:rPr>
                <w:sz w:val="17"/>
              </w:rPr>
              <w:t>Preuves de partenariat ou de démarches avancées</w:t>
            </w:r>
          </w:p>
        </w:tc>
        <w:tc>
          <w:tcPr>
            <w:tcW w:w="2600" w:type="dxa"/>
            <w:tcMar>
              <w:top w:w="90" w:type="dxa"/>
              <w:left w:w="120" w:type="dxa"/>
              <w:bottom w:w="90" w:type="dxa"/>
              <w:right w:w="120" w:type="dxa"/>
            </w:tcMar>
            <w:vAlign w:val="center"/>
          </w:tcPr>
          <w:p w14:paraId="2E3BD499" w14:textId="42E9EC53" w:rsidR="00C465CE" w:rsidRPr="00012546" w:rsidRDefault="00C465CE" w:rsidP="00C465CE">
            <w:pPr>
              <w:spacing w:after="20"/>
              <w:rPr>
                <w:sz w:val="17"/>
              </w:rPr>
            </w:pPr>
            <w:r w:rsidRPr="00012546">
              <w:rPr>
                <w:sz w:val="17"/>
              </w:rPr>
              <w:t>Selon le projet</w:t>
            </w:r>
          </w:p>
        </w:tc>
        <w:tc>
          <w:tcPr>
            <w:tcW w:w="1100" w:type="dxa"/>
            <w:shd w:val="clear" w:color="auto" w:fill="F5FBF7"/>
            <w:tcMar>
              <w:top w:w="90" w:type="dxa"/>
              <w:left w:w="120" w:type="dxa"/>
              <w:bottom w:w="90" w:type="dxa"/>
              <w:right w:w="120" w:type="dxa"/>
            </w:tcMar>
            <w:vAlign w:val="center"/>
          </w:tcPr>
          <w:p w14:paraId="4857BCBC" w14:textId="485A5746" w:rsidR="00C465CE" w:rsidRPr="00012546" w:rsidRDefault="00C465CE" w:rsidP="00C465CE">
            <w:pPr>
              <w:spacing w:after="20"/>
              <w:rPr>
                <w:sz w:val="17"/>
              </w:rPr>
            </w:pPr>
            <w:r w:rsidRPr="00012546">
              <w:rPr>
                <w:sz w:val="17"/>
              </w:rPr>
              <w:t>[ ]</w:t>
            </w:r>
          </w:p>
        </w:tc>
      </w:tr>
      <w:tr w:rsidR="00C465CE" w:rsidRPr="00012546" w14:paraId="56C7F63C" w14:textId="77777777">
        <w:tc>
          <w:tcPr>
            <w:tcW w:w="6100" w:type="dxa"/>
            <w:tcMar>
              <w:top w:w="90" w:type="dxa"/>
              <w:left w:w="120" w:type="dxa"/>
              <w:bottom w:w="90" w:type="dxa"/>
              <w:right w:w="120" w:type="dxa"/>
            </w:tcMar>
            <w:vAlign w:val="center"/>
          </w:tcPr>
          <w:p w14:paraId="6E0AB5A7" w14:textId="298D8AB5" w:rsidR="00C465CE" w:rsidRPr="00012546" w:rsidRDefault="00F66687" w:rsidP="00C465CE">
            <w:pPr>
              <w:spacing w:after="20"/>
            </w:pPr>
            <w:r w:rsidRPr="00012546">
              <w:rPr>
                <w:sz w:val="17"/>
              </w:rPr>
              <w:t>Attestation relative à la non-récupération totale ou partielle de la TVA</w:t>
            </w:r>
          </w:p>
        </w:tc>
        <w:tc>
          <w:tcPr>
            <w:tcW w:w="2600" w:type="dxa"/>
            <w:tcMar>
              <w:top w:w="90" w:type="dxa"/>
              <w:left w:w="120" w:type="dxa"/>
              <w:bottom w:w="90" w:type="dxa"/>
              <w:right w:w="120" w:type="dxa"/>
            </w:tcMar>
            <w:vAlign w:val="center"/>
          </w:tcPr>
          <w:p w14:paraId="2BE7AABA" w14:textId="10E99C68" w:rsidR="00C465CE" w:rsidRPr="00012546" w:rsidRDefault="00F66687" w:rsidP="00C465CE">
            <w:pPr>
              <w:spacing w:after="20"/>
            </w:pPr>
            <w:r w:rsidRPr="00012546">
              <w:rPr>
                <w:sz w:val="17"/>
              </w:rPr>
              <w:t>Si de la TVA est présentée dans les dépenses</w:t>
            </w:r>
          </w:p>
        </w:tc>
        <w:tc>
          <w:tcPr>
            <w:tcW w:w="1100" w:type="dxa"/>
            <w:shd w:val="clear" w:color="auto" w:fill="F5FBF7"/>
            <w:tcMar>
              <w:top w:w="90" w:type="dxa"/>
              <w:left w:w="120" w:type="dxa"/>
              <w:bottom w:w="90" w:type="dxa"/>
              <w:right w:w="120" w:type="dxa"/>
            </w:tcMar>
            <w:vAlign w:val="center"/>
          </w:tcPr>
          <w:p w14:paraId="718D5A23" w14:textId="77777777" w:rsidR="00C465CE" w:rsidRPr="00012546" w:rsidRDefault="00C465CE" w:rsidP="00C465CE">
            <w:pPr>
              <w:spacing w:after="20"/>
            </w:pPr>
            <w:r w:rsidRPr="00012546">
              <w:rPr>
                <w:sz w:val="17"/>
              </w:rPr>
              <w:t>[ ]</w:t>
            </w:r>
          </w:p>
        </w:tc>
      </w:tr>
      <w:tr w:rsidR="00C465CE" w:rsidRPr="00012546" w14:paraId="6392E728" w14:textId="77777777">
        <w:tc>
          <w:tcPr>
            <w:tcW w:w="6100" w:type="dxa"/>
            <w:tcMar>
              <w:top w:w="90" w:type="dxa"/>
              <w:left w:w="120" w:type="dxa"/>
              <w:bottom w:w="90" w:type="dxa"/>
              <w:right w:w="120" w:type="dxa"/>
            </w:tcMar>
            <w:vAlign w:val="center"/>
          </w:tcPr>
          <w:p w14:paraId="503E5003" w14:textId="453AF661" w:rsidR="00C465CE" w:rsidRPr="00012546" w:rsidRDefault="00F66687" w:rsidP="00C465CE">
            <w:pPr>
              <w:spacing w:after="20"/>
            </w:pPr>
            <w:r w:rsidRPr="00012546">
              <w:rPr>
                <w:sz w:val="17"/>
              </w:rPr>
              <w:t>Justification des frais indirects et de la clé de répartition</w:t>
            </w:r>
          </w:p>
        </w:tc>
        <w:tc>
          <w:tcPr>
            <w:tcW w:w="2600" w:type="dxa"/>
            <w:tcMar>
              <w:top w:w="90" w:type="dxa"/>
              <w:left w:w="120" w:type="dxa"/>
              <w:bottom w:w="90" w:type="dxa"/>
              <w:right w:w="120" w:type="dxa"/>
            </w:tcMar>
            <w:vAlign w:val="center"/>
          </w:tcPr>
          <w:p w14:paraId="0190525E" w14:textId="77777777" w:rsidR="00C465CE" w:rsidRPr="00012546" w:rsidRDefault="00C465CE" w:rsidP="00C465CE">
            <w:pPr>
              <w:spacing w:after="20"/>
            </w:pPr>
            <w:r w:rsidRPr="00012546">
              <w:rPr>
                <w:sz w:val="17"/>
              </w:rPr>
              <w:t>Si frais indirects</w:t>
            </w:r>
          </w:p>
        </w:tc>
        <w:tc>
          <w:tcPr>
            <w:tcW w:w="1100" w:type="dxa"/>
            <w:shd w:val="clear" w:color="auto" w:fill="F5FBF7"/>
            <w:tcMar>
              <w:top w:w="90" w:type="dxa"/>
              <w:left w:w="120" w:type="dxa"/>
              <w:bottom w:w="90" w:type="dxa"/>
              <w:right w:w="120" w:type="dxa"/>
            </w:tcMar>
            <w:vAlign w:val="center"/>
          </w:tcPr>
          <w:p w14:paraId="18B49A5F" w14:textId="77777777" w:rsidR="00C465CE" w:rsidRPr="00012546" w:rsidRDefault="00C465CE" w:rsidP="00C465CE">
            <w:pPr>
              <w:spacing w:after="20"/>
            </w:pPr>
            <w:r w:rsidRPr="00012546">
              <w:rPr>
                <w:sz w:val="17"/>
              </w:rPr>
              <w:t>[ ]</w:t>
            </w:r>
          </w:p>
        </w:tc>
      </w:tr>
      <w:tr w:rsidR="00C465CE" w:rsidRPr="00012546" w14:paraId="350AF1C8" w14:textId="77777777">
        <w:tc>
          <w:tcPr>
            <w:tcW w:w="6100" w:type="dxa"/>
            <w:tcMar>
              <w:top w:w="90" w:type="dxa"/>
              <w:left w:w="120" w:type="dxa"/>
              <w:bottom w:w="90" w:type="dxa"/>
              <w:right w:w="120" w:type="dxa"/>
            </w:tcMar>
            <w:vAlign w:val="center"/>
          </w:tcPr>
          <w:p w14:paraId="15BADB2A" w14:textId="77777777" w:rsidR="00C465CE" w:rsidRPr="00012546" w:rsidRDefault="00C465CE" w:rsidP="00C465CE">
            <w:pPr>
              <w:spacing w:after="20"/>
            </w:pPr>
            <w:r w:rsidRPr="00012546">
              <w:rPr>
                <w:sz w:val="17"/>
              </w:rPr>
              <w:t>Pièces administratives et comptables demandées dans SAFRAN</w:t>
            </w:r>
          </w:p>
        </w:tc>
        <w:tc>
          <w:tcPr>
            <w:tcW w:w="2600" w:type="dxa"/>
            <w:tcMar>
              <w:top w:w="90" w:type="dxa"/>
              <w:left w:w="120" w:type="dxa"/>
              <w:bottom w:w="90" w:type="dxa"/>
              <w:right w:w="120" w:type="dxa"/>
            </w:tcMar>
            <w:vAlign w:val="center"/>
          </w:tcPr>
          <w:p w14:paraId="3C768C29" w14:textId="77777777" w:rsidR="00C465CE" w:rsidRPr="00012546" w:rsidRDefault="00C465CE" w:rsidP="00C465CE">
            <w:pPr>
              <w:spacing w:after="20"/>
            </w:pPr>
            <w:r w:rsidRPr="00012546">
              <w:rPr>
                <w:sz w:val="17"/>
              </w:rPr>
              <w:t>Si non déjà disponibles et valides</w:t>
            </w:r>
          </w:p>
        </w:tc>
        <w:tc>
          <w:tcPr>
            <w:tcW w:w="1100" w:type="dxa"/>
            <w:shd w:val="clear" w:color="auto" w:fill="F5FBF7"/>
            <w:tcMar>
              <w:top w:w="90" w:type="dxa"/>
              <w:left w:w="120" w:type="dxa"/>
              <w:bottom w:w="90" w:type="dxa"/>
              <w:right w:w="120" w:type="dxa"/>
            </w:tcMar>
            <w:vAlign w:val="center"/>
          </w:tcPr>
          <w:p w14:paraId="2AEBD9B0" w14:textId="77777777" w:rsidR="00C465CE" w:rsidRPr="00012546" w:rsidRDefault="00C465CE" w:rsidP="00C465CE">
            <w:pPr>
              <w:spacing w:after="20"/>
            </w:pPr>
            <w:r w:rsidRPr="00012546">
              <w:rPr>
                <w:sz w:val="17"/>
              </w:rPr>
              <w:t>[ ]</w:t>
            </w:r>
          </w:p>
        </w:tc>
      </w:tr>
    </w:tbl>
    <w:p w14:paraId="7FEA4C03" w14:textId="77777777" w:rsidR="00A53638" w:rsidRPr="00012546" w:rsidRDefault="00A53638">
      <w:pPr>
        <w:spacing w:after="0"/>
      </w:pPr>
    </w:p>
    <w:tbl>
      <w:tblPr>
        <w:tblW w:w="9800" w:type="dxa"/>
        <w:tblInd w:w="120" w:type="dxa"/>
        <w:tblLayout w:type="fixed"/>
        <w:tblLook w:val="04A0" w:firstRow="1" w:lastRow="0" w:firstColumn="1" w:lastColumn="0" w:noHBand="0" w:noVBand="1"/>
      </w:tblPr>
      <w:tblGrid>
        <w:gridCol w:w="9800"/>
      </w:tblGrid>
      <w:tr w:rsidR="00A53638" w:rsidRPr="00012546" w14:paraId="0897BF2B" w14:textId="77777777">
        <w:tc>
          <w:tcPr>
            <w:tcW w:w="9800" w:type="dxa"/>
            <w:shd w:val="clear" w:color="auto" w:fill="009B4A"/>
            <w:tcMar>
              <w:top w:w="90" w:type="dxa"/>
              <w:left w:w="120" w:type="dxa"/>
              <w:bottom w:w="90" w:type="dxa"/>
              <w:right w:w="120" w:type="dxa"/>
            </w:tcMar>
            <w:vAlign w:val="center"/>
          </w:tcPr>
          <w:p w14:paraId="5A72FE6F" w14:textId="77777777" w:rsidR="00A53638" w:rsidRPr="00012546" w:rsidRDefault="00C976EB">
            <w:pPr>
              <w:spacing w:after="0"/>
            </w:pPr>
            <w:r w:rsidRPr="00012546">
              <w:rPr>
                <w:b/>
                <w:color w:val="FFFFFF"/>
                <w:sz w:val="23"/>
              </w:rPr>
              <w:t>10. ENGAGEMENTS DU DEMANDEUR</w:t>
            </w:r>
          </w:p>
        </w:tc>
      </w:tr>
    </w:tbl>
    <w:p w14:paraId="408D9C1A" w14:textId="77777777" w:rsidR="00A53638" w:rsidRPr="00012546" w:rsidRDefault="00A53638">
      <w:pPr>
        <w:spacing w:after="0"/>
      </w:pPr>
    </w:p>
    <w:p w14:paraId="13AA763A" w14:textId="77777777" w:rsidR="00A53638" w:rsidRPr="00012546" w:rsidRDefault="00C976EB">
      <w:r w:rsidRPr="00012546">
        <w:t>Le représentant légal certifie :</w:t>
      </w:r>
    </w:p>
    <w:p w14:paraId="0D864E50" w14:textId="77777777" w:rsidR="00A53638" w:rsidRPr="00012546" w:rsidRDefault="00C976EB" w:rsidP="00C465CE">
      <w:pPr>
        <w:numPr>
          <w:ilvl w:val="0"/>
          <w:numId w:val="1"/>
        </w:numPr>
        <w:rPr>
          <w:szCs w:val="20"/>
        </w:rPr>
      </w:pPr>
      <w:r w:rsidRPr="00012546">
        <w:rPr>
          <w:szCs w:val="20"/>
        </w:rPr>
        <w:t>l’exactitude des informations et documents transmis ;</w:t>
      </w:r>
    </w:p>
    <w:p w14:paraId="74771239" w14:textId="7F6D1F02" w:rsidR="00A53638" w:rsidRPr="00012546" w:rsidRDefault="00C465CE">
      <w:pPr>
        <w:numPr>
          <w:ilvl w:val="0"/>
          <w:numId w:val="1"/>
        </w:numPr>
        <w:rPr>
          <w:szCs w:val="20"/>
        </w:rPr>
      </w:pPr>
      <w:r w:rsidRPr="00012546">
        <w:rPr>
          <w:szCs w:val="20"/>
        </w:rPr>
        <w:t xml:space="preserve">qu’aucune dépense présentée </w:t>
      </w:r>
      <w:proofErr w:type="gramStart"/>
      <w:r w:rsidRPr="00012546">
        <w:rPr>
          <w:szCs w:val="20"/>
        </w:rPr>
        <w:t>n’a</w:t>
      </w:r>
      <w:proofErr w:type="gramEnd"/>
      <w:r w:rsidRPr="00012546">
        <w:rPr>
          <w:szCs w:val="20"/>
        </w:rPr>
        <w:t xml:space="preserve"> été engagée avant la date de dépôt de la demande et qu’il a été informé que toute dépense engagée avant la décision attributive l’est aux risques de la structure ;</w:t>
      </w:r>
    </w:p>
    <w:p w14:paraId="170319A2" w14:textId="77777777" w:rsidR="00A53638" w:rsidRPr="00012546" w:rsidRDefault="00C976EB">
      <w:pPr>
        <w:numPr>
          <w:ilvl w:val="0"/>
          <w:numId w:val="1"/>
        </w:numPr>
        <w:rPr>
          <w:szCs w:val="20"/>
        </w:rPr>
      </w:pPr>
      <w:r w:rsidRPr="00012546">
        <w:rPr>
          <w:szCs w:val="20"/>
        </w:rPr>
        <w:t>l’absence de double financement des mêmes dépenses ;</w:t>
      </w:r>
    </w:p>
    <w:p w14:paraId="6CFB1851" w14:textId="77777777" w:rsidR="00A53638" w:rsidRPr="00012546" w:rsidRDefault="00C976EB">
      <w:pPr>
        <w:numPr>
          <w:ilvl w:val="0"/>
          <w:numId w:val="1"/>
        </w:numPr>
        <w:rPr>
          <w:szCs w:val="20"/>
        </w:rPr>
      </w:pPr>
      <w:r w:rsidRPr="00012546">
        <w:rPr>
          <w:szCs w:val="20"/>
        </w:rPr>
        <w:lastRenderedPageBreak/>
        <w:t>que la structure est à jour de ses obligations juridiques, fiscales, sociales et administratives ;</w:t>
      </w:r>
    </w:p>
    <w:p w14:paraId="77E0CBAA" w14:textId="77777777" w:rsidR="00A53638" w:rsidRPr="00012546" w:rsidRDefault="00C976EB">
      <w:pPr>
        <w:numPr>
          <w:ilvl w:val="0"/>
          <w:numId w:val="1"/>
        </w:numPr>
        <w:rPr>
          <w:szCs w:val="20"/>
        </w:rPr>
      </w:pPr>
      <w:r w:rsidRPr="00012546">
        <w:rPr>
          <w:szCs w:val="20"/>
        </w:rPr>
        <w:t>la disponibilité des pièces justificatives et l’acceptation des contrôles prévus ;</w:t>
      </w:r>
    </w:p>
    <w:p w14:paraId="05F23CDC" w14:textId="77777777" w:rsidR="00A53638" w:rsidRPr="00012546" w:rsidRDefault="00C976EB">
      <w:pPr>
        <w:numPr>
          <w:ilvl w:val="0"/>
          <w:numId w:val="1"/>
        </w:numPr>
        <w:rPr>
          <w:szCs w:val="20"/>
        </w:rPr>
      </w:pPr>
      <w:r w:rsidRPr="00012546">
        <w:rPr>
          <w:szCs w:val="20"/>
        </w:rPr>
        <w:t>l’information immédiate de la DAAF en cas de modification du projet, du budget, du calendrier ou des partenaires.</w:t>
      </w:r>
    </w:p>
    <w:tbl>
      <w:tblPr>
        <w:tblW w:w="9800" w:type="dxa"/>
        <w:tblInd w:w="120" w:type="dxa"/>
        <w:tblLayout w:type="fixed"/>
        <w:tblLook w:val="04A0" w:firstRow="1" w:lastRow="0" w:firstColumn="1" w:lastColumn="0" w:noHBand="0" w:noVBand="1"/>
      </w:tblPr>
      <w:tblGrid>
        <w:gridCol w:w="4900"/>
        <w:gridCol w:w="4900"/>
      </w:tblGrid>
      <w:tr w:rsidR="00A53638" w:rsidRPr="00012546" w14:paraId="44F13CD7" w14:textId="77777777">
        <w:tc>
          <w:tcPr>
            <w:tcW w:w="4900" w:type="dxa"/>
            <w:shd w:val="clear" w:color="auto" w:fill="F5FBF7"/>
            <w:tcMar>
              <w:top w:w="90" w:type="dxa"/>
              <w:left w:w="120" w:type="dxa"/>
              <w:bottom w:w="90" w:type="dxa"/>
              <w:right w:w="120" w:type="dxa"/>
            </w:tcMar>
            <w:vAlign w:val="center"/>
          </w:tcPr>
          <w:p w14:paraId="39158064" w14:textId="77777777" w:rsidR="00A53638" w:rsidRPr="00012546" w:rsidRDefault="00C976EB">
            <w:pPr>
              <w:spacing w:after="0"/>
            </w:pPr>
            <w:r w:rsidRPr="00012546">
              <w:rPr>
                <w:b/>
                <w:color w:val="5F6368"/>
                <w:sz w:val="18"/>
              </w:rPr>
              <w:t>Nom, prénom et qualité</w:t>
            </w:r>
          </w:p>
        </w:tc>
        <w:tc>
          <w:tcPr>
            <w:tcW w:w="4900" w:type="dxa"/>
            <w:shd w:val="clear" w:color="auto" w:fill="F5FBF7"/>
            <w:tcMar>
              <w:top w:w="90" w:type="dxa"/>
              <w:left w:w="120" w:type="dxa"/>
              <w:bottom w:w="90" w:type="dxa"/>
              <w:right w:w="120" w:type="dxa"/>
            </w:tcMar>
            <w:vAlign w:val="center"/>
          </w:tcPr>
          <w:p w14:paraId="08EB4636" w14:textId="77777777" w:rsidR="00A53638" w:rsidRPr="00012546" w:rsidRDefault="00C976EB">
            <w:pPr>
              <w:spacing w:after="0"/>
            </w:pPr>
            <w:r w:rsidRPr="00012546">
              <w:rPr>
                <w:b/>
                <w:color w:val="5F6368"/>
                <w:sz w:val="18"/>
              </w:rPr>
              <w:t>Lieu et date</w:t>
            </w:r>
          </w:p>
        </w:tc>
      </w:tr>
      <w:tr w:rsidR="00A53638" w:rsidRPr="00012546" w14:paraId="6295B5AE" w14:textId="77777777">
        <w:tc>
          <w:tcPr>
            <w:tcW w:w="4900" w:type="dxa"/>
            <w:shd w:val="clear" w:color="auto" w:fill="F5FBF7"/>
            <w:tcMar>
              <w:top w:w="90" w:type="dxa"/>
              <w:left w:w="120" w:type="dxa"/>
              <w:bottom w:w="90" w:type="dxa"/>
              <w:right w:w="120" w:type="dxa"/>
            </w:tcMar>
            <w:vAlign w:val="center"/>
          </w:tcPr>
          <w:p w14:paraId="75B7D8EC" w14:textId="77777777" w:rsidR="00A53638" w:rsidRPr="00012546" w:rsidRDefault="00C976EB">
            <w:pPr>
              <w:spacing w:after="0"/>
            </w:pPr>
            <w:r w:rsidRPr="00012546">
              <w:t> </w:t>
            </w:r>
          </w:p>
          <w:p w14:paraId="2909C741" w14:textId="77777777" w:rsidR="00A53638" w:rsidRPr="00012546" w:rsidRDefault="00C976EB">
            <w:pPr>
              <w:spacing w:after="80"/>
            </w:pPr>
            <w:r w:rsidRPr="00012546">
              <w:t> </w:t>
            </w:r>
          </w:p>
          <w:p w14:paraId="772DC347" w14:textId="77777777" w:rsidR="00A53638" w:rsidRPr="00012546" w:rsidRDefault="00C976EB">
            <w:pPr>
              <w:spacing w:after="80"/>
            </w:pPr>
            <w:r w:rsidRPr="00012546">
              <w:t> </w:t>
            </w:r>
          </w:p>
        </w:tc>
        <w:tc>
          <w:tcPr>
            <w:tcW w:w="4900" w:type="dxa"/>
            <w:shd w:val="clear" w:color="auto" w:fill="F5FBF7"/>
            <w:tcMar>
              <w:top w:w="90" w:type="dxa"/>
              <w:left w:w="120" w:type="dxa"/>
              <w:bottom w:w="90" w:type="dxa"/>
              <w:right w:w="120" w:type="dxa"/>
            </w:tcMar>
            <w:vAlign w:val="center"/>
          </w:tcPr>
          <w:p w14:paraId="31A9839D" w14:textId="77777777" w:rsidR="00A53638" w:rsidRPr="00012546" w:rsidRDefault="00C976EB">
            <w:pPr>
              <w:spacing w:after="0"/>
            </w:pPr>
            <w:r w:rsidRPr="00012546">
              <w:t> </w:t>
            </w:r>
          </w:p>
          <w:p w14:paraId="4F2AEB96" w14:textId="77777777" w:rsidR="00A53638" w:rsidRPr="00012546" w:rsidRDefault="00C976EB">
            <w:pPr>
              <w:spacing w:after="80"/>
            </w:pPr>
            <w:r w:rsidRPr="00012546">
              <w:t> </w:t>
            </w:r>
          </w:p>
          <w:p w14:paraId="3C9CB342" w14:textId="77777777" w:rsidR="00A53638" w:rsidRPr="00012546" w:rsidRDefault="00C976EB">
            <w:pPr>
              <w:spacing w:after="80"/>
            </w:pPr>
            <w:r w:rsidRPr="00012546">
              <w:t> </w:t>
            </w:r>
          </w:p>
        </w:tc>
      </w:tr>
      <w:tr w:rsidR="00A53638" w:rsidRPr="00012546" w14:paraId="2EE912BA" w14:textId="77777777">
        <w:tc>
          <w:tcPr>
            <w:tcW w:w="4900" w:type="dxa"/>
            <w:shd w:val="clear" w:color="auto" w:fill="F5FBF7"/>
            <w:tcMar>
              <w:top w:w="90" w:type="dxa"/>
              <w:left w:w="120" w:type="dxa"/>
              <w:bottom w:w="90" w:type="dxa"/>
              <w:right w:w="120" w:type="dxa"/>
            </w:tcMar>
            <w:vAlign w:val="center"/>
          </w:tcPr>
          <w:p w14:paraId="2467B1B9" w14:textId="77777777" w:rsidR="00A53638" w:rsidRPr="00012546" w:rsidRDefault="00C976EB">
            <w:pPr>
              <w:spacing w:after="0"/>
            </w:pPr>
            <w:r w:rsidRPr="00012546">
              <w:rPr>
                <w:b/>
                <w:color w:val="5F6368"/>
                <w:sz w:val="18"/>
              </w:rPr>
              <w:t>Signature</w:t>
            </w:r>
          </w:p>
        </w:tc>
        <w:tc>
          <w:tcPr>
            <w:tcW w:w="4900" w:type="dxa"/>
            <w:shd w:val="clear" w:color="auto" w:fill="F5FBF7"/>
            <w:tcMar>
              <w:top w:w="90" w:type="dxa"/>
              <w:left w:w="120" w:type="dxa"/>
              <w:bottom w:w="90" w:type="dxa"/>
              <w:right w:w="120" w:type="dxa"/>
            </w:tcMar>
            <w:vAlign w:val="center"/>
          </w:tcPr>
          <w:p w14:paraId="3919D40F" w14:textId="77777777" w:rsidR="00A53638" w:rsidRPr="00012546" w:rsidRDefault="00C976EB">
            <w:pPr>
              <w:spacing w:after="0"/>
            </w:pPr>
            <w:r w:rsidRPr="00012546">
              <w:rPr>
                <w:b/>
                <w:color w:val="5F6368"/>
                <w:sz w:val="18"/>
              </w:rPr>
              <w:t>Cachet de la structure</w:t>
            </w:r>
          </w:p>
        </w:tc>
      </w:tr>
      <w:tr w:rsidR="00A53638" w:rsidRPr="00012546" w14:paraId="4A772C51" w14:textId="77777777">
        <w:tc>
          <w:tcPr>
            <w:tcW w:w="4900" w:type="dxa"/>
            <w:shd w:val="clear" w:color="auto" w:fill="F5FBF7"/>
            <w:tcMar>
              <w:top w:w="90" w:type="dxa"/>
              <w:left w:w="120" w:type="dxa"/>
              <w:bottom w:w="90" w:type="dxa"/>
              <w:right w:w="120" w:type="dxa"/>
            </w:tcMar>
            <w:vAlign w:val="center"/>
          </w:tcPr>
          <w:p w14:paraId="3E8023CA" w14:textId="77777777" w:rsidR="00A53638" w:rsidRPr="00012546" w:rsidRDefault="00C976EB">
            <w:pPr>
              <w:spacing w:after="0"/>
            </w:pPr>
            <w:r w:rsidRPr="00012546">
              <w:t> </w:t>
            </w:r>
          </w:p>
          <w:p w14:paraId="54E9DB64" w14:textId="77777777" w:rsidR="00A53638" w:rsidRPr="00012546" w:rsidRDefault="00C976EB">
            <w:pPr>
              <w:spacing w:after="80"/>
            </w:pPr>
            <w:r w:rsidRPr="00012546">
              <w:t> </w:t>
            </w:r>
          </w:p>
          <w:p w14:paraId="2A927175" w14:textId="77777777" w:rsidR="00A53638" w:rsidRPr="00012546" w:rsidRDefault="00C976EB">
            <w:pPr>
              <w:spacing w:after="80"/>
            </w:pPr>
            <w:r w:rsidRPr="00012546">
              <w:t> </w:t>
            </w:r>
          </w:p>
        </w:tc>
        <w:tc>
          <w:tcPr>
            <w:tcW w:w="4900" w:type="dxa"/>
            <w:shd w:val="clear" w:color="auto" w:fill="F5FBF7"/>
            <w:tcMar>
              <w:top w:w="90" w:type="dxa"/>
              <w:left w:w="120" w:type="dxa"/>
              <w:bottom w:w="90" w:type="dxa"/>
              <w:right w:w="120" w:type="dxa"/>
            </w:tcMar>
            <w:vAlign w:val="center"/>
          </w:tcPr>
          <w:p w14:paraId="4F175F15" w14:textId="77777777" w:rsidR="00A53638" w:rsidRPr="00012546" w:rsidRDefault="00C976EB">
            <w:pPr>
              <w:spacing w:after="0"/>
            </w:pPr>
            <w:r w:rsidRPr="00012546">
              <w:t> </w:t>
            </w:r>
          </w:p>
          <w:p w14:paraId="4EA790B4" w14:textId="77777777" w:rsidR="00A53638" w:rsidRPr="00012546" w:rsidRDefault="00C976EB">
            <w:pPr>
              <w:spacing w:after="80"/>
            </w:pPr>
            <w:r w:rsidRPr="00012546">
              <w:t> </w:t>
            </w:r>
          </w:p>
          <w:p w14:paraId="0D672EB2" w14:textId="77777777" w:rsidR="00A53638" w:rsidRPr="00012546" w:rsidRDefault="00C976EB">
            <w:pPr>
              <w:spacing w:after="80"/>
            </w:pPr>
            <w:r w:rsidRPr="00012546">
              <w:t> </w:t>
            </w:r>
          </w:p>
        </w:tc>
      </w:tr>
      <w:tr w:rsidR="00A53638" w:rsidRPr="00012546" w14:paraId="72F3F2C6" w14:textId="77777777">
        <w:tc>
          <w:tcPr>
            <w:tcW w:w="9800" w:type="dxa"/>
            <w:gridSpan w:val="2"/>
            <w:shd w:val="clear" w:color="auto" w:fill="009B4A"/>
            <w:tcMar>
              <w:top w:w="90" w:type="dxa"/>
              <w:left w:w="120" w:type="dxa"/>
              <w:bottom w:w="90" w:type="dxa"/>
              <w:right w:w="120" w:type="dxa"/>
            </w:tcMar>
            <w:vAlign w:val="center"/>
          </w:tcPr>
          <w:p w14:paraId="58EC0E78" w14:textId="77777777" w:rsidR="00A53638" w:rsidRPr="00012546" w:rsidRDefault="00C976EB">
            <w:pPr>
              <w:spacing w:after="0"/>
            </w:pPr>
            <w:r w:rsidRPr="00012546">
              <w:rPr>
                <w:b/>
                <w:color w:val="FFFFFF"/>
                <w:sz w:val="23"/>
              </w:rPr>
              <w:t>11. PROTECTION DES DONNÉES</w:t>
            </w:r>
          </w:p>
        </w:tc>
      </w:tr>
    </w:tbl>
    <w:p w14:paraId="13B58653" w14:textId="77777777" w:rsidR="00A53638" w:rsidRPr="00012546" w:rsidRDefault="00A53638">
      <w:pPr>
        <w:spacing w:after="0"/>
      </w:pPr>
    </w:p>
    <w:p w14:paraId="35EEE350" w14:textId="77777777" w:rsidR="00A53638" w:rsidRPr="00012546" w:rsidRDefault="00C976EB">
      <w:pPr>
        <w:pStyle w:val="Smallnote"/>
        <w:rPr>
          <w:lang w:val="fr-FR"/>
        </w:rPr>
      </w:pPr>
      <w:r w:rsidRPr="00012546">
        <w:rPr>
          <w:lang w:val="fr-FR"/>
        </w:rPr>
        <w:t>La DAAF de la Martinique traite ces données afin d’instruire, gérer, contrôler et évaluer la demande, dans le cadre de sa mission d’intérêt public. Les données sont accessibles aux seuls agents et organismes habilités et conservées selon les durées réglementaires. Les personnes concernées peuvent exercer leurs droits d’accès, de rectification et de limitation auprès de la DAAF ou du délégué à la protection des données à dpo@agriculture.gouv.fr, puis saisir la CNIL en cas de difficulté.</w:t>
      </w:r>
    </w:p>
    <w:sectPr w:rsidR="00A53638" w:rsidRPr="00012546" w:rsidSect="00034616">
      <w:headerReference w:type="default" r:id="rId11"/>
      <w:footerReference w:type="default" r:id="rId12"/>
      <w:pgSz w:w="11909" w:h="16834"/>
      <w:pgMar w:top="979" w:right="1008" w:bottom="979" w:left="1008" w:header="432"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7F63" w14:textId="77777777" w:rsidR="00083E37" w:rsidRDefault="00C976EB">
      <w:pPr>
        <w:spacing w:after="0" w:line="240" w:lineRule="auto"/>
      </w:pPr>
      <w:r>
        <w:separator/>
      </w:r>
    </w:p>
  </w:endnote>
  <w:endnote w:type="continuationSeparator" w:id="0">
    <w:p w14:paraId="357E336A" w14:textId="77777777" w:rsidR="00083E37" w:rsidRDefault="00C9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66F5" w14:textId="77777777" w:rsidR="00A53638" w:rsidRDefault="00C976EB">
    <w:pPr>
      <w:pStyle w:val="Pieddepage"/>
      <w:jc w:val="center"/>
    </w:pPr>
    <w:r>
      <w:rPr>
        <w:color w:val="5F6368"/>
        <w:sz w:val="17"/>
      </w:rPr>
      <w:t xml:space="preserve">Formulaire unique de </w:t>
    </w:r>
    <w:proofErr w:type="gramStart"/>
    <w:r>
      <w:rPr>
        <w:color w:val="5F6368"/>
        <w:sz w:val="17"/>
      </w:rPr>
      <w:t>candidature  •</w:t>
    </w:r>
    <w:proofErr w:type="gramEnd"/>
    <w:r>
      <w:rPr>
        <w:color w:val="5F6368"/>
        <w:sz w:val="17"/>
      </w:rPr>
      <w:t xml:space="preserve">  </w:t>
    </w:r>
    <w:r>
      <w:rPr>
        <w:color w:val="5F6368"/>
        <w:sz w:val="17"/>
      </w:rPr>
      <w:fldChar w:fldCharType="begin"/>
    </w:r>
    <w:r>
      <w:rPr>
        <w:color w:val="5F6368"/>
        <w:sz w:val="17"/>
      </w:rPr>
      <w:instrText xml:space="preserve"> PAGE </w:instrText>
    </w:r>
    <w:r>
      <w:rPr>
        <w:color w:val="5F6368"/>
        <w:sz w:val="17"/>
      </w:rPr>
      <w:fldChar w:fldCharType="separate"/>
    </w:r>
    <w:r>
      <w:rPr>
        <w:noProof/>
        <w:color w:val="5F6368"/>
        <w:sz w:val="17"/>
      </w:rPr>
      <w:t>1</w:t>
    </w:r>
    <w:r>
      <w:rPr>
        <w:color w:val="5F6368"/>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13835" w14:textId="77777777" w:rsidR="00083E37" w:rsidRDefault="00C976EB">
      <w:pPr>
        <w:spacing w:after="0" w:line="240" w:lineRule="auto"/>
      </w:pPr>
      <w:r>
        <w:separator/>
      </w:r>
    </w:p>
  </w:footnote>
  <w:footnote w:type="continuationSeparator" w:id="0">
    <w:p w14:paraId="791668E3" w14:textId="77777777" w:rsidR="00083E37" w:rsidRDefault="00C97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7067" w14:textId="77777777" w:rsidR="00A53638" w:rsidRDefault="00C976EB">
    <w:pPr>
      <w:pStyle w:val="En-tte"/>
      <w:jc w:val="right"/>
    </w:pPr>
    <w:r>
      <w:rPr>
        <w:b/>
        <w:color w:val="5F6368"/>
        <w:sz w:val="17"/>
      </w:rPr>
      <w:t xml:space="preserve">DAAF </w:t>
    </w:r>
    <w:proofErr w:type="gramStart"/>
    <w:r>
      <w:rPr>
        <w:b/>
        <w:color w:val="5F6368"/>
        <w:sz w:val="17"/>
      </w:rPr>
      <w:t>Martinique  |</w:t>
    </w:r>
    <w:proofErr w:type="gramEnd"/>
    <w:r>
      <w:rPr>
        <w:b/>
        <w:color w:val="5F6368"/>
        <w:sz w:val="17"/>
      </w:rPr>
      <w:t xml:space="preserve">  Animation BIO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C675DB"/>
    <w:multiLevelType w:val="singleLevel"/>
    <w:tmpl w:val="040C0001"/>
    <w:lvl w:ilvl="0">
      <w:start w:val="1"/>
      <w:numFmt w:val="bullet"/>
      <w:lvlText w:val=""/>
      <w:lvlJc w:val="left"/>
      <w:pPr>
        <w:ind w:left="640" w:hanging="360"/>
      </w:pPr>
      <w:rPr>
        <w:rFonts w:ascii="Symbol" w:hAnsi="Symbol" w:hint="default"/>
      </w:rPr>
    </w:lvl>
  </w:abstractNum>
  <w:abstractNum w:abstractNumId="10" w15:restartNumberingAfterBreak="0">
    <w:nsid w:val="6C4D1FE7"/>
    <w:multiLevelType w:val="singleLevel"/>
    <w:tmpl w:val="18281632"/>
    <w:lvl w:ilvl="0">
      <w:start w:val="1"/>
      <w:numFmt w:val="bullet"/>
      <w:lvlText w:val="•"/>
      <w:lvlJc w:val="left"/>
      <w:pPr>
        <w:tabs>
          <w:tab w:val="num" w:pos="540"/>
        </w:tabs>
        <w:spacing w:after="80" w:line="280" w:lineRule="auto"/>
        <w:ind w:left="540" w:hanging="260"/>
      </w:pPr>
      <w:rPr>
        <w:rFonts w:ascii="Arial" w:hAnsi="Arial"/>
      </w:r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546"/>
    <w:rsid w:val="00034616"/>
    <w:rsid w:val="0006063C"/>
    <w:rsid w:val="00083E37"/>
    <w:rsid w:val="0015074B"/>
    <w:rsid w:val="0029639D"/>
    <w:rsid w:val="00326F90"/>
    <w:rsid w:val="00491677"/>
    <w:rsid w:val="0066486F"/>
    <w:rsid w:val="00A53638"/>
    <w:rsid w:val="00AA1D8D"/>
    <w:rsid w:val="00B47730"/>
    <w:rsid w:val="00C363E1"/>
    <w:rsid w:val="00C465CE"/>
    <w:rsid w:val="00C976EB"/>
    <w:rsid w:val="00CB0664"/>
    <w:rsid w:val="00F666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8DF973"/>
  <w14:defaultImageDpi w14:val="300"/>
  <w15:docId w15:val="{0E1D174B-39B1-4889-9872-8ED3AF62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202124"/>
      <w:sz w:val="20"/>
      <w:lang w:val="fr-FR"/>
    </w:rPr>
  </w:style>
  <w:style w:type="paragraph" w:styleId="Titre1">
    <w:name w:val="heading 1"/>
    <w:basedOn w:val="Normal"/>
    <w:next w:val="Normal"/>
    <w:link w:val="Titre1Car"/>
    <w:uiPriority w:val="9"/>
    <w:qFormat/>
    <w:rsid w:val="00FC693F"/>
    <w:pPr>
      <w:keepNext/>
      <w:keepLines/>
      <w:spacing w:before="320" w:after="160"/>
      <w:outlineLvl w:val="0"/>
    </w:pPr>
    <w:rPr>
      <w:rFonts w:asciiTheme="majorHAnsi" w:eastAsiaTheme="majorEastAsia" w:hAnsiTheme="majorHAnsi" w:cstheme="majorBidi"/>
      <w:b/>
      <w:bCs/>
      <w:color w:val="006837"/>
      <w:sz w:val="32"/>
      <w:szCs w:val="28"/>
    </w:rPr>
  </w:style>
  <w:style w:type="paragraph" w:styleId="Titre2">
    <w:name w:val="heading 2"/>
    <w:basedOn w:val="Normal"/>
    <w:next w:val="Normal"/>
    <w:link w:val="Titre2Car"/>
    <w:uiPriority w:val="9"/>
    <w:unhideWhenUsed/>
    <w:qFormat/>
    <w:rsid w:val="00FC693F"/>
    <w:pPr>
      <w:keepNext/>
      <w:keepLines/>
      <w:spacing w:before="240"/>
      <w:outlineLvl w:val="1"/>
    </w:pPr>
    <w:rPr>
      <w:rFonts w:asciiTheme="majorHAnsi" w:eastAsiaTheme="majorEastAsia" w:hAnsiTheme="majorHAnsi" w:cstheme="majorBidi"/>
      <w:b/>
      <w:bCs/>
      <w:color w:val="009B4A"/>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006837"/>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009B4A"/>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360"/>
    </w:pPr>
    <w:rPr>
      <w:rFonts w:asciiTheme="majorHAnsi" w:eastAsiaTheme="majorEastAsia" w:hAnsiTheme="majorHAnsi" w:cstheme="majorBidi"/>
      <w:i/>
      <w:iCs/>
      <w:color w:val="5F6368"/>
      <w:spacing w:val="15"/>
      <w:sz w:val="27"/>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spacing w:after="80" w:line="280" w:lineRule="auto"/>
      <w:contextualSpacing/>
    </w:pPr>
  </w:style>
  <w:style w:type="paragraph" w:styleId="Listepuces2">
    <w:name w:val="List Bullet 2"/>
    <w:basedOn w:val="Normal"/>
    <w:uiPriority w:val="99"/>
    <w:unhideWhenUsed/>
    <w:rsid w:val="00326F90"/>
    <w:pPr>
      <w:tabs>
        <w:tab w:val="num" w:pos="360"/>
      </w:tabs>
      <w:contextualSpacing/>
    </w:pPr>
  </w:style>
  <w:style w:type="paragraph" w:styleId="Listepuces3">
    <w:name w:val="List Bullet 3"/>
    <w:basedOn w:val="Normal"/>
    <w:uiPriority w:val="99"/>
    <w:unhideWhenUsed/>
    <w:rsid w:val="00326F90"/>
    <w:pPr>
      <w:tabs>
        <w:tab w:val="num" w:pos="360"/>
      </w:tabs>
      <w:contextualSpacing/>
    </w:pPr>
  </w:style>
  <w:style w:type="paragraph" w:styleId="Listenumros">
    <w:name w:val="List Number"/>
    <w:basedOn w:val="Normal"/>
    <w:uiPriority w:val="99"/>
    <w:unhideWhenUsed/>
    <w:rsid w:val="00326F90"/>
    <w:pPr>
      <w:tabs>
        <w:tab w:val="num" w:pos="360"/>
      </w:tabs>
      <w:contextualSpacing/>
    </w:pPr>
  </w:style>
  <w:style w:type="paragraph" w:styleId="Listenumros2">
    <w:name w:val="List Number 2"/>
    <w:basedOn w:val="Normal"/>
    <w:uiPriority w:val="99"/>
    <w:unhideWhenUsed/>
    <w:rsid w:val="0029639D"/>
    <w:pPr>
      <w:tabs>
        <w:tab w:val="num" w:pos="360"/>
      </w:tabs>
      <w:contextualSpacing/>
    </w:pPr>
  </w:style>
  <w:style w:type="paragraph" w:styleId="Listenumros3">
    <w:name w:val="List Number 3"/>
    <w:basedOn w:val="Normal"/>
    <w:uiPriority w:val="99"/>
    <w:unhideWhenUsed/>
    <w:rsid w:val="0029639D"/>
    <w:pPr>
      <w:tabs>
        <w:tab w:val="num" w:pos="360"/>
      </w:tabs>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52" w:lineRule="auto"/>
    </w:pPr>
    <w:rPr>
      <w:rFonts w:ascii="Arial" w:hAnsi="Arial"/>
      <w:color w:val="5F6368"/>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970</Words>
  <Characters>5341</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MARCHAL Samuel</dc:creator>
  <cp:keywords/>
  <dc:description/>
  <cp:lastModifiedBy>JAKUBOWSKI Sébastien</cp:lastModifiedBy>
  <cp:revision>5</cp:revision>
  <dcterms:created xsi:type="dcterms:W3CDTF">2026-07-28T19:47:00Z</dcterms:created>
  <dcterms:modified xsi:type="dcterms:W3CDTF">2026-08-05T12:34:00Z</dcterms:modified>
  <cp:category/>
</cp:coreProperties>
</file>